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Мойсей</w:t>
      </w:r>
    </w:p>
    <w:p>
      <w:r>
        <w:br/>
        <w:t xml:space="preserve"> Пролог</w:t>
      </w:r>
    </w:p>
    <w:p>
      <w:r>
        <w:br/>
        <w:t>Народе мій, замучений, розбитий,&lt;br /&gt;</w:t>
        <w:br/>
        <w:t>Мов паралітик той на роздорожжу,&lt;br /&gt;</w:t>
        <w:br/>
        <w:t>Людським презирством, ніби струпом, вкритий!</w:t>
      </w:r>
    </w:p>
    <w:p>
      <w:r>
        <w:br/>
        <w:t>Твоїм будущим душу я тривожу,&lt;br /&gt;</w:t>
        <w:br/>
        <w:t>Від сорому, який нащадків пізних&lt;br /&gt;</w:t>
        <w:br/>
        <w:t>Палитиме, заснути я не можу.</w:t>
      </w:r>
    </w:p>
    <w:p>
      <w:r>
        <w:br/>
        <w:t>Невже тобі на таблицях залізних&lt;br /&gt;</w:t>
        <w:br/>
        <w:t>Записано в сусідів бути гноєм,&lt;br /&gt;</w:t>
        <w:br/>
        <w:t>Тяглом у поїздах їх бистроїзних?</w:t>
      </w:r>
    </w:p>
    <w:p>
      <w:r>
        <w:br/>
        <w:t>Невже повік уділом буде твоїм&lt;br /&gt;</w:t>
        <w:br/>
        <w:t>Укрита злість, облудлива покірність&lt;br /&gt;</w:t>
        <w:br/>
        <w:t>Усякому, хто зрадою й розбоєм</w:t>
      </w:r>
    </w:p>
    <w:p>
      <w:r>
        <w:br/>
        <w:t>Тебе скував і заприсяг на вірність?&lt;br /&gt;</w:t>
        <w:br/>
        <w:t>Невже тобі лиш не судилось діло,&lt;br /&gt;</w:t>
        <w:br/>
        <w:t>Що б виявило твоїх сил безмірність?</w:t>
      </w:r>
    </w:p>
    <w:p>
      <w:r>
        <w:br/>
        <w:t>Невже задарма стільки серць горіло&lt;br /&gt;</w:t>
        <w:br/>
        <w:t>До тебе найсвятішою любов’ю,&lt;br /&gt;</w:t>
        <w:br/>
        <w:t>Тобі офіруючи душу й тіло?</w:t>
      </w:r>
    </w:p>
    <w:p>
      <w:r>
        <w:br/>
        <w:t>Задарма край твій весь политий кров’ю&lt;br /&gt;</w:t>
        <w:br/>
        <w:t>Твоїх борців? Йому вже не пишаться&lt;br /&gt;</w:t>
        <w:br/>
        <w:t>У красоті, свободі і здоров’ю?</w:t>
      </w:r>
    </w:p>
    <w:p>
      <w:r>
        <w:br/>
        <w:t>Задарма в слові твойому іскряться&lt;br /&gt;</w:t>
        <w:br/>
        <w:t>І сила, й м’якість, дотеп, і потуга,&lt;br /&gt;</w:t>
        <w:br/>
        <w:t>І все, чим може вгору дух підняться?</w:t>
      </w:r>
    </w:p>
    <w:p>
      <w:r>
        <w:br/>
        <w:t>Задарма в пісні твоїй ллється туга,&lt;br /&gt;</w:t>
        <w:br/>
        <w:t>І сміх дзвінкий, і жалощі кохання,&lt;br /&gt;</w:t>
        <w:br/>
        <w:t>Надій і втіхи світляная смуга?</w:t>
      </w:r>
    </w:p>
    <w:p>
      <w:r>
        <w:br/>
        <w:t>О ні! Не самі сльози і зітхання&lt;br /&gt;</w:t>
        <w:br/>
        <w:t>Тобі судились! Вірю в силу духа&lt;br /&gt;</w:t>
        <w:br/>
        <w:t>І в день воскресний твойого повстання.</w:t>
      </w:r>
    </w:p>
    <w:p>
      <w:r>
        <w:br/>
        <w:t>О, якби хвилю вдать, що слова слуха,&lt;br /&gt;</w:t>
        <w:br/>
        <w:t>І слово вдать, що в хвилю ту блаженну&lt;br /&gt;</w:t>
        <w:br/>
        <w:t>Вздоровлює й огнем живущим буха!</w:t>
      </w:r>
    </w:p>
    <w:p>
      <w:r>
        <w:br/>
        <w:t>О, якби пісню вдать палку, вітхненну,&lt;br /&gt;</w:t>
        <w:br/>
        <w:t>Що міліони порива з собою,&lt;br /&gt;</w:t>
        <w:br/>
        <w:t>Окрилює, веде на путь спасенну!</w:t>
      </w:r>
    </w:p>
    <w:p>
      <w:r>
        <w:br/>
        <w:t>Якби!.. Та нам, знесиленим журбою,&lt;br /&gt;</w:t>
        <w:br/>
        <w:t>Роздертим сумнівами, битим стидом,—&lt;br /&gt;</w:t>
        <w:br/>
        <w:t>Не нам тебе провадити до бою!</w:t>
      </w:r>
    </w:p>
    <w:p>
      <w:r>
        <w:br/>
        <w:t>Та прийде час, і ти огнистим видом&lt;br /&gt;</w:t>
        <w:br/>
        <w:t>Засяєш у народів вольних колі,&lt;br /&gt;</w:t>
        <w:br/>
        <w:t>Труснеш Кавказ, впережешся Бескидом,</w:t>
      </w:r>
    </w:p>
    <w:p>
      <w:r>
        <w:br/>
        <w:t>Покотиш Чорним морем гомін волі&lt;br /&gt;</w:t>
        <w:br/>
        <w:t>І глянеш, як хазяїн домовитий,&lt;br /&gt;</w:t>
        <w:br/>
        <w:t>По своїй хаті і по своїм полі.</w:t>
      </w:r>
    </w:p>
    <w:p>
      <w:r>
        <w:br/>
        <w:t>Прийми ж сей спів, хоч тугою повитий,&lt;br /&gt;</w:t>
        <w:br/>
        <w:t>Та повний віри; хоч гіркий, та вільний,&lt;br /&gt;</w:t>
        <w:br/>
        <w:t>Твоїй будущині задаток, слізьми злитий,</w:t>
      </w:r>
    </w:p>
    <w:p>
      <w:r>
        <w:br/>
        <w:t>Твойому генію мій скромний дар весільний.</w:t>
      </w:r>
    </w:p>
    <w:p>
      <w:r>
        <w:br/>
        <w:t>Д[ня] 20 липня 1905&lt;br /&gt;</w:t>
        <w:br/>
        <w:t>І</w:t>
      </w:r>
    </w:p>
    <w:p>
      <w:r>
        <w:br/>
        <w:t>Сорок літ проблукавши, Мойсей&lt;br /&gt;</w:t>
        <w:br/>
        <w:t>По арабській пустині&lt;br /&gt;</w:t>
        <w:br/>
        <w:t>Наблизився з народом своїм&lt;br /&gt;</w:t>
        <w:br/>
        <w:t>О межу к Палестині.</w:t>
      </w:r>
    </w:p>
    <w:p>
      <w:r>
        <w:br/>
        <w:t>Тут ще піски й червоні, як ржа,&lt;br /&gt;</w:t>
        <w:br/>
        <w:t>Голі скелі Моава,&lt;br /&gt;</w:t>
        <w:br/>
        <w:t>Та за ними синіє Йордан,&lt;br /&gt;</w:t>
        <w:br/>
        <w:t>І діброви, й мурава.</w:t>
      </w:r>
    </w:p>
    <w:p>
      <w:r>
        <w:br/>
        <w:t>По моавських долинах марних&lt;br /&gt;</w:t>
        <w:br/>
        <w:t>Ось Ізраїль кочує:&lt;br /&gt;</w:t>
        <w:br/>
        <w:t>За ті голі верхи перейти&lt;br /&gt;</w:t>
        <w:br/>
        <w:t>Він охоти не чує.</w:t>
      </w:r>
    </w:p>
    <w:p>
      <w:r>
        <w:br/>
        <w:t>Під подертими шатрами спить&lt;br /&gt;</w:t>
        <w:br/>
        <w:t>Кочовисько ледаче,&lt;br /&gt;</w:t>
        <w:br/>
        <w:t>А воли та осли їх гризуть&lt;br /&gt;</w:t>
        <w:br/>
        <w:t>Осети та будяччє.</w:t>
      </w:r>
    </w:p>
    <w:p>
      <w:r>
        <w:br/>
        <w:t>Що чудовий обіцяний край,&lt;br /&gt;</w:t>
        <w:br/>
        <w:t>Що смарагди й сапфіри&lt;br /&gt;</w:t>
        <w:br/>
        <w:t>Вже ось-ось за горою блистять, —&lt;br /&gt;</w:t>
        <w:br/>
        <w:t>З них ніхто не йме віри.</w:t>
      </w:r>
    </w:p>
    <w:p>
      <w:r>
        <w:br/>
        <w:t>Сорок літ говорив їм пророк&lt;br /&gt;</w:t>
        <w:br/>
        <w:t>Так велично та гарно&lt;br /&gt;</w:t>
        <w:br/>
        <w:t>Про обіцяну ту вітчину,&lt;br /&gt;</w:t>
        <w:br/>
        <w:t>І все пусто та марно.</w:t>
      </w:r>
    </w:p>
    <w:p>
      <w:r>
        <w:br/>
        <w:t>Сорок літ сапфіровий Йордан&lt;br /&gt;</w:t>
        <w:br/>
        <w:t>І долина пречудна&lt;br /&gt;</w:t>
        <w:br/>
        <w:t>Їх манили й гонили, немов&lt;br /&gt;</w:t>
        <w:br/>
        <w:t>Фата-моргана злудна.</w:t>
      </w:r>
    </w:p>
    <w:p>
      <w:r>
        <w:br/>
        <w:t>І зневірився люд, і сказав:&lt;br /&gt;</w:t>
        <w:br/>
        <w:t>"Набрехали пророки!&lt;br /&gt;</w:t>
        <w:br/>
        <w:t>У пустині нам жить і вмирать!&lt;br /&gt;</w:t>
        <w:br/>
        <w:t>Чого ще ждать? І доки?"</w:t>
      </w:r>
    </w:p>
    <w:p>
      <w:r>
        <w:br/>
        <w:t>І покинули ждать, і бажать,&lt;br /&gt;</w:t>
        <w:br/>
        <w:t>І десь рваться в простори,&lt;br /&gt;</w:t>
        <w:br/>
        <w:t>Слать гінців і самим визирать&lt;br /&gt;</w:t>
        <w:br/>
        <w:t>Поза ржавії гори.</w:t>
      </w:r>
    </w:p>
    <w:p>
      <w:r>
        <w:br/>
        <w:t>День за днем по моавських ярах,&lt;br /&gt;</w:t>
        <w:br/>
        <w:t>Поки спека діймає,&lt;br /&gt;</w:t>
        <w:br/>
        <w:t>У дрантивих наметах своїх&lt;br /&gt;</w:t>
        <w:br/>
        <w:t>Весь Ізраїль дрімає.</w:t>
      </w:r>
    </w:p>
    <w:p>
      <w:r>
        <w:br/>
        <w:t>Лиш жінки їх прядуть та печуть&lt;br /&gt;</w:t>
        <w:br/>
        <w:t>В грані м’ясо козяче,&lt;br /&gt;</w:t>
        <w:br/>
        <w:t>А воли та осли їх гризуть&lt;br /&gt;</w:t>
        <w:br/>
        <w:t>Осети та будяччє.</w:t>
      </w:r>
    </w:p>
    <w:p>
      <w:r>
        <w:br/>
        <w:t>Та дрібна дітвора по степу&lt;br /&gt;</w:t>
        <w:br/>
        <w:t>Дивні іграшки зводить:&lt;br /&gt;</w:t>
        <w:br/>
        <w:t>То воює, мурує міста,&lt;br /&gt;</w:t>
        <w:br/>
        <w:t>То городи городить.</w:t>
      </w:r>
    </w:p>
    <w:p>
      <w:r>
        <w:br/>
        <w:t>І не раз напівсонні батьки&lt;br /&gt;</w:t>
        <w:br/>
        <w:t>Головами хитають.&lt;br /&gt;</w:t>
        <w:br/>
        <w:t>"Де набрались вони тих забав? —&lt;br /&gt;</w:t>
        <w:br/>
        <w:t>Самі в себе питають. —</w:t>
      </w:r>
    </w:p>
    <w:p>
      <w:r>
        <w:br/>
        <w:t>Адже в нас не видали того,&lt;br /&gt;</w:t>
        <w:br/>
        <w:t>Не чували в пустині!&lt;br /&gt;</w:t>
        <w:br/>
        <w:t>Чи пророцькі слова перейшли&lt;br /&gt;</w:t>
        <w:br/>
        <w:t>В кров і душу дитині?"&lt;br /&gt;</w:t>
        <w:br/>
        <w:t>II</w:t>
      </w:r>
    </w:p>
    <w:p>
      <w:r>
        <w:br/>
        <w:t>Лиш один з-поміж сеї юрби&lt;br /&gt;</w:t>
        <w:br/>
        <w:t>У шатрі не дрімає&lt;br /&gt;</w:t>
        <w:br/>
        <w:t>І на крилах думок і журби&lt;br /&gt;</w:t>
        <w:br/>
        <w:t>Поза гори літає.</w:t>
      </w:r>
    </w:p>
    <w:p>
      <w:r>
        <w:br/>
        <w:t>Се Мойсей, позабутий пророк,&lt;br /&gt;</w:t>
        <w:br/>
        <w:t>Се дідусь слабосилий,&lt;br /&gt;</w:t>
        <w:br/>
        <w:t>Що без роду, без стад і жінок&lt;br /&gt;</w:t>
        <w:br/>
        <w:t>Сам стоїть край могили.</w:t>
      </w:r>
    </w:p>
    <w:p>
      <w:r>
        <w:br/>
        <w:t>Все, що мав у житті, він віддав&lt;br /&gt;</w:t>
        <w:br/>
        <w:t>Для одної ідеї,&lt;br /&gt;</w:t>
        <w:br/>
        <w:t>І горів, і яснів, і страждав,&lt;br /&gt;</w:t>
        <w:br/>
        <w:t>І трудився для неї.</w:t>
      </w:r>
    </w:p>
    <w:p>
      <w:r>
        <w:br/>
        <w:t>Із неволі в Міцраїм свій люд&lt;br /&gt;</w:t>
        <w:br/>
        <w:t>Вирвав він, наче буря,&lt;br /&gt;</w:t>
        <w:br/>
        <w:t>І на волю спровадив рабів&lt;br /&gt;</w:t>
        <w:br/>
        <w:t>Із тіснин передмур’я.</w:t>
      </w:r>
    </w:p>
    <w:p>
      <w:r>
        <w:br/>
        <w:t>Як душа їх душі, підіймавсь&lt;br /&gt;</w:t>
        <w:br/>
        <w:t>Він тоді многі рази&lt;br /&gt;</w:t>
        <w:br/>
        <w:t>До найвищих піднебних висот&lt;br /&gt;</w:t>
        <w:br/>
        <w:t>І вітхнення, й екстази.</w:t>
      </w:r>
    </w:p>
    <w:p>
      <w:r>
        <w:br/>
        <w:t>І на хвилях бурхливих їх душ&lt;br /&gt;</w:t>
        <w:br/>
        <w:t>У дні проби і міри&lt;br /&gt;</w:t>
        <w:br/>
        <w:t>Попадав він із ними не раз&lt;br /&gt;</w:t>
        <w:br/>
        <w:t>У безодню зневіри.</w:t>
      </w:r>
    </w:p>
    <w:p>
      <w:r>
        <w:br/>
        <w:t>Та тепер його голос зомлів&lt;br /&gt;</w:t>
        <w:br/>
        <w:t>І погасло вітхніння,&lt;br /&gt;</w:t>
        <w:br/>
        <w:t>І не слухає вже його слів&lt;br /&gt;</w:t>
        <w:br/>
        <w:t>Молоде покоління.</w:t>
      </w:r>
    </w:p>
    <w:p>
      <w:r>
        <w:br/>
        <w:t>Ті слова про обіцяний край&lt;br /&gt;</w:t>
        <w:br/>
        <w:t>Для їх слуху — се казка;&lt;br /&gt;</w:t>
        <w:br/>
        <w:t>М’ясо стад їх, і масло, і сир —&lt;br /&gt;</w:t>
        <w:br/>
        <w:t>Се найвищая ласка.</w:t>
      </w:r>
    </w:p>
    <w:p>
      <w:r>
        <w:br/>
        <w:t>Що з Міцраїм батьки і діди&lt;br /&gt;</w:t>
        <w:br/>
        <w:t>Піднялись до походу,&lt;br /&gt;</w:t>
        <w:br/>
        <w:t>На їх погляд, се дурість, і гріх,&lt;br /&gt;</w:t>
        <w:br/>
        <w:t>І руїна народу.</w:t>
      </w:r>
    </w:p>
    <w:p>
      <w:r>
        <w:br/>
        <w:t>Серед них Авірон і Датан&lt;br /&gt;</w:t>
        <w:br/>
        <w:t>Верховодять сьогодні;&lt;br /&gt;</w:t>
        <w:br/>
        <w:t>На пророцькі слова їх одвіт:&lt;br /&gt;</w:t>
        <w:br/>
        <w:t>"Наші кози голодні!"</w:t>
      </w:r>
    </w:p>
    <w:p>
      <w:r>
        <w:br/>
        <w:t>І на поклик його у похід:&lt;br /&gt;</w:t>
        <w:br/>
        <w:t>"Наші коні не куті".&lt;br /&gt;</w:t>
        <w:br/>
        <w:t>На обіцянки слави й побід:&lt;br /&gt;</w:t>
        <w:br/>
        <w:t>"Там войовники люті".</w:t>
      </w:r>
    </w:p>
    <w:p>
      <w:r>
        <w:br/>
        <w:t>На принади нової землі:&lt;br /&gt;</w:t>
        <w:br/>
        <w:t>"Нам і тут непогано".&lt;br /&gt;</w:t>
        <w:br/>
        <w:t>А на згадку про божий наказ:&lt;br /&gt;</w:t>
        <w:br/>
        <w:t>"Замовчи ти, помано!"</w:t>
      </w:r>
    </w:p>
    <w:p>
      <w:r>
        <w:br/>
        <w:t>Та коли загрозив їм пророк&lt;br /&gt;</w:t>
        <w:br/>
        <w:t>Новим гнівом Єгови,&lt;br /&gt;</w:t>
        <w:br/>
        <w:t>То йому заказав Авірон&lt;br /&gt;</w:t>
        <w:br/>
        <w:t>Богохульні промови.</w:t>
      </w:r>
    </w:p>
    <w:p>
      <w:r>
        <w:br/>
        <w:t>А на зборі Ізрайля синів,&lt;br /&gt;</w:t>
        <w:br/>
        <w:t>Честь віддавши Ваалу,&lt;br /&gt;</w:t>
        <w:br/>
        <w:t>Голосистий Датан перепер&lt;br /&gt;</w:t>
        <w:br/>
        <w:t>Ось якую ухвалу:</w:t>
      </w:r>
    </w:p>
    <w:p>
      <w:r>
        <w:br/>
        <w:t>"Хто пророка із себе вдає,&lt;br /&gt;</w:t>
        <w:br/>
        <w:t>І говорить без зв’язку,&lt;br /&gt;</w:t>
        <w:br/>
        <w:t>І обіцює темній юрбі&lt;br /&gt;</w:t>
        <w:br/>
        <w:t>Божий гнів або ласку,—</w:t>
      </w:r>
    </w:p>
    <w:p>
      <w:r>
        <w:br/>
        <w:t>Хто до бунту посміє народ&lt;br /&gt;</w:t>
        <w:br/>
        <w:t>Накликати, до зміни&lt;br /&gt;</w:t>
        <w:br/>
        <w:t>І манити за гори, настріть&lt;br /&gt;</w:t>
        <w:br/>
        <w:t>Кінцевої руїни,—</w:t>
      </w:r>
    </w:p>
    <w:p>
      <w:r>
        <w:br/>
        <w:t>Той на пострах безумцям усім&lt;br /&gt;</w:t>
        <w:br/>
        <w:t>Між отсим поколінням&lt;br /&gt;</w:t>
        <w:br/>
        <w:t>Най опльований буде всіма&lt;br /&gt;</w:t>
        <w:br/>
        <w:t>І побитий камінням".&lt;br /&gt;</w:t>
        <w:br/>
        <w:t>III</w:t>
      </w:r>
    </w:p>
    <w:p>
      <w:r>
        <w:br/>
        <w:t>Вечоріло. Поменшала вже&lt;br /&gt;</w:t>
        <w:br/>
        <w:t>Цілоденная спека,&lt;br /&gt;</w:t>
        <w:br/>
        <w:t>Над горою край неба палав,&lt;br /&gt;</w:t>
        <w:br/>
        <w:t>Мов пожежа далека.</w:t>
      </w:r>
    </w:p>
    <w:p>
      <w:r>
        <w:br/>
        <w:t>Наче дощ золотий із небес,&lt;br /&gt;</w:t>
        <w:br/>
        <w:t>Полила прохолода;&lt;br /&gt;</w:t>
        <w:br/>
        <w:t>Починається рух у шатрах&lt;br /&gt;</w:t>
        <w:br/>
        <w:t>Кочового народа.</w:t>
      </w:r>
    </w:p>
    <w:p>
      <w:r>
        <w:br/>
        <w:t>Звільна, плавно ступаючи, йдуть&lt;br /&gt;</w:t>
        <w:br/>
        <w:t>Кам’яними стежками&lt;br /&gt;</w:t>
        <w:br/>
        <w:t>Чорноокі гебрейки бичем&lt;br /&gt;</w:t>
        <w:br/>
        <w:t>З глиняними збанками —</w:t>
      </w:r>
    </w:p>
    <w:p>
      <w:r>
        <w:br/>
        <w:t>Із збанками на головах, ген&lt;br /&gt;</w:t>
        <w:br/>
        <w:t>Під скалу до криниці,&lt;br /&gt;</w:t>
        <w:br/>
        <w:t>А в руках їх мішки шкіряні,&lt;br /&gt;</w:t>
        <w:br/>
        <w:t>Щоб доїти ягниці.</w:t>
      </w:r>
    </w:p>
    <w:p>
      <w:r>
        <w:br/>
        <w:t>Старші діти по голім степу,&lt;br /&gt;</w:t>
        <w:br/>
        <w:t>Наче зайчики, грають,&lt;br /&gt;</w:t>
        <w:br/>
        <w:t>В перегони біжать і кричать&lt;br /&gt;</w:t>
        <w:br/>
        <w:t>Або з луків стріляють.</w:t>
      </w:r>
    </w:p>
    <w:p>
      <w:r>
        <w:br/>
        <w:t>Де-де чути квиління з шатра&lt;br /&gt;</w:t>
        <w:br/>
        <w:t>Або регіт дівочий;&lt;br /&gt;</w:t>
        <w:br/>
        <w:t>Там хтось пісню заводить сумну,&lt;br /&gt;</w:t>
        <w:br/>
        <w:t>Наче степ у тьмі ночий.</w:t>
      </w:r>
    </w:p>
    <w:p>
      <w:r>
        <w:br/>
        <w:t>Та ось старші, батьки та діди,&lt;br /&gt;</w:t>
        <w:br/>
        <w:t>Із наметів виходять&lt;br /&gt;</w:t>
        <w:br/>
        <w:t>І по горах, по голім степу&lt;br /&gt;</w:t>
        <w:br/>
        <w:t>Скрізь очима поводять:</w:t>
      </w:r>
    </w:p>
    <w:p>
      <w:r>
        <w:br/>
        <w:t>Чи не видно ворожих їздців&lt;br /&gt;</w:t>
        <w:br/>
        <w:t>Де за жовтим туманом?&lt;br /&gt;</w:t>
        <w:br/>
        <w:t>Чи не котить де південний біс&lt;br /&gt;</w:t>
        <w:br/>
        <w:t>Пісковим гураганом?</w:t>
      </w:r>
    </w:p>
    <w:p>
      <w:r>
        <w:br/>
        <w:t>Ні, спокій! І розмови пішли&lt;br /&gt;</w:t>
        <w:br/>
        <w:t>Ті звичайні, сусідські:&lt;br /&gt;</w:t>
        <w:br/>
        <w:t>Щораз менше в ягниць молока,&lt;br /&gt;</w:t>
        <w:br/>
        <w:t>І ягнята ось тільки.</w:t>
      </w:r>
    </w:p>
    <w:p>
      <w:r>
        <w:br/>
        <w:t>Навіть що для ослиць не стає&lt;br /&gt;</w:t>
        <w:br/>
        <w:t>Будякової паші!&lt;br /&gt;</w:t>
        <w:br/>
        <w:t>Доведеться кудись кочувать&lt;br /&gt;</w:t>
        <w:br/>
        <w:t>На пасовиська кращі.</w:t>
      </w:r>
    </w:p>
    <w:p>
      <w:r>
        <w:br/>
        <w:t>Авірон радить край Мадіам,&lt;br /&gt;</w:t>
        <w:br/>
        <w:t>А Датан іще далі.&lt;br /&gt;</w:t>
        <w:br/>
        <w:t>А Мойсей? Той замовкне, мабуть,&lt;br /&gt;</w:t>
        <w:br/>
        <w:t>По вчорашній ухвалі.</w:t>
      </w:r>
    </w:p>
    <w:p>
      <w:r>
        <w:br/>
        <w:t>А втім, в таборі гомін і рух,&lt;br /&gt;</w:t>
        <w:br/>
        <w:t>Біганина і крики;&lt;br /&gt;</w:t>
        <w:br/>
        <w:t>Із шатрів вибігає народ&lt;br /&gt;</w:t>
        <w:br/>
        <w:t>І малий, і великий.</w:t>
      </w:r>
    </w:p>
    <w:p>
      <w:r>
        <w:br/>
        <w:t>Що таке? Чи де ворог іде?&lt;br /&gt;</w:t>
        <w:br/>
        <w:t>Чи впав звір у тенета?&lt;br /&gt;</w:t>
        <w:br/>
        <w:t>Ні, Мойсей! Глянь, Мойсей виходжа&lt;br /&gt;</w:t>
        <w:br/>
        <w:t>Із свойого намета.</w:t>
      </w:r>
    </w:p>
    <w:p>
      <w:r>
        <w:br/>
        <w:t>Хоч літа його гнуть у каблук&lt;br /&gt;</w:t>
        <w:br/>
        <w:t>Із турботами в парі,&lt;br /&gt;</w:t>
        <w:br/>
        <w:t>То в очах його все щось горить,&lt;br /&gt;</w:t>
        <w:br/>
        <w:t>Мов дві блискавки в хмарі.</w:t>
      </w:r>
    </w:p>
    <w:p>
      <w:r>
        <w:br/>
        <w:t>Хоч волосся все біле як сніг,&lt;br /&gt;</w:t>
        <w:br/>
        <w:t>У старечій оздобі,&lt;br /&gt;</w:t>
        <w:br/>
        <w:t>То стоять ще ті горді жмутки,&lt;br /&gt;</w:t>
        <w:br/>
        <w:t>Як два роги на лобі.</w:t>
      </w:r>
    </w:p>
    <w:p>
      <w:r>
        <w:br/>
        <w:t>Він іде на широкий майдан,&lt;br /&gt;</w:t>
        <w:br/>
        <w:t>Де намет заповіту&lt;br /&gt;</w:t>
        <w:br/>
        <w:t>Простяга свої штири роги&lt;br /&gt;</w:t>
        <w:br/>
        <w:t>В штири сторони світу.</w:t>
      </w:r>
    </w:p>
    <w:p>
      <w:r>
        <w:br/>
        <w:t>В тім наметі є скриня важка,&lt;br /&gt;</w:t>
        <w:br/>
        <w:t>Вся укована з міди,&lt;br /&gt;</w:t>
        <w:br/>
        <w:t>В ній Єгови накази лежать,&lt;br /&gt;</w:t>
        <w:br/>
        <w:t>Знаки волі й побіди.</w:t>
      </w:r>
    </w:p>
    <w:p>
      <w:r>
        <w:br/>
        <w:t>Та давно вже не входить ніхто&lt;br /&gt;</w:t>
        <w:br/>
        <w:t>До намету святого,&lt;br /&gt;</w:t>
        <w:br/>
        <w:t>Його жах стереже день і ніч,&lt;br /&gt;</w:t>
        <w:br/>
        <w:t>Мов собака порога.</w:t>
      </w:r>
    </w:p>
    <w:p>
      <w:r>
        <w:br/>
        <w:t>Але камінь великий лежить&lt;br /&gt;</w:t>
        <w:br/>
        <w:t>Край намету до сходу:&lt;br /&gt;</w:t>
        <w:br/>
        <w:t>З того каменя звичай велить&lt;br /&gt;</w:t>
        <w:br/>
        <w:t>Промовлять до народу.</w:t>
      </w:r>
    </w:p>
    <w:p>
      <w:r>
        <w:br/>
        <w:t>На той камінь зіходить Мойсей —&lt;br /&gt;</w:t>
        <w:br/>
        <w:t>І жахнулися люде.&lt;br /&gt;</w:t>
        <w:br/>
        <w:t>Та невже ж волі всіх на докір&lt;br /&gt;</w:t>
        <w:br/>
        <w:t>Він пророчити буде?</w:t>
      </w:r>
    </w:p>
    <w:p>
      <w:r>
        <w:br/>
        <w:t>І прийдеться розбить, розтоптать,&lt;br /&gt;</w:t>
        <w:br/>
        <w:t>Як гнилую колоду,&lt;br /&gt;</w:t>
        <w:br/>
        <w:t>Кого наші батьки і діди&lt;br /&gt;</w:t>
        <w:br/>
        <w:t>Звали батьком народу?</w:t>
      </w:r>
    </w:p>
    <w:p>
      <w:r>
        <w:br/>
        <w:t>Ось між чільними вже Авірон&lt;br /&gt;</w:t>
        <w:br/>
        <w:t>Червоніє з досади,&lt;br /&gt;</w:t>
        <w:br/>
        <w:t>А середнім щось шепче Датан,&lt;br /&gt;</w:t>
        <w:br/>
        <w:t>Лихий демон громади.&lt;br /&gt;</w:t>
        <w:br/>
        <w:t>IV</w:t>
      </w:r>
    </w:p>
    <w:p>
      <w:r>
        <w:br/>
        <w:t>"Вчора ви, небожата мої,&lt;br /&gt;</w:t>
        <w:br/>
        <w:t>Раду радили глупу;&lt;br /&gt;</w:t>
        <w:br/>
        <w:t>Се хотів я сказать вам тепер&lt;br /&gt;</w:t>
        <w:br/>
        <w:t>Замість першого вступу.</w:t>
      </w:r>
    </w:p>
    <w:p>
      <w:r>
        <w:br/>
        <w:t>Ухвалили печать наложить&lt;br /&gt;</w:t>
        <w:br/>
        <w:t>На язик мій, на душу, —&lt;br /&gt;</w:t>
        <w:br/>
        <w:t>Тож тепер вам усім вперекір&lt;br /&gt;</w:t>
        <w:br/>
        <w:t>Говорити я мушу.</w:t>
      </w:r>
    </w:p>
    <w:p>
      <w:r>
        <w:br/>
        <w:t>Зрозумійте й затямте собі,&lt;br /&gt;</w:t>
        <w:br/>
        <w:t>Ви, сліпців покоління,&lt;br /&gt;</w:t>
        <w:br/>
        <w:t>Що, як зглушите душу живу,&lt;br /&gt;</w:t>
        <w:br/>
        <w:t>Заговорить каміння.</w:t>
      </w:r>
    </w:p>
    <w:p>
      <w:r>
        <w:br/>
        <w:t>Вчора ви сприсяглися свій слух&lt;br /&gt;</w:t>
        <w:br/>
        <w:t>Затикать на промови,&lt;br /&gt;</w:t>
        <w:br/>
        <w:t>Не мої, не тих глиняних уст,&lt;br /&gt;</w:t>
        <w:br/>
        <w:t>А самого Єгови.</w:t>
      </w:r>
    </w:p>
    <w:p>
      <w:r>
        <w:br/>
        <w:t>Бережіться, а то він до вас&lt;br /&gt;</w:t>
        <w:br/>
        <w:t>Заговорить по-свому,&lt;br /&gt;</w:t>
        <w:br/>
        <w:t>Заговорить страшніше сто раз,&lt;br /&gt;</w:t>
        <w:br/>
        <w:t>Як в пустині рик грому.</w:t>
      </w:r>
    </w:p>
    <w:p>
      <w:r>
        <w:br/>
        <w:t>А від слів його гори дрижать&lt;br /&gt;</w:t>
        <w:br/>
        <w:t>І земля подається,&lt;br /&gt;</w:t>
        <w:br/>
        <w:t>Ваше серце, як листя в огні,&lt;br /&gt;</w:t>
        <w:br/>
        <w:t>Зашкрумить і зів’ється.</w:t>
      </w:r>
    </w:p>
    <w:p>
      <w:r>
        <w:br/>
        <w:t>Вчора ви прокляли всякий бунт —&lt;br /&gt;</w:t>
        <w:br/>
        <w:t>І кляли його всує,&lt;br /&gt;</w:t>
        <w:br/>
        <w:t>Бо напроти тих глупих проклять&lt;br /&gt;</w:t>
        <w:br/>
        <w:t>Ваше серце бунтує.</w:t>
      </w:r>
    </w:p>
    <w:p>
      <w:r>
        <w:br/>
        <w:t>Бо в те серце Єгова вложив,&lt;br /&gt;</w:t>
        <w:br/>
        <w:t>Наче квас в прісне тісто,&lt;br /&gt;</w:t>
        <w:br/>
        <w:t>Творчі сили, — ті гнатимуть вас,&lt;br /&gt;</w:t>
        <w:br/>
        <w:t>У призначене місто.</w:t>
      </w:r>
    </w:p>
    <w:p>
      <w:r>
        <w:br/>
        <w:t>Вчора ви уважали спокій&lt;br /&gt;</w:t>
        <w:br/>
        <w:t>Найблаженнішим станом;&lt;br /&gt;</w:t>
        <w:br/>
        <w:t>Та чи радився ум ваш при тім&lt;br /&gt;</w:t>
        <w:br/>
        <w:t>З вашим богом і паном?</w:t>
      </w:r>
    </w:p>
    <w:p>
      <w:r>
        <w:br/>
        <w:t>Чи то він для спокою призвав&lt;br /&gt;</w:t>
        <w:br/>
        <w:t>З міста Ур та з Гаррана&lt;br /&gt;</w:t>
        <w:br/>
        <w:t>Авраама і плем’я його&lt;br /&gt;</w:t>
        <w:br/>
        <w:t>На луги Канаана?</w:t>
      </w:r>
    </w:p>
    <w:p>
      <w:r>
        <w:br/>
        <w:t>Для спокою їх потім водив&lt;br /&gt;</w:t>
        <w:br/>
        <w:t>По йорданськім поділлю?&lt;br /&gt;</w:t>
        <w:br/>
        <w:t>Семилітнім їх голодом гнав&lt;br /&gt;</w:t>
        <w:br/>
        <w:t>Аж над береги Нілю?</w:t>
      </w:r>
    </w:p>
    <w:p>
      <w:r>
        <w:br/>
        <w:t>Якби хтів вас в спокою держать,&lt;br /&gt;</w:t>
        <w:br/>
        <w:t>Наче трупа у крипті,&lt;br /&gt;</w:t>
        <w:br/>
        <w:t>То ви й досі, як сірі воли,&lt;br /&gt;</w:t>
        <w:br/>
        <w:t>Гнули б шиї в Єгипті.</w:t>
      </w:r>
    </w:p>
    <w:p>
      <w:r>
        <w:br/>
        <w:t>Тим-то буду до вас говорить&lt;br /&gt;</w:t>
        <w:br/>
        <w:t>Не від себе, а владно,&lt;br /&gt;</w:t>
        <w:br/>
        <w:t>Щоб ви знали, що з богом на прю&lt;br /&gt;</w:t>
        <w:br/>
        <w:t>Виступать непорадно.</w:t>
      </w:r>
    </w:p>
    <w:p>
      <w:r>
        <w:br/>
        <w:t>Бо Єгови натягнений лук,&lt;br /&gt;</w:t>
        <w:br/>
        <w:t>І тятива нап’ята,&lt;br /&gt;</w:t>
        <w:br/>
        <w:t>І наложена стрілка на ній —&lt;br /&gt;</w:t>
        <w:br/>
        <w:t>І то ви є стріла та.</w:t>
      </w:r>
    </w:p>
    <w:p>
      <w:r>
        <w:br/>
        <w:t>Як стріла вже намірена в ціль,&lt;br /&gt;</w:t>
        <w:br/>
        <w:t>Наострена до бою,&lt;br /&gt;</w:t>
        <w:br/>
        <w:t>Чи подоба стрілі говорить:&lt;br /&gt;</w:t>
        <w:br/>
        <w:t>"Я бажаю спокою?"</w:t>
      </w:r>
    </w:p>
    <w:p>
      <w:r>
        <w:br/>
        <w:t>А що вчора ви тут присягли,&lt;br /&gt;</w:t>
        <w:br/>
        <w:t>На подобу жіноцтва,&lt;br /&gt;</w:t>
        <w:br/>
        <w:t>Більш не слухать обітниць моїх,&lt;br /&gt;</w:t>
        <w:br/>
        <w:t>Ні погроз, ні пророцтва, —</w:t>
      </w:r>
    </w:p>
    <w:p>
      <w:r>
        <w:br/>
        <w:t>То навмисно про все те до вас&lt;br /&gt;</w:t>
        <w:br/>
        <w:t>Побалакати хочу:&lt;br /&gt;</w:t>
        <w:br/>
        <w:t>І обітницю дам, що прийде,&lt;br /&gt;</w:t>
        <w:br/>
        <w:t>Погрожу й попророчу.</w:t>
      </w:r>
    </w:p>
    <w:p>
      <w:r>
        <w:br/>
        <w:t>І ви мусите слухать, хоч злість&lt;br /&gt;</w:t>
        <w:br/>
        <w:t>Вб’є вам жало студене.&lt;br /&gt;</w:t>
        <w:br/>
        <w:t>Рад я знать, чия перша рука&lt;br /&gt;</w:t>
        <w:br/>
        <w:t>Підійметься на мене!..&lt;br /&gt;</w:t>
        <w:br/>
        <w:t>V</w:t>
      </w:r>
    </w:p>
    <w:p>
      <w:r>
        <w:br/>
        <w:t>Зареклися ви слухати слів&lt;br /&gt;</w:t>
        <w:br/>
        <w:t>Про Єговину ласку,&lt;br /&gt;</w:t>
        <w:br/>
        <w:t>Тож, мов дітям безумним, я вам&lt;br /&gt;</w:t>
        <w:br/>
        <w:t>Розповім одну казку.</w:t>
      </w:r>
    </w:p>
    <w:p>
      <w:r>
        <w:br/>
        <w:t>Як зійшлися колись дерева&lt;br /&gt;</w:t>
        <w:br/>
        <w:t>На широкім роздоллі.&lt;br /&gt;</w:t>
        <w:br/>
        <w:t>"Оберімо собі короля&lt;br /&gt;</w:t>
        <w:br/>
        <w:t>По своїй вольній волі.</w:t>
      </w:r>
    </w:p>
    <w:p>
      <w:r>
        <w:br/>
        <w:t>Щоб і захист нам з нього, і честь,&lt;br /&gt;</w:t>
        <w:br/>
        <w:t>І надія, й підмога,&lt;br /&gt;</w:t>
        <w:br/>
        <w:t>Щоб і пан наш він був, і слуга,&lt;br /&gt;</w:t>
        <w:br/>
        <w:t>І мета, і дорога".</w:t>
      </w:r>
    </w:p>
    <w:p>
      <w:r>
        <w:br/>
        <w:t>І сказали одні: "Вибирать —&lt;br /&gt;</w:t>
        <w:br/>
        <w:t>На одно всі ми звані.&lt;br /&gt;</w:t>
        <w:br/>
        <w:t>Най царює над нами вовік&lt;br /&gt;</w:t>
        <w:br/>
        <w:t>Отой кедр на Лівані".</w:t>
      </w:r>
    </w:p>
    <w:p>
      <w:r>
        <w:br/>
        <w:t>І згодилися всі дерева,&lt;br /&gt;</w:t>
        <w:br/>
        <w:t>Стали кедра благати:</w:t>
      </w:r>
    </w:p>
    <w:p>
      <w:r>
        <w:br/>
        <w:t>"Ти зійди з своїх гордих висот,&lt;br /&gt;</w:t>
        <w:br/>
        <w:t>Йди до нас царювати".</w:t>
      </w:r>
    </w:p>
    <w:p>
      <w:r>
        <w:br/>
        <w:t>І відмовив їм кедр і сказав:&lt;br /&gt;</w:t>
        <w:br/>
        <w:t>"Ви чого забажали?&lt;br /&gt;</w:t>
        <w:br/>
        <w:t>Щоб покинув я сам ради вас&lt;br /&gt;</w:t>
        <w:br/>
        <w:t>Свої гори і скали?</w:t>
      </w:r>
    </w:p>
    <w:p>
      <w:r>
        <w:br/>
        <w:t>Щоб покинув я сам ради вас&lt;br /&gt;</w:t>
        <w:br/>
        <w:t>Блиски сонця й свободу,&lt;br /&gt;</w:t>
        <w:br/>
        <w:t>Бувши вольним — пустився служить&lt;br /&gt;</w:t>
        <w:br/>
        <w:t>Збиранині народу?</w:t>
      </w:r>
    </w:p>
    <w:p>
      <w:r>
        <w:br/>
        <w:t>Ви корону мені принесли?&lt;br /&gt;</w:t>
        <w:br/>
        <w:t>Що мені се за шана!&lt;br /&gt;</w:t>
        <w:br/>
        <w:t>Я й без неї окраса землі&lt;br /&gt;</w:t>
        <w:br/>
        <w:t>І корона Лівана".</w:t>
      </w:r>
    </w:p>
    <w:p>
      <w:r>
        <w:br/>
        <w:t>І вернулися всі дерева,&lt;br /&gt;</w:t>
        <w:br/>
        <w:t>Стали пальму благати:&lt;br /&gt;</w:t>
        <w:br/>
        <w:t>"Ти між нами ростеш, нам рідня,&lt;br /&gt;</w:t>
        <w:br/>
        <w:t>Йди до нас царювати".</w:t>
      </w:r>
    </w:p>
    <w:p>
      <w:r>
        <w:br/>
        <w:t>І сказала їм пальма: "Брати,&lt;br /&gt;</w:t>
        <w:br/>
        <w:t>Що се вас закортіло?&lt;br /&gt;</w:t>
        <w:br/>
        <w:t>Царювати й порядки робить —&lt;br /&gt;</w:t>
        <w:br/>
        <w:t>Се моє хіба діло?</w:t>
      </w:r>
    </w:p>
    <w:p>
      <w:r>
        <w:br/>
        <w:t>Щоб між вами порядки робить,&lt;br /&gt;</w:t>
        <w:br/>
        <w:t>Чи ж я кинути в силі&lt;br /&gt;</w:t>
        <w:br/>
        <w:t>Свої цвіти пахучі та свій&lt;br /&gt;</w:t>
        <w:br/>
        <w:t>Плід — солодкі дактилі?</w:t>
      </w:r>
    </w:p>
    <w:p>
      <w:r>
        <w:br/>
        <w:t>Мало б сонце даремно мій сік&lt;br /&gt;</w:t>
        <w:br/>
        <w:t>Вигрівати щоднини?&lt;br /&gt;</w:t>
        <w:br/>
        <w:t>Мого плоду даремно шукать&lt;br /&gt;</w:t>
        <w:br/>
        <w:t>Око звіра й людини?</w:t>
      </w:r>
    </w:p>
    <w:p>
      <w:r>
        <w:br/>
        <w:t>Хай царює хто хоче у вас,&lt;br /&gt;</w:t>
        <w:br/>
        <w:t>Я на троні не сяду,&lt;br /&gt;</w:t>
        <w:br/>
        <w:t>Я волю всім давать свою тінь,&lt;br /&gt;</w:t>
        <w:br/>
        <w:t>І поживу, й розраду".</w:t>
      </w:r>
    </w:p>
    <w:p>
      <w:r>
        <w:br/>
        <w:t>І погнулися всі дерева&lt;br /&gt;</w:t>
        <w:br/>
        <w:t>Під думками важкими,&lt;br /&gt;</w:t>
        <w:br/>
        <w:t>Що не хоче ні пальма, ні кедр&lt;br /&gt;</w:t>
        <w:br/>
        <w:t>Царювати над ними.</w:t>
      </w:r>
    </w:p>
    <w:p>
      <w:r>
        <w:br/>
        <w:t>Нумо рожу благать! Та вона&lt;br /&gt;</w:t>
        <w:br/>
        <w:t>Всьому світові гожа,&lt;br /&gt;</w:t>
        <w:br/>
        <w:t>Без корони — цариця ростин,&lt;br /&gt;</w:t>
        <w:br/>
        <w:t>Преподобниця божа.</w:t>
      </w:r>
    </w:p>
    <w:p>
      <w:r>
        <w:br/>
        <w:t>Нумо дуба благати! Та дуб,&lt;br /&gt;</w:t>
        <w:br/>
        <w:t>Мов хазяїн багатий,&lt;br /&gt;</w:t>
        <w:br/>
        <w:t>Своїм гіллям, корінням і пнем,&lt;br /&gt;</w:t>
        <w:br/>
        <w:t>Жолудьми все зайнятий.</w:t>
      </w:r>
    </w:p>
    <w:p>
      <w:r>
        <w:br/>
        <w:t>Нум березу благать! Та вона,</w:t>
      </w:r>
    </w:p>
    <w:p>
      <w:r>
        <w:br/>
        <w:t>Панна в білому шовку,&lt;br /&gt;</w:t>
        <w:br/>
        <w:t>Розпуска свої коси буйні,&lt;br /&gt;</w:t>
        <w:br/>
        <w:t>Тужно хилить головку.</w:t>
      </w:r>
    </w:p>
    <w:p>
      <w:r>
        <w:br/>
        <w:t>І сказав хтось, неначе на жарт,&lt;br /&gt;</w:t>
        <w:br/>
        <w:t>Оте слово діточе:&lt;br /&gt;</w:t>
        <w:br/>
        <w:t>"Ще хіба би терна нам просить,&lt;br /&gt;</w:t>
        <w:br/>
        <w:t>Може, терен захоче".</w:t>
      </w:r>
    </w:p>
    <w:p>
      <w:r>
        <w:br/>
        <w:t>І підхопили всі дерева&lt;br /&gt;</w:t>
        <w:br/>
        <w:t>Се устами одними,&lt;br /&gt;</w:t>
        <w:br/>
        <w:t>І взялися просити терна,&lt;br /&gt;</w:t>
        <w:br/>
        <w:t>Щоб царем був над ними.</w:t>
      </w:r>
    </w:p>
    <w:p>
      <w:r>
        <w:br/>
        <w:t>Мовив терен: "Се добре вам хтось&lt;br /&gt;</w:t>
        <w:br/>
        <w:t>Підповів таку раду.&lt;br /&gt;</w:t>
        <w:br/>
        <w:t>Я на вашім престолі як стій&lt;br /&gt;</w:t>
        <w:br/>
        <w:t>Без вагання засяду.</w:t>
      </w:r>
    </w:p>
    <w:p>
      <w:r>
        <w:br/>
        <w:t>Я ні станом високий, як кедр,&lt;br /&gt;</w:t>
        <w:br/>
        <w:t>Ні, як пальма, вродливий&lt;br /&gt;</w:t>
        <w:br/>
        <w:t>І не буду, як дуб, самолюб,&lt;br /&gt;</w:t>
        <w:br/>
        <w:t>Як береза, тужливий.</w:t>
      </w:r>
    </w:p>
    <w:p>
      <w:r>
        <w:br/>
        <w:t>Здобуватиму поле для вас,&lt;br /&gt;</w:t>
        <w:br/>
        <w:t>Хоч самому не треба,&lt;br /&gt;</w:t>
        <w:br/>
        <w:t>І стелитися буду внизу,&lt;br /&gt;</w:t>
        <w:br/>
        <w:t>Ви ж буяйте до неба.</w:t>
      </w:r>
    </w:p>
    <w:p>
      <w:r>
        <w:br/>
        <w:t>Боронитиму вступу до вас&lt;br /&gt;</w:t>
        <w:br/>
        <w:t>Спижевими шпичками&lt;br /&gt;</w:t>
        <w:br/>
        <w:t>І скрашатиму всі пустирі&lt;br /&gt;</w:t>
        <w:br/>
        <w:t>Молочними квітками.</w:t>
      </w:r>
    </w:p>
    <w:p>
      <w:r>
        <w:br/>
        <w:t>І служитиму зайцю гніздом,&lt;br /&gt;</w:t>
        <w:br/>
        <w:t>Пристановищем птаху,&lt;br /&gt;</w:t>
        <w:br/>
        <w:t>Щоб росли ви все краще, а я&lt;br /&gt;</w:t>
        <w:br/>
        <w:t>Буду гинуть на шляху".&lt;br /&gt;</w:t>
        <w:br/>
        <w:t>VI</w:t>
      </w:r>
    </w:p>
    <w:p>
      <w:r>
        <w:br/>
        <w:t>У глибокім мовчанні сю річ&lt;br /&gt;</w:t>
        <w:br/>
        <w:t>Вухом ловлять гебреї...&lt;br /&gt;</w:t>
        <w:br/>
        <w:t>"Се вам казка, — промовив Мойсей, —&lt;br /&gt;</w:t>
        <w:br/>
        <w:t>Ось вам виклад до неї.</w:t>
      </w:r>
    </w:p>
    <w:p>
      <w:r>
        <w:br/>
        <w:t>Дерева — се народи землі,&lt;br /&gt;</w:t>
        <w:br/>
        <w:t>А король у їх колі —&lt;br /&gt;</w:t>
        <w:br/>
        <w:t>Божий вибранець, син і слуга&lt;br /&gt;</w:t>
        <w:br/>
        <w:t>Господевої волі.</w:t>
      </w:r>
    </w:p>
    <w:p>
      <w:r>
        <w:br/>
        <w:t>Як народи Єгова создав,&lt;br /&gt;</w:t>
        <w:br/>
        <w:t>Мов літорослі в полю,&lt;br /&gt;</w:t>
        <w:br/>
        <w:t>Заглядав всім у душу й читав&lt;br /&gt;</w:t>
        <w:br/>
        <w:t>З неї кождого долю.</w:t>
      </w:r>
    </w:p>
    <w:p>
      <w:r>
        <w:br/>
        <w:t>Заглядав їм у душу, яка&lt;br /&gt;</w:t>
        <w:br/>
        <w:t>їх удача й причина,&lt;br /&gt;</w:t>
        <w:br/>
        <w:t>І шукав, кого з них би собі&lt;br /&gt;</w:t>
        <w:br/>
        <w:t>Обібрати за сина.</w:t>
      </w:r>
    </w:p>
    <w:p>
      <w:r>
        <w:br/>
        <w:t>І не взяв отих гордих, грімких,&lt;br /&gt;</w:t>
        <w:br/>
        <w:t>Що б’ють в небо думками&lt;br /&gt;</w:t>
        <w:br/>
        <w:t>І підносять могутню п’яту&lt;br /&gt;</w:t>
        <w:br/>
        <w:t>Над людськими карками.</w:t>
      </w:r>
    </w:p>
    <w:p>
      <w:r>
        <w:br/>
        <w:t>І не взяв багачів-дукачів,&lt;br /&gt;</w:t>
        <w:br/>
        <w:t>Що всю землю плюндрують,&lt;br /&gt;</w:t>
        <w:br/>
        <w:t>Людським злотом і потом собі&lt;br /&gt;</w:t>
        <w:br/>
        <w:t>Домовини мурують.</w:t>
      </w:r>
    </w:p>
    <w:p>
      <w:r>
        <w:br/>
        <w:t>І не взяв красунів-джиґунів,&lt;br /&gt;</w:t>
        <w:br/>
        <w:t>Що на лірах брязкочуть&lt;br /&gt;</w:t>
        <w:br/>
        <w:t>І свій хист у мармурі, в піснях&lt;br /&gt;</w:t>
        <w:br/>
        <w:t>Віковічнити хочуть.</w:t>
      </w:r>
    </w:p>
    <w:p>
      <w:r>
        <w:br/>
        <w:t>Згордував усю славу, весь блиск&lt;br /&gt;</w:t>
        <w:br/>
        <w:t>І земне панування,&lt;br /&gt;</w:t>
        <w:br/>
        <w:t>І всі пахощі штук, і усе&lt;br /&gt;</w:t>
        <w:br/>
        <w:t>Книжкове мудрування.</w:t>
      </w:r>
    </w:p>
    <w:p>
      <w:r>
        <w:br/>
        <w:t>І, як терен посеред дерев,&lt;br /&gt;</w:t>
        <w:br/>
        <w:t>Непоказний на вроду,&lt;br /&gt;</w:t>
        <w:br/>
        <w:t>І не має він слави собі&lt;br /&gt;</w:t>
        <w:br/>
        <w:t>Ані з цвіту, ні з плоду, —</w:t>
      </w:r>
    </w:p>
    <w:p>
      <w:r>
        <w:br/>
        <w:t>Так і вибраний богом народ&lt;br /&gt;</w:t>
        <w:br/>
        <w:t>Між народами вбогий;&lt;br /&gt;</w:t>
        <w:br/>
        <w:t>Де пишнота і честь, там йому&lt;br /&gt;</w:t>
        <w:br/>
        <w:t>Зависокі пороги.</w:t>
      </w:r>
    </w:p>
    <w:p>
      <w:r>
        <w:br/>
        <w:t>Між премудрими він не мудрець,&lt;br /&gt;</w:t>
        <w:br/>
        <w:t>У війні не войовник,&lt;br /&gt;</w:t>
        <w:br/>
        <w:t>У батьківщині своїй він гість&lt;br /&gt;</w:t>
        <w:br/>
        <w:t>І всесвітній кочовник.</w:t>
      </w:r>
    </w:p>
    <w:p>
      <w:r>
        <w:br/>
        <w:t>Та поклав йому в душу свій скарб&lt;br /&gt;</w:t>
        <w:br/>
        <w:t>Серцевідець Єгова,&lt;br /&gt;</w:t>
        <w:br/>
        <w:t>Щоб він був мов світило у тьмі,&lt;br /&gt;</w:t>
        <w:br/>
        <w:t>Мов скарбник його слова.</w:t>
      </w:r>
    </w:p>
    <w:p>
      <w:r>
        <w:br/>
        <w:t>На безмежну мандрівку життя&lt;br /&gt;</w:t>
        <w:br/>
        <w:t>Дав йому запомогу,&lt;br /&gt;</w:t>
        <w:br/>
        <w:t>Заповіти й обіти свої,&lt;br /&gt;</w:t>
        <w:br/>
        <w:t>Наче хліб на дорогу.</w:t>
      </w:r>
    </w:p>
    <w:p>
      <w:r>
        <w:br/>
        <w:t>Але заздрий Єгова, наш бог,&lt;br /&gt;</w:t>
        <w:br/>
        <w:t>І грізний, і сердитий:&lt;br /&gt;</w:t>
        <w:br/>
        <w:t>Те, що він полюбив, най ніхто&lt;br /&gt;</w:t>
        <w:br/>
        <w:t>Не посміє любити!</w:t>
      </w:r>
    </w:p>
    <w:p>
      <w:r>
        <w:br/>
        <w:t>Тож на вибранця свого надів&lt;br /&gt;</w:t>
        <w:br/>
        <w:t>Плащ своєї любові,&lt;br /&gt;</w:t>
        <w:br/>
        <w:t>Недоступний, колючий, немов&lt;br /&gt;</w:t>
        <w:br/>
        <w:t>Колючки ті тернові.</w:t>
      </w:r>
    </w:p>
    <w:p>
      <w:r>
        <w:br/>
        <w:t>І зробив його острим, гризьким,&lt;br /&gt;</w:t>
        <w:br/>
        <w:t>Мов кропива-жеруха,&lt;br /&gt;</w:t>
        <w:br/>
        <w:t>Аби міг лише сам він вдихать&lt;br /&gt;</w:t>
        <w:br/>
        <w:t>Аромат його духа.</w:t>
      </w:r>
    </w:p>
    <w:p>
      <w:r>
        <w:br/>
        <w:t>І посольство йому дав страшне&lt;br /&gt;</w:t>
        <w:br/>
        <w:t>Під сімома печатьми,&lt;br /&gt;</w:t>
        <w:br/>
        <w:t>Щоб в далеку будущину ніс,&lt;br /&gt;</w:t>
        <w:br/>
        <w:t>Ненавиджений братьми.</w:t>
      </w:r>
    </w:p>
    <w:p>
      <w:r>
        <w:br/>
        <w:t>Горе тому нездарі послу,&lt;br /&gt;</w:t>
        <w:br/>
        <w:t>Що в ході задрімає&lt;br /&gt;</w:t>
        <w:br/>
        <w:t>Або, божу зневаживши річ,&lt;br /&gt;</w:t>
        <w:br/>
        <w:t>І печать розламає!</w:t>
      </w:r>
    </w:p>
    <w:p>
      <w:r>
        <w:br/>
        <w:t>Вийме інший посольство страшне&lt;br /&gt;</w:t>
        <w:br/>
        <w:t>Лінюхові з долоні,&lt;br /&gt;</w:t>
        <w:br/>
        <w:t>Побіжить, і осягне мету,&lt;br /&gt;</w:t>
        <w:br/>
        <w:t>І засяє в короні.</w:t>
      </w:r>
    </w:p>
    <w:p>
      <w:r>
        <w:br/>
        <w:t>Та щасливий посол, що свій лист&lt;br /&gt;</w:t>
        <w:br/>
        <w:t>Понесе скоро й вірно!&lt;br /&gt;</w:t>
        <w:br/>
        <w:t>Дасть вінець йому царський господь&lt;br /&gt;</w:t>
        <w:br/>
        <w:t>І прославить безмірно.</w:t>
      </w:r>
    </w:p>
    <w:p>
      <w:r>
        <w:br/>
        <w:t>О Ізраїлю, ти той посол&lt;br /&gt;</w:t>
        <w:br/>
        <w:t>І будущий цар світу!&lt;br /&gt;</w:t>
        <w:br/>
        <w:t>Чом не тямиш посольства свого&lt;br /&gt;</w:t>
        <w:br/>
        <w:t>І його заповіту?</w:t>
      </w:r>
    </w:p>
    <w:p>
      <w:r>
        <w:br/>
        <w:t>Твоє царство не з сеї землі,&lt;br /&gt;</w:t>
        <w:br/>
        <w:t>Не мирська твоя слава!&lt;br /&gt;</w:t>
        <w:br/>
        <w:t>Але горе, як звабить тебе&lt;br /&gt;</w:t>
        <w:br/>
        <w:t>Світовая забава.</w:t>
      </w:r>
    </w:p>
    <w:p>
      <w:r>
        <w:br/>
        <w:t>Замість статися сіллю землі,&lt;br /&gt;</w:t>
        <w:br/>
        <w:t>Станеш попелом підлим;&lt;br /&gt;</w:t>
        <w:br/>
        <w:t>Замість всім з’єднать ласку, ти сам&lt;br /&gt;</w:t>
        <w:br/>
        <w:t>Станеш ласки не гідним.</w:t>
      </w:r>
    </w:p>
    <w:p>
      <w:r>
        <w:br/>
        <w:t>Замість світ слобонити від мук,&lt;br /&gt;</w:t>
        <w:br/>
        <w:t>І роздору, і жаху,&lt;br /&gt;</w:t>
        <w:br/>
        <w:t>Будеш ти мов розчавлений черв,&lt;br /&gt;</w:t>
        <w:br/>
        <w:t>Що здихає на шляху".&lt;br /&gt;</w:t>
        <w:br/>
        <w:t>VII</w:t>
      </w:r>
    </w:p>
    <w:p>
      <w:r>
        <w:br/>
        <w:t>І з’їдливо сказав Авірон:&lt;br /&gt;</w:t>
        <w:br/>
        <w:t>"Мосціпане Мойсею,&lt;br /&gt;</w:t>
        <w:br/>
        <w:t>Страх загрів і напудив ти нас&lt;br /&gt;</w:t>
        <w:br/>
        <w:t>Приповісткою сею!</w:t>
      </w:r>
    </w:p>
    <w:p>
      <w:r>
        <w:br/>
        <w:t>Між народами бути терном!&lt;br /&gt;</w:t>
        <w:br/>
        <w:t>За сю ласку велику&lt;br /&gt;</w:t>
        <w:br/>
        <w:t>Справді варто в Єгові твоїм&lt;br /&gt;</w:t>
        <w:br/>
        <w:t>Признавати владику.</w:t>
      </w:r>
    </w:p>
    <w:p>
      <w:r>
        <w:br/>
        <w:t>І послом його бути — се честь!&lt;br /&gt;</w:t>
        <w:br/>
        <w:t>І в незнане будуще&lt;br /&gt;</w:t>
        <w:br/>
        <w:t>Запечатані письма носить —&lt;br /&gt;</w:t>
        <w:br/>
        <w:t>Се манить нас найдужче.</w:t>
      </w:r>
    </w:p>
    <w:p>
      <w:r>
        <w:br/>
        <w:t>Се якраз доля того осла,&lt;br /&gt;</w:t>
        <w:br/>
        <w:t>Що зав’язані міхи&lt;br /&gt;</w:t>
        <w:br/>
        <w:t>З хлібом носить, сам голод терпить&lt;br /&gt;</w:t>
        <w:br/>
        <w:t>Для чужої потіхи.</w:t>
      </w:r>
    </w:p>
    <w:p>
      <w:r>
        <w:br/>
        <w:t>Ще гебреї з ума не зійшли,&lt;br /&gt;</w:t>
        <w:br/>
        <w:t>Долі ліпшої варті,&lt;br /&gt;</w:t>
        <w:br/>
        <w:t>І осягнуть, як честь віддадуть&lt;br /&gt;</w:t>
        <w:br/>
        <w:t>І Ваалу, й Астарті.</w:t>
      </w:r>
    </w:p>
    <w:p>
      <w:r>
        <w:br/>
        <w:t>Най Єгова собі там гримить&lt;br /&gt;</w:t>
        <w:br/>
        <w:t>На скалистім Сінаї, —&lt;br /&gt;</w:t>
        <w:br/>
        <w:t>Нам Ваал дасть багатства і вдасть&lt;br /&gt;</w:t>
        <w:br/>
        <w:t>У великому краї.</w:t>
      </w:r>
    </w:p>
    <w:p>
      <w:r>
        <w:br/>
        <w:t>Най Єгові колючі терни&lt;br /&gt;</w:t>
        <w:br/>
        <w:t>Будуть любі та гожі, —&lt;br /&gt;</w:t>
        <w:br/>
        <w:t>Нас Астарти рука поведе&lt;br /&gt;</w:t>
        <w:br/>
        <w:t>Поміж мірти і рожі.</w:t>
      </w:r>
    </w:p>
    <w:p>
      <w:r>
        <w:br/>
        <w:t>Наш уділ — Сенаар та Гарран,&lt;br /&gt;</w:t>
        <w:br/>
        <w:t>А наш шлях до востоку,&lt;br /&gt;</w:t>
        <w:br/>
        <w:t>А на захід, у твій Канаан,&lt;br /&gt;</w:t>
        <w:br/>
        <w:t>Не поступимо й кроку.</w:t>
      </w:r>
    </w:p>
    <w:p>
      <w:r>
        <w:br/>
        <w:t>Все те ясне, не варто про се&lt;br /&gt;</w:t>
        <w:br/>
        <w:t>І балакати далі,&lt;br /&gt;</w:t>
        <w:br/>
        <w:t>Та от що нам з тобою зробить&lt;br /&gt;</w:t>
        <w:br/>
        <w:t>По вчорашній ухвалі?</w:t>
      </w:r>
    </w:p>
    <w:p>
      <w:r>
        <w:br/>
        <w:t>Бить камінням руїну стару?&lt;br /&gt;</w:t>
        <w:br/>
        <w:t>Шкода заходу й труду.&lt;br /&gt;</w:t>
        <w:br/>
        <w:t>Дечим може ще він послужить&lt;br /&gt;</w:t>
        <w:br/>
        <w:t>Ізраїльському люду.</w:t>
      </w:r>
    </w:p>
    <w:p>
      <w:r>
        <w:br/>
        <w:t>Майстер він говорити казки,&lt;br /&gt;</w:t>
        <w:br/>
        <w:t>Миляну пускать баньку,&lt;br /&gt;</w:t>
        <w:br/>
        <w:t>Тож приставмо його до дітей&lt;br /&gt;</w:t>
        <w:br/>
        <w:t>За громадськую няньку".</w:t>
      </w:r>
    </w:p>
    <w:p>
      <w:r>
        <w:br/>
        <w:t>Так сказав він, і регіт піднявсь,&lt;br /&gt;</w:t>
        <w:br/>
        <w:t>А з тим реготом в парі&lt;br /&gt;</w:t>
        <w:br/>
        <w:t>По народі йшов клекіт глухий,&lt;br /&gt;</w:t>
        <w:br/>
        <w:t>Мов у градовій хмарі.</w:t>
      </w:r>
    </w:p>
    <w:p>
      <w:r>
        <w:br/>
        <w:t>Та спокійно відмовив Мойсей:&lt;br /&gt;</w:t>
        <w:br/>
        <w:t>"Так і буть, Авіроне!&lt;br /&gt;</w:t>
        <w:br/>
        <w:t>Що повиснути має колись,&lt;br /&gt;</w:t>
        <w:br/>
        <w:t>Те і в морі не втоне.</w:t>
      </w:r>
    </w:p>
    <w:p>
      <w:r>
        <w:br/>
        <w:t>Канаана тобі не видать&lt;br /&gt;</w:t>
        <w:br/>
        <w:t>І не йти до востоку;&lt;br /&gt;</w:t>
        <w:br/>
        <w:t>З сього місця ні вперед, ні взад&lt;br /&gt;</w:t>
        <w:br/>
        <w:t>Ти не зробиш ні кроку".</w:t>
      </w:r>
    </w:p>
    <w:p>
      <w:r>
        <w:br/>
        <w:t>І мертвецька тиша залягла&lt;br /&gt;</w:t>
        <w:br/>
        <w:t>На устах всього люда,&lt;br /&gt;</w:t>
        <w:br/>
        <w:t>І жахнувсь Авірон, і поблід,&lt;br /&gt;</w:t>
        <w:br/>
        <w:t>Сподіваючись чуда.</w:t>
      </w:r>
    </w:p>
    <w:p>
      <w:r>
        <w:br/>
        <w:t>Але чуда нема! Авірон&lt;br /&gt;</w:t>
        <w:br/>
        <w:t>В сміх! А з сміхом тим в парі&lt;br /&gt;</w:t>
        <w:br/>
        <w:t>По народі йшов клекіт глухий,&lt;br /&gt;</w:t>
        <w:br/>
        <w:t>Як у градовій хмарі.&lt;br /&gt;</w:t>
        <w:br/>
        <w:t>VIII</w:t>
      </w:r>
    </w:p>
    <w:p>
      <w:r>
        <w:br/>
        <w:t>І піднявся завзятий Датан:&lt;br /&gt;</w:t>
        <w:br/>
        <w:t>"Дарма грозиш, пророчиш!&lt;br /&gt;</w:t>
        <w:br/>
        <w:t>Ось як я тобі правду скажу,&lt;br /&gt;</w:t>
        <w:br/>
        <w:t>Може, й слухать не схочеш.</w:t>
      </w:r>
    </w:p>
    <w:p>
      <w:r>
        <w:br/>
        <w:t>Признавайсь: не на теє ти вчивсь&lt;br /&gt;</w:t>
        <w:br/>
        <w:t>У єгипетській школі,&lt;br /&gt;</w:t>
        <w:br/>
        <w:t>Щоб, дорісши, кайдани кувать&lt;br /&gt;</w:t>
        <w:br/>
        <w:t>Нашій честі і волі?</w:t>
      </w:r>
    </w:p>
    <w:p>
      <w:r>
        <w:br/>
        <w:t>Признавайсь: не на те ти ходив&lt;br /&gt;</w:t>
        <w:br/>
        <w:t>У єгипетську раду,&lt;br /&gt;</w:t>
        <w:br/>
        <w:t>Щоб з мудрцями й жерцями кувать&lt;br /&gt;</w:t>
        <w:br/>
        <w:t>На Ізраїля зраду?</w:t>
      </w:r>
    </w:p>
    <w:p>
      <w:r>
        <w:br/>
        <w:t>Признавайся: було там у них&lt;br /&gt;</w:t>
        <w:br/>
        <w:t>Віщування старинне,&lt;br /&gt;</w:t>
        <w:br/>
        <w:t>Що від дуба й дванадцяти гіль&lt;br /&gt;</w:t>
        <w:br/>
        <w:t>Власть Єгипту загине?</w:t>
      </w:r>
    </w:p>
    <w:p>
      <w:r>
        <w:br/>
        <w:t>Знали всі, фараон і жерці,&lt;br /&gt;</w:t>
        <w:br/>
        <w:t>Що той дуб і ті гілі —&lt;br /&gt;</w:t>
        <w:br/>
        <w:t>Се Ізрайля дванадцять колін,&lt;br /&gt;</w:t>
        <w:br/>
        <w:t>Розбуялих на Нілі.</w:t>
      </w:r>
    </w:p>
    <w:p>
      <w:r>
        <w:br/>
        <w:t>І жахались, що мимо всіх праць,&lt;br /&gt;</w:t>
        <w:br/>
        <w:t>І знущань, і катовань,&lt;br /&gt;</w:t>
        <w:br/>
        <w:t>Той Ізраїль росте та росте,&lt;br /&gt;</w:t>
        <w:br/>
        <w:t>Як та Нілова повінь.</w:t>
      </w:r>
    </w:p>
    <w:p>
      <w:r>
        <w:br/>
        <w:t>Знали всі: як в гебрейській сім’ї&lt;br /&gt;</w:t>
        <w:br/>
        <w:t>Родить первенця мати,&lt;br /&gt;</w:t>
        <w:br/>
        <w:t>То в єгипетській мусить в той день&lt;br /&gt;</w:t>
        <w:br/>
        <w:t>Первородне вмирати.</w:t>
      </w:r>
    </w:p>
    <w:p>
      <w:r>
        <w:br/>
        <w:t>Та не знав ніхто ради на се,&lt;br /&gt;</w:t>
        <w:br/>
        <w:t>Не придумав підмоги,&lt;br /&gt;</w:t>
        <w:br/>
        <w:t>Тільки ти, перекиньчик, упав&lt;br /&gt;</w:t>
        <w:br/>
        <w:t>Фараону під ноги.</w:t>
      </w:r>
    </w:p>
    <w:p>
      <w:r>
        <w:br/>
        <w:t>І сказав: "Ти позволь їх мені&lt;br /&gt;</w:t>
        <w:br/>
        <w:t>Повести у пустиню,&lt;br /&gt;</w:t>
        <w:br/>
        <w:t>Я знесилю, і висушу їх,&lt;br /&gt;</w:t>
        <w:br/>
        <w:t>І покірними вчиню".</w:t>
      </w:r>
    </w:p>
    <w:p>
      <w:r>
        <w:br/>
        <w:t>І додержав ти слова, повів&lt;br /&gt;</w:t>
        <w:br/>
        <w:t>Нас, мов глупу отару,&lt;br /&gt;</w:t>
        <w:br/>
        <w:t>Фараону на втіху в піски,&lt;br /&gt;</w:t>
        <w:br/>
        <w:t>Нам на горе і кару.</w:t>
      </w:r>
    </w:p>
    <w:p>
      <w:r>
        <w:br/>
        <w:t>Скільки люду в пустині лягло!&lt;br /&gt;</w:t>
        <w:br/>
        <w:t>Ті піски і ті скали&lt;br /&gt;</w:t>
        <w:br/>
        <w:t>Сотням тисяч Ізрайля синів&lt;br /&gt;</w:t>
        <w:br/>
        <w:t>Домовиною стали!</w:t>
      </w:r>
    </w:p>
    <w:p>
      <w:r>
        <w:br/>
        <w:t>А тепер, коли з наших ватаг&lt;br /&gt;</w:t>
        <w:br/>
        <w:t>Тільки жмінька лишилась&lt;br /&gt;</w:t>
        <w:br/>
        <w:t>І Ізраїля сила грізна&lt;br /&gt;</w:t>
        <w:br/>
        <w:t>По пісках розгубилась,</w:t>
      </w:r>
    </w:p>
    <w:p>
      <w:r>
        <w:br/>
        <w:t>Коли дух наш хоробрий упав,&lt;br /&gt;</w:t>
        <w:br/>
        <w:t>Мов нелітня дитина,&lt;br /&gt;</w:t>
        <w:br/>
        <w:t>І завзяття пом’якло в душі,&lt;br /&gt;</w:t>
        <w:br/>
        <w:t>Наче мокрая глина, —</w:t>
      </w:r>
    </w:p>
    <w:p>
      <w:r>
        <w:br/>
        <w:t>Ти ведеш нас у сей Канаан,&lt;br /&gt;</w:t>
        <w:br/>
        <w:t>Мов до вовчої ями.&lt;br /&gt;</w:t>
        <w:br/>
        <w:t>Адже зверхником тут фараон&lt;br /&gt;</w:t>
        <w:br/>
        <w:t>Над усіми князями!</w:t>
      </w:r>
    </w:p>
    <w:p>
      <w:r>
        <w:br/>
        <w:t>Се ж безумство — тиснутися нам&lt;br /&gt;</w:t>
        <w:br/>
        <w:t>Самохітне до пастки!&lt;br /&gt;</w:t>
        <w:br/>
        <w:t>Чи нам тут воювать єгиптян,&lt;br /&gt;</w:t>
        <w:br/>
        <w:t>Чи просити їх ласки?"</w:t>
      </w:r>
    </w:p>
    <w:p>
      <w:r>
        <w:br/>
        <w:t>"О Датане, — промовив Мойсей, —&lt;br /&gt;</w:t>
        <w:br/>
        <w:t>Не журися, мій сину!&lt;br /&gt;</w:t>
        <w:br/>
        <w:t>Канаана тобі не видать,&lt;br /&gt;</w:t>
        <w:br/>
        <w:t>Не гнуть гордую спину.</w:t>
      </w:r>
    </w:p>
    <w:p>
      <w:r>
        <w:br/>
        <w:t>Не одне повідаю тобі,&lt;br /&gt;</w:t>
        <w:br/>
        <w:t>Небораче Датане:&lt;br /&gt;</w:t>
        <w:br/>
        <w:t>При смерті тобі й п’яді землі&lt;br /&gt;</w:t>
        <w:br/>
        <w:t>Під ногами не стане".</w:t>
      </w:r>
    </w:p>
    <w:p>
      <w:r>
        <w:br/>
        <w:t>"Гей, гебреї! — Датан закричав. —&lt;br /&gt;</w:t>
        <w:br/>
        <w:t>Ви ж клялися Ваалу!&lt;br /&gt;</w:t>
        <w:br/>
        <w:t>Чи ж забули так скоро свою&lt;br /&gt;</w:t>
        <w:br/>
        <w:t>Учорашню ухвалу?</w:t>
      </w:r>
    </w:p>
    <w:p>
      <w:r>
        <w:br/>
        <w:t>За каміння! Він кпить собі з нас,&lt;br /&gt;</w:t>
        <w:br/>
        <w:t>Так, як кпив разів много.&lt;br /&gt;</w:t>
        <w:br/>
        <w:t>Най загине він краще один,&lt;br /&gt;</w:t>
        <w:br/>
        <w:t>Як ми всі через нього!"</w:t>
      </w:r>
    </w:p>
    <w:p>
      <w:r>
        <w:br/>
        <w:t>"Най загине! — кругом загуло. —&lt;br /&gt;</w:t>
        <w:br/>
        <w:t>І ось тут йому й амінь!"&lt;br /&gt;</w:t>
        <w:br/>
        <w:t>Тільки диво, ні одна рука&lt;br /&gt;</w:t>
        <w:br/>
        <w:t>Не сягнула по камінь.</w:t>
      </w:r>
    </w:p>
    <w:p>
      <w:r>
        <w:br/>
        <w:t>І Датан зміркувався як стій:&lt;br /&gt;</w:t>
        <w:br/>
        <w:t>"Забирайся в тій хвили!&lt;br /&gt;</w:t>
        <w:br/>
        <w:t>Щоб ми кров’ю твоєю під ніч&lt;br /&gt;</w:t>
        <w:br/>
        <w:t>Своїх рук не сквернили!"</w:t>
      </w:r>
    </w:p>
    <w:p>
      <w:r>
        <w:br/>
        <w:t>І юрба, мов шалена, ревла:&lt;br /&gt;</w:t>
        <w:br/>
        <w:t>"Забирайся ще нині!"&lt;br /&gt;</w:t>
        <w:br/>
        <w:t>І лунав її рев, мов крутіж —&lt;br /&gt;</w:t>
        <w:br/>
        <w:t>Гураган по долині.&lt;br /&gt;</w:t>
        <w:br/>
        <w:t>ІХ</w:t>
      </w:r>
    </w:p>
    <w:p>
      <w:r>
        <w:br/>
        <w:t>Але ось підняв голос Мойсей&lt;br /&gt;</w:t>
        <w:br/>
        <w:t>У розпалі гнівному,&lt;br /&gt;</w:t>
        <w:br/>
        <w:t>Покотились слова по степу,&lt;br /&gt;</w:t>
        <w:br/>
        <w:t>Наче розкоти грому.</w:t>
      </w:r>
    </w:p>
    <w:p>
      <w:r>
        <w:br/>
        <w:t>"Горе вам, нетямучі раби,&lt;br /&gt;</w:t>
        <w:br/>
        <w:t>На гордині котурні!&lt;br /&gt;</w:t>
        <w:br/>
        <w:t>Бо ведуть вас, неначе сліпих,&lt;br /&gt;</w:t>
        <w:br/>
        <w:t>Ошуканці і дурні.</w:t>
      </w:r>
    </w:p>
    <w:p>
      <w:r>
        <w:br/>
        <w:t>Горе вам, бунтівничі уми!&lt;br /&gt;</w:t>
        <w:br/>
        <w:t>Від Єгипту почавши,&lt;br /&gt;</w:t>
        <w:br/>
        <w:t>Проти власного свого добра&lt;br /&gt;</w:t>
        <w:br/>
        <w:t>Ви бунтуєтесь завше.</w:t>
      </w:r>
    </w:p>
    <w:p>
      <w:r>
        <w:br/>
        <w:t>Горе вам, непокірні, палкі,&lt;br /&gt;</w:t>
        <w:br/>
        <w:t>Загорілі й уперті,&lt;br /&gt;</w:t>
        <w:br/>
        <w:t>Тим упором, мов клином, самі&lt;br /&gt;</w:t>
        <w:br/>
        <w:t>Унутрі ви роздерті.</w:t>
      </w:r>
    </w:p>
    <w:p>
      <w:r>
        <w:br/>
        <w:t>Як кропива, ви руку жжете,&lt;br /&gt;</w:t>
        <w:br/>
        <w:t>Що, мов цвіт, вас плекає;&lt;br /&gt;</w:t>
        <w:br/>
        <w:t>Як бугай, бодете пастуха,&lt;br /&gt;</w:t>
        <w:br/>
        <w:t>Що вам паші шукає.</w:t>
      </w:r>
    </w:p>
    <w:p>
      <w:r>
        <w:br/>
        <w:t>Горе вам, що зробив вас господь&lt;br /&gt;</w:t>
        <w:br/>
        <w:t>Всього людства багаттям!&lt;br /&gt;</w:t>
        <w:br/>
        <w:t>Бо найвищий сей дар буде ще&lt;br /&gt;</w:t>
        <w:br/>
        <w:t>Вам найтяжчим прокляттям!</w:t>
      </w:r>
    </w:p>
    <w:p>
      <w:r>
        <w:br/>
        <w:t>Бо коли вас осяє господь&lt;br /&gt;</w:t>
        <w:br/>
        <w:t>Ласки свої промінням,&lt;br /&gt;</w:t>
        <w:br/>
        <w:t>Ви послів і пророків його&lt;br /&gt;</w:t>
        <w:br/>
        <w:t>Поб’єте все камінням.</w:t>
      </w:r>
    </w:p>
    <w:p>
      <w:r>
        <w:br/>
        <w:t>Кожду ж крапельку крові тих слуг&lt;br /&gt;</w:t>
        <w:br/>
        <w:t>І чад своїх найкращих&lt;br /&gt;</w:t>
        <w:br/>
        <w:t>Буде мстити Єгова на вас&lt;br /&gt;</w:t>
        <w:br/>
        <w:t>І на правнуках ваших.</w:t>
      </w:r>
    </w:p>
    <w:p>
      <w:r>
        <w:br/>
        <w:t>Буде бити і мучити вас,&lt;br /&gt;</w:t>
        <w:br/>
        <w:t>Аж заплачете з болю&lt;br /&gt;</w:t>
        <w:br/>
        <w:t>І присягнете в горю чинить&lt;br /&gt;</w:t>
        <w:br/>
        <w:t>Його праведну волю.</w:t>
      </w:r>
    </w:p>
    <w:p>
      <w:r>
        <w:br/>
        <w:t>Та як кара жорстока мине,&lt;br /&gt;</w:t>
        <w:br/>
        <w:t>Знову карк ваш затвердне,&lt;br /&gt;</w:t>
        <w:br/>
        <w:t>Черга злочинів, кар і жалю&lt;br /&gt;</w:t>
        <w:br/>
        <w:t>Знов свій закрут оберне.</w:t>
      </w:r>
    </w:p>
    <w:p>
      <w:r>
        <w:br/>
        <w:t>Горе вам, бо століття цілі&lt;br /&gt;</w:t>
        <w:br/>
        <w:t>Житимете в тій школі,&lt;br /&gt;</w:t>
        <w:br/>
        <w:t>Поки навчитесь плавно читать&lt;br /&gt;</w:t>
        <w:br/>
        <w:t>Книгу божої волі!</w:t>
      </w:r>
    </w:p>
    <w:p>
      <w:r>
        <w:br/>
        <w:t>Бачу образ ваш: в лісі пастух,&lt;br /&gt;</w:t>
        <w:br/>
        <w:t>З бука чиру надерши,&lt;br /&gt;</w:t>
        <w:br/>
        <w:t>У воді мочить, сушить, потім&lt;br /&gt;</w:t>
        <w:br/>
        <w:t>Б’є й толочить найперше.</w:t>
      </w:r>
    </w:p>
    <w:p>
      <w:r>
        <w:br/>
        <w:t>Поки губка та зм’якне, як пух,&lt;br /&gt;</w:t>
        <w:br/>
        <w:t>І візьметься в ній сила,&lt;br /&gt;</w:t>
        <w:br/>
        <w:t>З-під удару підхопити вмить&lt;br /&gt;</w:t>
        <w:br/>
        <w:t>Яру іскру з кресила.</w:t>
      </w:r>
    </w:p>
    <w:p>
      <w:r>
        <w:br/>
        <w:t>Ти, Ізраїлю, чир той! Тебе&lt;br /&gt;</w:t>
        <w:br/>
        <w:t>Так товктиме Єгова,&lt;br /&gt;</w:t>
        <w:br/>
        <w:t>Поки зм’якнеш на губку й спіймеш&lt;br /&gt;</w:t>
        <w:br/>
        <w:t>Іскру божого слова.</w:t>
      </w:r>
    </w:p>
    <w:p>
      <w:r>
        <w:br/>
        <w:t>Ти підеш до своєї мети,&lt;br /&gt;</w:t>
        <w:br/>
        <w:t>Як бидля в плуг нераде...&lt;br /&gt;</w:t>
        <w:br/>
        <w:t>Горе тим, що Єгови кулак&lt;br /&gt;</w:t>
        <w:br/>
        <w:t>На карки їх упаде!</w:t>
      </w:r>
    </w:p>
    <w:p>
      <w:r>
        <w:br/>
        <w:t>Ти далеко в минуле глядиш&lt;br /&gt;</w:t>
        <w:br/>
        <w:t>І в будущі дороги,&lt;br /&gt;</w:t>
        <w:br/>
        <w:t>Та на близькі терни та пеньки&lt;br /&gt;</w:t>
        <w:br/>
        <w:t>Все збиватимеш ноги.</w:t>
      </w:r>
    </w:p>
    <w:p>
      <w:r>
        <w:br/>
        <w:t>Наче кінь той здичілий, летиш&lt;br /&gt;</w:t>
        <w:br/>
        <w:t>У безодню з розгону&lt;br /&gt;</w:t>
        <w:br/>
        <w:t>І колись за ярмо ще свою&lt;br /&gt;</w:t>
        <w:br/>
        <w:t>Проміняєш корону.</w:t>
      </w:r>
    </w:p>
    <w:p>
      <w:r>
        <w:br/>
        <w:t>Стережись, щоб обітниць своїх&lt;br /&gt;</w:t>
        <w:br/>
        <w:t>Не відкликав Єгова,&lt;br /&gt;</w:t>
        <w:br/>
        <w:t>Щоб за впертість на тобі однім&lt;br /&gt;</w:t>
        <w:br/>
        <w:t>Не зламав свого слова!</w:t>
      </w:r>
    </w:p>
    <w:p>
      <w:r>
        <w:br/>
        <w:t>І щоб він не покинув тебе&lt;br /&gt;</w:t>
        <w:br/>
        <w:t>Всім народам для страху,&lt;br /&gt;</w:t>
        <w:br/>
        <w:t>Як розтоптану красу змію,&lt;br /&gt;</w:t>
        <w:br/>
        <w:t>Що здихає на шляху!"</w:t>
      </w:r>
    </w:p>
    <w:p>
      <w:r>
        <w:br/>
        <w:t>Похилившися, слухали всі,&lt;br /&gt;</w:t>
        <w:br/>
        <w:t>Мовчазливі, понурі,&lt;br /&gt;</w:t>
        <w:br/>
        <w:t>Лиш у грудях сопло щось глухе,&lt;br /&gt;</w:t>
        <w:br/>
        <w:t>Наче подихи бурі.&lt;br /&gt;</w:t>
        <w:br/>
        <w:t>Х</w:t>
      </w:r>
    </w:p>
    <w:p>
      <w:r>
        <w:br/>
        <w:t>Добігало вже сонце до гір,&lt;br /&gt;</w:t>
        <w:br/>
        <w:t>Величезне, червоне,&lt;br /&gt;</w:t>
        <w:br/>
        <w:t>І було мов герой і пливак,&lt;br /&gt;</w:t>
        <w:br/>
        <w:t>Що знесилений тоне.</w:t>
      </w:r>
    </w:p>
    <w:p>
      <w:r>
        <w:br/>
        <w:t>По безхмарому небі плила&lt;br /&gt;</w:t>
        <w:br/>
        <w:t>Меланхолія тьмяна,&lt;br /&gt;</w:t>
        <w:br/>
        <w:t>І тремтіло шакалів виття,&lt;br /&gt;</w:t>
        <w:br/>
        <w:t>Мов болючая рана.</w:t>
      </w:r>
    </w:p>
    <w:p>
      <w:r>
        <w:br/>
        <w:t>Затремтіло щось людське, м’яке&lt;br /&gt;</w:t>
        <w:br/>
        <w:t>В старім серці пророка,&lt;br /&gt;</w:t>
        <w:br/>
        <w:t>І понизила лет свій на мить&lt;br /&gt;</w:t>
        <w:br/>
        <w:t>Його дума висока.</w:t>
      </w:r>
    </w:p>
    <w:p>
      <w:r>
        <w:br/>
        <w:t>Чи ж все буть йому кар вістуном&lt;br /&gt;</w:t>
        <w:br/>
        <w:t>І погрозою в людях?&lt;br /&gt;</w:t>
        <w:br/>
        <w:t>І, мов хоре, голодне дитя,&lt;br /&gt;</w:t>
        <w:br/>
        <w:t>Щось захлипало в грудях.</w:t>
      </w:r>
    </w:p>
    <w:p>
      <w:r>
        <w:br/>
        <w:t>"О Ізраїлю! Якби ти знав,&lt;br /&gt;</w:t>
        <w:br/>
        <w:t>Чого в серці тім повно!&lt;br /&gt;</w:t>
        <w:br/>
        <w:t>Якби знав, як люблю я тебе!&lt;br /&gt;</w:t>
        <w:br/>
        <w:t>Як люблю невимовно!</w:t>
      </w:r>
    </w:p>
    <w:p>
      <w:r>
        <w:br/>
        <w:t>Ти мій рід, ти дитина моя,&lt;br /&gt;</w:t>
        <w:br/>
        <w:t>Ти вся честь моя й слава,&lt;br /&gt;</w:t>
        <w:br/>
        <w:t>В тобі дух мій, будуще моє,&lt;br /&gt;</w:t>
        <w:br/>
        <w:t>І краса, і держава.</w:t>
      </w:r>
    </w:p>
    <w:p>
      <w:r>
        <w:br/>
        <w:t>Я ж весь вік свій, весь труд тобі дав&lt;br /&gt;</w:t>
        <w:br/>
        <w:t>У незламнім завзяттю,—&lt;br /&gt;</w:t>
        <w:br/>
        <w:t>Підеш ти у мандрівку століть&lt;br /&gt;</w:t>
        <w:br/>
        <w:t>З мого духу печаттю.</w:t>
      </w:r>
    </w:p>
    <w:p>
      <w:r>
        <w:br/>
        <w:t>Але ні, не самого себе&lt;br /&gt;</w:t>
        <w:br/>
        <w:t>Я у тобі кохаю;&lt;br /&gt;</w:t>
        <w:br/>
        <w:t>Все найкраще, найвище, що знав,&lt;br /&gt;</w:t>
        <w:br/>
        <w:t>Я у тебе вкладаю.</w:t>
      </w:r>
    </w:p>
    <w:p>
      <w:r>
        <w:br/>
        <w:t>О Ізрайлю, не тям ти сього&lt;br /&gt;</w:t>
        <w:br/>
        <w:t>Богохульного слова:&lt;br /&gt;</w:t>
        <w:br/>
        <w:t>Я люблю тебе дужче, повніш,&lt;br /&gt;</w:t>
        <w:br/>
        <w:t>Ніж сам бог наш Єгова.</w:t>
      </w:r>
    </w:p>
    <w:p>
      <w:r>
        <w:br/>
        <w:t>Міліони у нього дітей,&lt;br /&gt;</w:t>
        <w:br/>
        <w:t>Всіх він гріє і росить,—&lt;br /&gt;</w:t>
        <w:br/>
        <w:t>А у мене ти сам лиш, один,&lt;br /&gt;</w:t>
        <w:br/>
        <w:t>І тебе мені досить.</w:t>
      </w:r>
    </w:p>
    <w:p>
      <w:r>
        <w:br/>
        <w:t>І коли він для себе бере&lt;br /&gt;</w:t>
        <w:br/>
        <w:t>Твою силу робочу,&lt;br /&gt;</w:t>
        <w:br/>
        <w:t>Я, Ізрайлю, від тебе собі&lt;br /&gt;</w:t>
        <w:br/>
        <w:t>Нічогісько не хочу.</w:t>
      </w:r>
    </w:p>
    <w:p>
      <w:r>
        <w:br/>
        <w:t>І коли він жадає кадил,&lt;br /&gt;</w:t>
        <w:br/>
        <w:t>І похвали, й пошани,&lt;br /&gt;</w:t>
        <w:br/>
        <w:t>Я від тебе невдячність прийму,&lt;br /&gt;</w:t>
        <w:br/>
        <w:t>І наруги, і рани.</w:t>
      </w:r>
    </w:p>
    <w:p>
      <w:r>
        <w:br/>
        <w:t>Бо люблю я тебе не лише&lt;br /&gt;</w:t>
        <w:br/>
        <w:t>За твою добру вдачу,&lt;br /&gt;</w:t>
        <w:br/>
        <w:t>А й за хиби та злоби твої,&lt;br /&gt;</w:t>
        <w:br/>
        <w:t>Хоч над ними і плачу.</w:t>
      </w:r>
    </w:p>
    <w:p>
      <w:r>
        <w:br/>
        <w:t>За ту впертість сліпую твою,&lt;br /&gt;</w:t>
        <w:br/>
        <w:t>За ті гордощі духа,&lt;br /&gt;</w:t>
        <w:br/>
        <w:t>Що, зійшовши на глупий свій шлях,&lt;br /&gt;</w:t>
        <w:br/>
        <w:t>Навіть бога не слуха.</w:t>
      </w:r>
    </w:p>
    <w:p>
      <w:r>
        <w:br/>
        <w:t>За брехливість твого язика,&lt;br /&gt;</w:t>
        <w:br/>
        <w:t>За широке сумління,&lt;br /&gt;</w:t>
        <w:br/>
        <w:t>Що держиться земного добра,&lt;br /&gt;</w:t>
        <w:br/>
        <w:t>Мов ціпкеє коріння.</w:t>
      </w:r>
    </w:p>
    <w:p>
      <w:r>
        <w:br/>
        <w:t>За безсоромність твоїх дочок,&lt;br /&gt;</w:t>
        <w:br/>
        <w:t>За палке їх кохання,&lt;br /&gt;</w:t>
        <w:br/>
        <w:t>І за мову й звичаї твої,&lt;br /&gt;</w:t>
        <w:br/>
        <w:t>За твій сміх і дихання.</w:t>
      </w:r>
    </w:p>
    <w:p>
      <w:r>
        <w:br/>
        <w:t>О Ізраїлю, чадо моє!&lt;br /&gt;</w:t>
        <w:br/>
        <w:t>Жалься богу Шаддаю!&lt;br /&gt;</w:t>
        <w:br/>
        <w:t>Як люблю я безмірно тебе,&lt;br /&gt;</w:t>
        <w:br/>
        <w:t>А проте покидаю.</w:t>
      </w:r>
    </w:p>
    <w:p>
      <w:r>
        <w:br/>
        <w:t>Бо вже близька година моя,&lt;br /&gt;</w:t>
        <w:br/>
        <w:t>Та остатня, незнана,&lt;br /&gt;</w:t>
        <w:br/>
        <w:t>А я мушу, я мушу дійти&lt;br /&gt;</w:t>
        <w:br/>
        <w:t>До межі Канаана.</w:t>
      </w:r>
    </w:p>
    <w:p>
      <w:r>
        <w:br/>
        <w:t>Так бажалось там з вами входить&lt;br /&gt;</w:t>
        <w:br/>
        <w:t>Серед трубного грому!&lt;br /&gt;</w:t>
        <w:br/>
        <w:t>Та смирив мене бог, і ввійти&lt;br /&gt;</w:t>
        <w:br/>
        <w:t>Доведеться самому.</w:t>
      </w:r>
    </w:p>
    <w:p>
      <w:r>
        <w:br/>
        <w:t>Та хоч би край Йордана мені&lt;br /&gt;</w:t>
        <w:br/>
        <w:t>Зараз трупом упасти,&lt;br /&gt;</w:t>
        <w:br/>
        <w:t>Щоб в обіцянім краю лише&lt;br /&gt;</w:t>
        <w:br/>
        <w:t>Старі кості покласти.</w:t>
      </w:r>
    </w:p>
    <w:p>
      <w:r>
        <w:br/>
        <w:t>Там я буду лежать і до гір&lt;br /&gt;</w:t>
        <w:br/>
        <w:t>Сих моавських глядіти,&lt;br /&gt;</w:t>
        <w:br/>
        <w:t>Аж за мною прийдете ви всі,&lt;br /&gt;</w:t>
        <w:br/>
        <w:t>Як за мамою діти.</w:t>
      </w:r>
    </w:p>
    <w:p>
      <w:r>
        <w:br/>
        <w:t>І пошлю свою тугу до вас,&lt;br /&gt;</w:t>
        <w:br/>
        <w:t>Хай за поли вас миче,&lt;br /&gt;</w:t>
        <w:br/>
        <w:t>Як той пес, що на лови у степ&lt;br /&gt;</w:t>
        <w:br/>
        <w:t>Пана свойого кличе.</w:t>
      </w:r>
    </w:p>
    <w:p>
      <w:r>
        <w:br/>
        <w:t>І я знаю, ви рушите всі,&lt;br /&gt;</w:t>
        <w:br/>
        <w:t>Наче повінь весною,&lt;br /&gt;</w:t>
        <w:br/>
        <w:t>Та у славнім поході своїм&lt;br /&gt;</w:t>
        <w:br/>
        <w:t>Не питайте за мною!</w:t>
      </w:r>
    </w:p>
    <w:p>
      <w:r>
        <w:br/>
        <w:t>Най наперед іде ваш похід,&lt;br /&gt;</w:t>
        <w:br/>
        <w:t>Наче бистрії ріки!&lt;br /&gt;</w:t>
        <w:br/>
        <w:t>О Ізраїлю, чадо моє,&lt;br /&gt;</w:t>
        <w:br/>
        <w:t>Будь здоровий навіки!"&lt;br /&gt;</w:t>
        <w:br/>
        <w:t>XI</w:t>
      </w:r>
    </w:p>
    <w:p>
      <w:r>
        <w:br/>
        <w:t>А як з табору вийшов у степ,&lt;br /&gt;</w:t>
        <w:br/>
        <w:t>То ще гори горіли&lt;br /&gt;</w:t>
        <w:br/>
        <w:t>І манив пурпуровий їх шлях&lt;br /&gt;</w:t>
        <w:br/>
        <w:t>До далекої ціли.</w:t>
      </w:r>
    </w:p>
    <w:p>
      <w:r>
        <w:br/>
        <w:t>А ярами вже пітьма лягла&lt;br /&gt;</w:t>
        <w:br/>
        <w:t>І котилася в доли;&lt;br /&gt;</w:t>
        <w:br/>
        <w:t>В серці вигнанця плакало щось:&lt;br /&gt;</w:t>
        <w:br/>
        <w:t>"Вже не верну ніколи!"</w:t>
      </w:r>
    </w:p>
    <w:p>
      <w:r>
        <w:br/>
        <w:t>Ось гебрейська біжить дітвора,&lt;br /&gt;</w:t>
        <w:br/>
        <w:t>Що по полю гуляла,&lt;br /&gt;</w:t>
        <w:br/>
        <w:t>Окружила Мойсея, за плащ&lt;br /&gt;</w:t>
        <w:br/>
        <w:t>І за руки чіпляла.</w:t>
      </w:r>
    </w:p>
    <w:p>
      <w:r>
        <w:br/>
        <w:t>"Ах, дідусь! Ти куди йдеш під ніч?&lt;br /&gt;</w:t>
        <w:br/>
        <w:t>Будь, дідусеньку, з нами!&lt;br /&gt;</w:t>
        <w:br/>
        <w:t>Глянь, який збудували ми мур,&lt;br /&gt;</w:t>
        <w:br/>
        <w:t>Які башти і брами!"</w:t>
      </w:r>
    </w:p>
    <w:p>
      <w:r>
        <w:br/>
        <w:t>"Гарно, діти, будуйте свій мур!&lt;br /&gt;</w:t>
        <w:br/>
        <w:t>Та не час мені ждати;&lt;br /&gt;</w:t>
        <w:br/>
        <w:t>Пограничний мур смерті й життя&lt;br /&gt;</w:t>
        <w:br/>
        <w:t>Я іду оглядати".</w:t>
      </w:r>
    </w:p>
    <w:p>
      <w:r>
        <w:br/>
        <w:t>"Ой дідусю! Поглянь, у яру&lt;br /&gt;</w:t>
        <w:br/>
        <w:t>Скорпіона ми вбили!&lt;br /&gt;</w:t>
        <w:br/>
        <w:t>А в тернині аж троє малих&lt;br /&gt;</w:t>
        <w:br/>
        <w:t>Зайченяток зловили".</w:t>
      </w:r>
    </w:p>
    <w:p>
      <w:r>
        <w:br/>
        <w:t>"Добре, дітки! Вбивайте усіх&lt;br /&gt;</w:t>
        <w:br/>
        <w:t>Скорпіонів ви сміло!&lt;br /&gt;</w:t>
        <w:br/>
        <w:t>Хоч неправедне, але проте&lt;br /&gt;</w:t>
        <w:br/>
        <w:t>Пожиточне се діло.</w:t>
      </w:r>
    </w:p>
    <w:p>
      <w:r>
        <w:br/>
        <w:t>А неправедне, бо й скорпіон&lt;br /&gt;</w:t>
        <w:br/>
        <w:t>Жить у світі бажає.&lt;br /&gt;</w:t>
        <w:br/>
        <w:t>А чи ж винен він тому, що їдь&lt;br /&gt;</w:t>
        <w:br/>
        <w:t>У хвості своїм має?</w:t>
      </w:r>
    </w:p>
    <w:p>
      <w:r>
        <w:br/>
        <w:t>Але зайчиків ви віднесіть&lt;br /&gt;</w:t>
        <w:br/>
        <w:t>Там назад, де спіймали.&lt;br /&gt;</w:t>
        <w:br/>
        <w:t>Адже ж мама їх плаче! Про се&lt;br /&gt;</w:t>
        <w:br/>
        <w:t>Ви хіба не гадали?</w:t>
      </w:r>
    </w:p>
    <w:p>
      <w:r>
        <w:br/>
        <w:t>Милосердними треба вам буть&lt;br /&gt;</w:t>
        <w:br/>
        <w:t>Задля всього живого!&lt;br /&gt;</w:t>
        <w:br/>
        <w:t>Бо життя — се клейнод, хіба ж є&lt;br /&gt;</w:t>
        <w:br/>
        <w:t>Що дорожче над нього?"</w:t>
      </w:r>
    </w:p>
    <w:p>
      <w:r>
        <w:br/>
        <w:t>"Зачекай ще, дідусю, не йди!&lt;br /&gt;</w:t>
        <w:br/>
        <w:t>Сядь у нашій громаді.&lt;br /&gt;</w:t>
        <w:br/>
        <w:t>Оповідж нам пригоди свої!&lt;br /&gt;</w:t>
        <w:br/>
        <w:t>Ми так слухати раді.</w:t>
      </w:r>
    </w:p>
    <w:p>
      <w:r>
        <w:br/>
        <w:t>Оповідж, як ти був молодим,&lt;br /&gt;</w:t>
        <w:br/>
        <w:t>Скільки бачив ти дива,&lt;br /&gt;</w:t>
        <w:br/>
        <w:t>Як стада свого тестя ти пас&lt;br /&gt;</w:t>
        <w:br/>
        <w:t>На верхів’ях Хорива.</w:t>
      </w:r>
    </w:p>
    <w:p>
      <w:r>
        <w:br/>
        <w:t>Як ти корч той терновий уздрів,&lt;br /&gt;</w:t>
        <w:br/>
        <w:t>Що горить, не згорає,&lt;br /&gt;</w:t>
        <w:br/>
        <w:t>І як голос почув ти з корча,&lt;br /&gt;</w:t>
        <w:br/>
        <w:t>Що аж жах пробирає".</w:t>
      </w:r>
    </w:p>
    <w:p>
      <w:r>
        <w:br/>
        <w:t>"Не пора мені, діти, про се&lt;br /&gt;</w:t>
        <w:br/>
        <w:t>Говорити широко.&lt;br /&gt;</w:t>
        <w:br/>
        <w:t>Бачте, ніч вже тумани несе,&lt;br /&gt;</w:t>
        <w:br/>
        <w:t>Гасне деннеє око.</w:t>
      </w:r>
    </w:p>
    <w:p>
      <w:r>
        <w:br/>
        <w:t>Та прийде колись час і для вас&lt;br /&gt;</w:t>
        <w:br/>
        <w:t>В життєвому пориві,&lt;br /&gt;</w:t>
        <w:br/>
        <w:t>Появиться вам кущ огняний,&lt;br /&gt;</w:t>
        <w:br/>
        <w:t>Як мені на Хориві.</w:t>
      </w:r>
    </w:p>
    <w:p>
      <w:r>
        <w:br/>
        <w:t>Стане свято в вас, мов у храму,&lt;br /&gt;</w:t>
        <w:br/>
        <w:t>В той момент незабутній,&lt;br /&gt;</w:t>
        <w:br/>
        <w:t>І озветься до вас із огню&lt;br /&gt;</w:t>
        <w:br/>
        <w:t>Отой голос могутній:</w:t>
      </w:r>
    </w:p>
    <w:p>
      <w:r>
        <w:br/>
        <w:t>"Здійми обув буденних турбот,&lt;br /&gt;</w:t>
        <w:br/>
        <w:t>Приступи сюди сміло,&lt;br /&gt;</w:t>
        <w:br/>
        <w:t>Бо я хочу послати тебе&lt;br /&gt;</w:t>
        <w:br/>
        <w:t>На великеє діло".</w:t>
      </w:r>
    </w:p>
    <w:p>
      <w:r>
        <w:br/>
        <w:t>Не гасіте ж святого огню,&lt;br /&gt;</w:t>
        <w:br/>
        <w:t>Щоб, як поклик настане,&lt;br /&gt;</w:t>
        <w:br/>
        <w:t>Ви могли щиросердно сказать:&lt;br /&gt;</w:t>
        <w:br/>
        <w:t>"Я готовий, о пане!"</w:t>
      </w:r>
    </w:p>
    <w:p>
      <w:r>
        <w:br/>
        <w:t>Довго ще міркували дітки&lt;br /&gt;</w:t>
        <w:br/>
        <w:t>Над пророцькою річчю,&lt;br /&gt;</w:t>
        <w:br/>
        <w:t>Коли сам він нечутно пішов&lt;br /&gt;</w:t>
        <w:br/>
        <w:t>Ночі й пітьмі настрічу.</w:t>
      </w:r>
    </w:p>
    <w:p>
      <w:r>
        <w:br/>
        <w:t>Довго висів і смуток, і жаль&lt;br /&gt;</w:t>
        <w:br/>
        <w:t>Над мовчущими дітьми,&lt;br /&gt;</w:t>
        <w:br/>
        <w:t>Поки темний його силует&lt;br /&gt;</w:t>
        <w:br/>
        <w:t>Щез зовсім серед пітьми.&lt;br /&gt;</w:t>
        <w:br/>
        <w:t>XII</w:t>
      </w:r>
    </w:p>
    <w:p>
      <w:r>
        <w:br/>
        <w:t>"Обгорнула мене самота,&lt;br /&gt;</w:t>
        <w:br/>
        <w:t>Як те море безкрає,&lt;br /&gt;</w:t>
        <w:br/>
        <w:t>І мій дух, мов вітрило, її&lt;br /&gt;</w:t>
        <w:br/>
        <w:t>Подих в себе вбирає.</w:t>
      </w:r>
    </w:p>
    <w:p>
      <w:r>
        <w:br/>
        <w:t>О, давно я знайомий, давно&lt;br /&gt;</w:t>
        <w:br/>
        <w:t>З опікункою тою!&lt;br /&gt;</w:t>
        <w:br/>
        <w:t>Увесь вік, чи в степах, чи з людьми,&lt;br /&gt;</w:t>
        <w:br/>
        <w:t>Я ходив самотою.</w:t>
      </w:r>
    </w:p>
    <w:p>
      <w:r>
        <w:br/>
        <w:t>Мов планета блудна, я лечу&lt;br /&gt;</w:t>
        <w:br/>
        <w:t>В таємничу безодню&lt;br /&gt;</w:t>
        <w:br/>
        <w:t>І один чую дотик іще —&lt;br /&gt;</w:t>
        <w:br/>
        <w:t>Дивну руку господню.</w:t>
      </w:r>
    </w:p>
    <w:p>
      <w:r>
        <w:br/>
        <w:t>Тихо скрізь, і замовкли уста,&lt;br /&gt;</w:t>
        <w:br/>
        <w:t>Запечатано слово,&lt;br /&gt;</w:t>
        <w:br/>
        <w:t>Тільки ти на дні серця мого&lt;br /&gt;</w:t>
        <w:br/>
        <w:t>Промовляєш, Єгово.</w:t>
      </w:r>
    </w:p>
    <w:p>
      <w:r>
        <w:br/>
        <w:t>Лиш тебе моє серце шука&lt;br /&gt;</w:t>
        <w:br/>
        <w:t>У тужливім пориві:&lt;br /&gt;</w:t>
        <w:br/>
        <w:t>Обізвися до мене ще раз,&lt;br /&gt;</w:t>
        <w:br/>
        <w:t>Як колись на Хориві!</w:t>
      </w:r>
    </w:p>
    <w:p>
      <w:r>
        <w:br/>
        <w:t>Ось я шлях довершив, що тоді&lt;br /&gt;</w:t>
        <w:br/>
        <w:t>Ти вказав мені, батьку,&lt;br /&gt;</w:t>
        <w:br/>
        <w:t>І знов сам перед тебе стаю,&lt;br /&gt;</w:t>
        <w:br/>
        <w:t>Як був сам на початку.</w:t>
      </w:r>
    </w:p>
    <w:p>
      <w:r>
        <w:br/>
        <w:t>Сорок літ я трудився, навчав,&lt;br /&gt;</w:t>
        <w:br/>
        <w:t>Весь заглиблений в тобі,&lt;br /&gt;</w:t>
        <w:br/>
        <w:t>Щоб з рабів тих зробили народ&lt;br /&gt;</w:t>
        <w:br/>
        <w:t>По твоїй уподобі.</w:t>
      </w:r>
    </w:p>
    <w:p>
      <w:r>
        <w:br/>
        <w:t>Сорок літ, мов коваль, я клепав&lt;br /&gt;</w:t>
        <w:br/>
        <w:t>Їх серця і сумління&lt;br /&gt;</w:t>
        <w:br/>
        <w:t>І до того дійшов, що уйшов&lt;br /&gt;</w:t>
        <w:br/>
        <w:t>Від їх кпин і каміння.</w:t>
      </w:r>
    </w:p>
    <w:p>
      <w:r>
        <w:br/>
        <w:t>Саме в пору, як нам би в землі&lt;br /&gt;</w:t>
        <w:br/>
        <w:t>Обітованій стати!..&lt;br /&gt;</w:t>
        <w:br/>
        <w:t>О всезнавче, чи знав ти вперед&lt;br /&gt;</w:t>
        <w:br/>
        <w:t>Про такі результати?</w:t>
      </w:r>
    </w:p>
    <w:p>
      <w:r>
        <w:br/>
        <w:t>І ворушиться в серці грижа:&lt;br /&gt;</w:t>
        <w:br/>
        <w:t>Може, я тому винен?&lt;br /&gt;</w:t>
        <w:br/>
        <w:t>Може, я заповіти твої&lt;br /&gt;</w:t>
        <w:br/>
        <w:t>Не справляв, як повинен?</w:t>
      </w:r>
    </w:p>
    <w:p>
      <w:r>
        <w:br/>
        <w:t>О Єгово, я слізно моливсь:&lt;br /&gt;</w:t>
        <w:br/>
        <w:t>Я слабий, я немова!&lt;br /&gt;</w:t>
        <w:br/>
        <w:t>Кому іншому дай сей страшний&lt;br /&gt;</w:t>
        <w:br/>
        <w:t>Маєстат свого слова!</w:t>
      </w:r>
    </w:p>
    <w:p>
      <w:r>
        <w:br/>
        <w:t>І ось сумнів у душу мені&lt;br /&gt;</w:t>
        <w:br/>
        <w:t>Тисне жало студене...&lt;br /&gt;</w:t>
        <w:br/>
        <w:t>О всесильний, озвися, чи ти&lt;br /&gt;</w:t>
        <w:br/>
        <w:t>Задоволений з мене?"</w:t>
      </w:r>
    </w:p>
    <w:p>
      <w:r>
        <w:br/>
        <w:t>Так ідучи молився Мойсей&lt;br /&gt;</w:t>
        <w:br/>
        <w:t>У сердечному горі,—&lt;br /&gt;</w:t>
        <w:br/>
        <w:t>Та мовчала пустиня німа,&lt;br /&gt;</w:t>
        <w:br/>
        <w:t>Тихо моргали зорі.&lt;br /&gt;</w:t>
        <w:br/>
        <w:t>XIII</w:t>
      </w:r>
    </w:p>
    <w:p>
      <w:r>
        <w:br/>
        <w:t>Аж почувся притишений сміх&lt;br /&gt;</w:t>
        <w:br/>
        <w:t>Край саміського боку,&lt;br /&gt;</w:t>
        <w:br/>
        <w:t>Наче хтось біля нього ішов,&lt;br /&gt;</w:t>
        <w:br/>
        <w:t>Хоч не чуть було кроку.</w:t>
      </w:r>
    </w:p>
    <w:p>
      <w:r>
        <w:br/>
        <w:t>І почулися тихі слова,&lt;br /&gt;</w:t>
        <w:br/>
        <w:t>Мов сичання гадюки:&lt;br /&gt;</w:t>
        <w:br/>
        <w:t>"Цвіт безтямності плодить усе&lt;br /&gt;</w:t>
        <w:br/>
        <w:t>Колючки лиш і муки.</w:t>
      </w:r>
    </w:p>
    <w:p>
      <w:r>
        <w:br/>
        <w:t>А як вийде самому той плід&lt;br /&gt;</w:t>
        <w:br/>
        <w:t>Донести не спромога, —&lt;br /&gt;</w:t>
        <w:br/>
        <w:t>То найкраще увесь свій тягар&lt;br /&gt;</w:t>
        <w:br/>
        <w:t>Положити на бога".</w:t>
      </w:r>
    </w:p>
    <w:p>
      <w:r>
        <w:br/>
        <w:t>Мойсей&lt;br /&gt;</w:t>
        <w:br/>
        <w:t>Хтось говорить! Чи в моїм нутрі&lt;br /&gt;</w:t>
        <w:br/>
        <w:t>Власне горе шалене,&lt;br /&gt;</w:t>
        <w:br/>
        <w:t>Чи отут, може, демон який&lt;br /&gt;</w:t>
        <w:br/>
        <w:t>Насміхається з мене?</w:t>
      </w:r>
    </w:p>
    <w:p>
      <w:r>
        <w:br/>
        <w:t>Голос&lt;br /&gt;</w:t>
        <w:br/>
        <w:t>Аж тепер усумнився в своє&lt;br /&gt;</w:t>
        <w:br/>
        <w:t>Реформаторське діло?&lt;br /&gt;</w:t>
        <w:br/>
        <w:t>Сорок літ ти був певний і вів&lt;br /&gt;</w:t>
        <w:br/>
        <w:t>Хоч насліпо, та сміло.</w:t>
      </w:r>
    </w:p>
    <w:p>
      <w:r>
        <w:br/>
        <w:t>Мойсей&lt;br /&gt;</w:t>
        <w:br/>
        <w:t>Хтось говорить! Чом чоло моє&lt;br /&gt;</w:t>
        <w:br/>
        <w:t>Покривається потом?&lt;br /&gt;</w:t>
        <w:br/>
        <w:t>Страшно? Ні! Та по серці се йде,&lt;br /&gt;</w:t>
        <w:br/>
        <w:t>Мов розпаленим дротом.</w:t>
      </w:r>
    </w:p>
    <w:p>
      <w:r>
        <w:br/>
        <w:t>Голос&lt;br /&gt;</w:t>
        <w:br/>
        <w:t>У гордині безмежній свій люд&lt;br /&gt;</w:t>
        <w:br/>
        <w:t>Ти зіпхнув з його шляху,&lt;br /&gt;</w:t>
        <w:br/>
        <w:t>Щоб зробить, яким сам його хтів,&lt;br /&gt;</w:t>
        <w:br/>
        <w:t>Чи не пізно для страху?</w:t>
      </w:r>
    </w:p>
    <w:p>
      <w:r>
        <w:br/>
        <w:t>Мойсей&lt;br /&gt;</w:t>
        <w:br/>
        <w:t>Хто ти, дивний? Не бачу тебе,&lt;br /&gt;</w:t>
        <w:br/>
        <w:t>Та від себе не струшу!&lt;br /&gt;</w:t>
        <w:br/>
        <w:t>Тільки чую, як зір твій мені&lt;br /&gt;</w:t>
        <w:br/>
        <w:t>Все вгризається в душу.</w:t>
      </w:r>
    </w:p>
    <w:p>
      <w:r>
        <w:br/>
        <w:t>Голос&lt;br /&gt;</w:t>
        <w:br/>
        <w:t>Чи так важно, хто я? Хто зумів&lt;br /&gt;</w:t>
        <w:br/>
        <w:t>Наказать колись морю,&lt;br /&gt;</w:t>
        <w:br/>
        <w:t>Тому важно не хто, але що&lt;br /&gt;</w:t>
        <w:br/>
        <w:t>І чи правду говорю!</w:t>
      </w:r>
    </w:p>
    <w:p>
      <w:r>
        <w:br/>
        <w:t>Мойсей&lt;br /&gt;</w:t>
        <w:br/>
        <w:t>Ні, не правда, що з гордощів я&lt;br /&gt;</w:t>
        <w:br/>
        <w:t>Розпочав своє діло!&lt;br /&gt;</w:t>
        <w:br/>
        <w:t>Тільки бачачи люд у ярмі,&lt;br /&gt;</w:t>
        <w:br/>
        <w:t>Моє серце боліло.</w:t>
      </w:r>
    </w:p>
    <w:p>
      <w:r>
        <w:br/>
        <w:t>Голос&lt;br /&gt;</w:t>
        <w:br/>
        <w:t>Бо ти чув себе братом рабів,&lt;br /&gt;</w:t>
        <w:br/>
        <w:t>І се стидом палило,&lt;br /&gt;</w:t>
        <w:br/>
        <w:t>І захтів їх зробити таким,&lt;br /&gt;</w:t>
        <w:br/>
        <w:t>Щоб тобі було мило.</w:t>
      </w:r>
    </w:p>
    <w:p>
      <w:r>
        <w:br/>
        <w:t>Мойсей&lt;br /&gt;</w:t>
        <w:br/>
        <w:t>Так, з низин тих, мрячних і лячних,&lt;br /&gt;</w:t>
        <w:br/>
        <w:t>Я хотів їх підвести&lt;br /&gt;</w:t>
        <w:br/>
        <w:t>Там, де сам став, до світлих висот,&lt;br /&gt;</w:t>
        <w:br/>
        <w:t>І свободи, і чести.</w:t>
      </w:r>
    </w:p>
    <w:p>
      <w:r>
        <w:br/>
        <w:t>Голос&lt;br /&gt;</w:t>
        <w:br/>
        <w:t>Та творця, що послав їх там вниз,&lt;br /&gt;</w:t>
        <w:br/>
        <w:t>Ти не радивсь в ту пору;&lt;br /&gt;</w:t>
        <w:br/>
        <w:t>Аж тепер, як упав ти, його&lt;br /&gt;</w:t>
        <w:br/>
        <w:t>Кличеш в свойому горю.</w:t>
      </w:r>
    </w:p>
    <w:p>
      <w:r>
        <w:br/>
        <w:t>Мойсей&lt;br /&gt;</w:t>
        <w:br/>
        <w:t>Ні, на се ж мене пхнуло його&lt;br /&gt;</w:t>
        <w:br/>
        <w:t>Всемогуче веління,&lt;br /&gt;</w:t>
        <w:br/>
        <w:t>В темну душу хоривський огонь&lt;br /&gt;</w:t>
        <w:br/>
        <w:t>Надихнув просвітління.</w:t>
      </w:r>
    </w:p>
    <w:p>
      <w:r>
        <w:br/>
        <w:t>Голос&lt;br /&gt;</w:t>
        <w:br/>
        <w:t>Гей, а може, хоривський огонь&lt;br /&gt;</w:t>
        <w:br/>
        <w:t>Не горів на Хориві,&lt;br /&gt;</w:t>
        <w:br/>
        <w:t>Лиш у серці завзятім твоїм,&lt;br /&gt;</w:t>
        <w:br/>
        <w:t>У шаленім пориві?</w:t>
      </w:r>
    </w:p>
    <w:p>
      <w:r>
        <w:br/>
        <w:t>Може, голос, що вивів тебе&lt;br /&gt;</w:t>
        <w:br/>
        <w:t>На похід той нещасний,&lt;br /&gt;</w:t>
        <w:br/>
        <w:t>Був не з жадних горючих купин,&lt;br /&gt;</w:t>
        <w:br/>
        <w:t>А твій внутрішній, власний?</w:t>
      </w:r>
    </w:p>
    <w:p>
      <w:r>
        <w:br/>
        <w:t>Адже пристрасть засліплює зір,&lt;br /&gt;</w:t>
        <w:br/>
        <w:t>А бажання — се ж чари,&lt;br /&gt;</w:t>
        <w:br/>
        <w:t>Плодить оку і світ, і богів,&lt;br /&gt;</w:t>
        <w:br/>
        <w:t>Як пустиннії мари.</w:t>
      </w:r>
    </w:p>
    <w:p>
      <w:r>
        <w:br/>
        <w:t>Те бажання, що, наче шакал,&lt;br /&gt;</w:t>
        <w:br/>
        <w:t>У душі твоїй вило,—&lt;br /&gt;</w:t>
        <w:br/>
        <w:t>Лиш воно тебе їх ватажком&lt;br /&gt;</w:t>
        <w:br/>
        <w:t>І пророком зробило.</w:t>
      </w:r>
    </w:p>
    <w:p>
      <w:r>
        <w:br/>
        <w:t>Мойсей&lt;br /&gt;</w:t>
        <w:br/>
        <w:t>Ах, від слів тих я чую себе&lt;br /&gt;</w:t>
        <w:br/>
        <w:t>Сто раз більш в самотині!&lt;br /&gt;</w:t>
        <w:br/>
        <w:t>Хто ти, вороже?</w:t>
      </w:r>
    </w:p>
    <w:p>
      <w:r>
        <w:br/>
        <w:t>Голос&lt;br /&gt;</w:t>
        <w:br/>
        <w:t>Я Азазель,&lt;br /&gt;</w:t>
        <w:br/>
        <w:t>Темний демон пустині.&lt;br /&gt;</w:t>
        <w:br/>
        <w:t>XIV</w:t>
      </w:r>
    </w:p>
    <w:p>
      <w:r>
        <w:br/>
        <w:t>Було темно. Лиш зорі яркі&lt;br /&gt;</w:t>
        <w:br/>
        <w:t>Миготіли з простору.&lt;br /&gt;</w:t>
        <w:br/>
        <w:t>Простував при їх блиску Мойсей&lt;br /&gt;</w:t>
        <w:br/>
        <w:t>Усе вгору та вгору.</w:t>
      </w:r>
    </w:p>
    <w:p>
      <w:r>
        <w:br/>
        <w:t>Без стежок. Серед пітьми вели&lt;br /&gt;</w:t>
        <w:br/>
        <w:t>Його дивнії звуки:&lt;br /&gt;</w:t>
        <w:br/>
        <w:t>То квиління гієни в яру,&lt;br /&gt;</w:t>
        <w:br/>
        <w:t>То знов шелест гадюки.</w:t>
      </w:r>
    </w:p>
    <w:p>
      <w:r>
        <w:br/>
        <w:t>Він ішов, не ставав, мов герой&lt;br /&gt;</w:t>
        <w:br/>
        <w:t>До остатнього бою,&lt;br /&gt;</w:t>
        <w:br/>
        <w:t>Та у серці важка боротьба&lt;br /&gt;</w:t>
        <w:br/>
        <w:t>Ішла з самим собою.</w:t>
      </w:r>
    </w:p>
    <w:p>
      <w:r>
        <w:br/>
        <w:t>"Те бажання, — кричало там щось, —&lt;br /&gt;</w:t>
        <w:br/>
        <w:t>Виплід сорому й болю,&lt;br /&gt;</w:t>
        <w:br/>
        <w:t>Се був кущ огняний, що велів&lt;br /&gt;</w:t>
        <w:br/>
        <w:t>Вирвать люд мій на волю?..</w:t>
      </w:r>
    </w:p>
    <w:p>
      <w:r>
        <w:br/>
        <w:t>Те бажання — се був той огонь&lt;br /&gt;</w:t>
        <w:br/>
        <w:t>І була тота сила,&lt;br /&gt;</w:t>
        <w:br/>
        <w:t>Що для мене Єгови наказ&lt;br /&gt;</w:t>
        <w:br/>
        <w:t>І Єгову створила?</w:t>
      </w:r>
    </w:p>
    <w:p>
      <w:r>
        <w:br/>
        <w:t>Те бажання — братам помогти&lt;br /&gt;</w:t>
        <w:br/>
        <w:t>І їх сльози обтерти —&lt;br /&gt;</w:t>
        <w:br/>
        <w:t>Се той гріх, що за нього я варт&lt;br /&gt;</w:t>
        <w:br/>
        <w:t>І прогнання, і смерти?</w:t>
      </w:r>
    </w:p>
    <w:p>
      <w:r>
        <w:br/>
        <w:t>Ні, не те! Бережись і не крив&lt;br /&gt;</w:t>
        <w:br/>
        <w:t>Сам душею своєю!&lt;br /&gt;</w:t>
        <w:br/>
        <w:t>Се бажання святе! Та чи гріх&lt;br /&gt;</w:t>
        <w:br/>
        <w:t>Не підповз там змією?</w:t>
      </w:r>
    </w:p>
    <w:p>
      <w:r>
        <w:br/>
        <w:t>Чи не був же ти їх ватажком,&lt;br /&gt;</w:t>
        <w:br/>
        <w:t>Паном душ їх і тіла?&lt;br /&gt;</w:t>
        <w:br/>
        <w:t>І чи власть ті бажання святі&lt;br /&gt;</w:t>
        <w:br/>
        <w:t>В твоїм серці не з’їла?</w:t>
      </w:r>
    </w:p>
    <w:p>
      <w:r>
        <w:br/>
        <w:t>Чи новим фараоном для них&lt;br /&gt;</w:t>
        <w:br/>
        <w:t>І ще тяжчим не був ти,&lt;br /&gt;</w:t>
        <w:br/>
        <w:t>Бо в їх душу контролем своїм,&lt;br /&gt;</w:t>
        <w:br/>
        <w:t>В їх сумління сягнув ти?..</w:t>
      </w:r>
    </w:p>
    <w:p>
      <w:r>
        <w:br/>
        <w:t>Небезпечно ставати всупір&lt;br /&gt;</w:t>
        <w:br/>
        <w:t>Діл природних бігови!&lt;br /&gt;</w:t>
        <w:br/>
        <w:t>Легко власний свій забаг подать&lt;br /&gt;</w:t>
        <w:br/>
        <w:t>За веління Єгови.</w:t>
      </w:r>
    </w:p>
    <w:p>
      <w:r>
        <w:br/>
        <w:t>Що, як ти сорок літ отсих був&lt;br /&gt;</w:t>
        <w:br/>
        <w:t>Шалом божеським хорий,&lt;br /&gt;</w:t>
        <w:br/>
        <w:t>Замість божого, їм накидав&lt;br /&gt;</w:t>
        <w:br/>
        <w:t>Власний план тіснозорий?</w:t>
      </w:r>
    </w:p>
    <w:p>
      <w:r>
        <w:br/>
        <w:t>Адже ж, може, в Єгипті вони,&lt;br /&gt;</w:t>
        <w:br/>
        <w:t>Множачись серед муки,&lt;br /&gt;</w:t>
        <w:br/>
        <w:t>Могли вирости в силу й забрать&lt;br /&gt;</w:t>
        <w:br/>
        <w:t>Увесь край в свої руки?</w:t>
      </w:r>
    </w:p>
    <w:p>
      <w:r>
        <w:br/>
        <w:t>Відірвавши від ґрунту їх там&lt;br /&gt;</w:t>
        <w:br/>
        <w:t>І завівши в пустиню,&lt;br /&gt;</w:t>
        <w:br/>
        <w:t>Чи подумав ти: може, отсим&lt;br /&gt;</w:t>
        <w:br/>
        <w:t>Злочин лютий я чиню?</w:t>
      </w:r>
    </w:p>
    <w:p>
      <w:r>
        <w:br/>
        <w:t>Що значить безґрунтовій юрбі&lt;br /&gt;</w:t>
        <w:br/>
        <w:t>Обіцяти свободу?&lt;br /&gt;</w:t>
        <w:br/>
        <w:t>Чи не те ж, що з землі вирвать дуб&lt;br /&gt;</w:t>
        <w:br/>
        <w:t>І пустити на воду?</w:t>
      </w:r>
    </w:p>
    <w:p>
      <w:r>
        <w:br/>
        <w:t>Чи не правду говорить Датан:&lt;br /&gt;</w:t>
        <w:br/>
        <w:t>Старі гнізда лишили,&lt;br /&gt;</w:t>
        <w:br/>
        <w:t>А новії здобути нема&lt;br /&gt;</w:t>
        <w:br/>
        <w:t>Ні охоти, ні сили?</w:t>
      </w:r>
    </w:p>
    <w:p>
      <w:r>
        <w:br/>
        <w:t>О Єгово, озвися, скажи:&lt;br /&gt;</w:t>
        <w:br/>
        <w:t>Я чинив твою волю,&lt;br /&gt;</w:t>
        <w:br/>
        <w:t>Чи був іграшка власних скорбот,&lt;br /&gt;</w:t>
        <w:br/>
        <w:t>І засліплення, й болю?</w:t>
      </w:r>
    </w:p>
    <w:p>
      <w:r>
        <w:br/>
        <w:t>О Єгово, озвися! Чи й ти&lt;br /&gt;</w:t>
        <w:br/>
        <w:t>Здобуваєш дар мови&lt;br /&gt;</w:t>
        <w:br/>
        <w:t>Лиш у пристрасті нашій, у снах,&lt;br /&gt;</w:t>
        <w:br/>
        <w:t>У розбурханій крови?"</w:t>
      </w:r>
    </w:p>
    <w:p>
      <w:r>
        <w:br/>
        <w:t>Та Єгова мовчав, лише чуть&lt;br /&gt;</w:t>
        <w:br/>
        <w:t>Лиховіснії звуки:&lt;br /&gt;</w:t>
        <w:br/>
        <w:t>То квиління гієни в яру,&lt;br /&gt;</w:t>
        <w:br/>
        <w:t>То знов шелест гадюки.&lt;br /&gt;</w:t>
        <w:br/>
        <w:t>XV</w:t>
      </w:r>
    </w:p>
    <w:p>
      <w:r>
        <w:br/>
        <w:t>Підіймалося сонце над степ,&lt;br /&gt;</w:t>
        <w:br/>
        <w:t>Мов багровеє коло,&lt;br /&gt;</w:t>
        <w:br/>
        <w:t>І промінням, мов стрілами, тьму&lt;br /&gt;</w:t>
        <w:br/>
        <w:t>Прошибало й кололо.</w:t>
      </w:r>
    </w:p>
    <w:p>
      <w:r>
        <w:br/>
        <w:t>У промінні тім Небо-гора,&lt;br /&gt;</w:t>
        <w:br/>
        <w:t>Мов цариця в пурпурі,&lt;br /&gt;</w:t>
        <w:br/>
        <w:t>Над всі гори найвище здійма&lt;br /&gt;</w:t>
        <w:br/>
        <w:t>Свої ребра понурі.</w:t>
      </w:r>
    </w:p>
    <w:p>
      <w:r>
        <w:br/>
        <w:t>На найвищому шпилі гори,&lt;br /&gt;</w:t>
        <w:br/>
        <w:t>Вище зломів і кантів&lt;br /&gt;</w:t>
        <w:br/>
        <w:t>Хтось недвижно стоїть, мов один&lt;br /&gt;</w:t>
        <w:br/>
        <w:t>З предковічних гігантів.</w:t>
      </w:r>
    </w:p>
    <w:p>
      <w:r>
        <w:br/>
        <w:t>Там високо над чвари землі,&lt;br /&gt;</w:t>
        <w:br/>
        <w:t>Над всі шуми і згуки&lt;br /&gt;</w:t>
        <w:br/>
        <w:t>Він стоїть і до неба простяг&lt;br /&gt;</w:t>
        <w:br/>
        <w:t>Розпростертії руки.</w:t>
      </w:r>
    </w:p>
    <w:p>
      <w:r>
        <w:br/>
        <w:t>У сходовому сяйві небес,&lt;br /&gt;</w:t>
        <w:br/>
        <w:t>В пурпуровім промінню&lt;br /&gt;</w:t>
        <w:br/>
        <w:t>Колосальний його силует&lt;br /&gt;</w:t>
        <w:br/>
        <w:t>Видно геть у пустиню.</w:t>
      </w:r>
    </w:p>
    <w:p>
      <w:r>
        <w:br/>
        <w:t>І летять із гебрейських шатрів&lt;br /&gt;</w:t>
        <w:br/>
        <w:t>Затурбовані зори,&lt;br /&gt;</w:t>
        <w:br/>
        <w:t>Мов гонці, до гіганта того&lt;br /&gt;</w:t>
        <w:br/>
        <w:t>На осяяні гори.</w:t>
      </w:r>
    </w:p>
    <w:p>
      <w:r>
        <w:br/>
        <w:t>"Се Мойсей!" — одні одним уста&lt;br /&gt;</w:t>
        <w:br/>
        <w:t>Промовляють несміло,&lt;br /&gt;</w:t>
        <w:br/>
        <w:t>Та не вимовлять того, що там&lt;br /&gt;</w:t>
        <w:br/>
        <w:t>У серцях защеміло.</w:t>
      </w:r>
    </w:p>
    <w:p>
      <w:r>
        <w:br/>
        <w:t>Се Мойсей на молитві стоїть,&lt;br /&gt;</w:t>
        <w:br/>
        <w:t>Розмовляючи з богом,&lt;br /&gt;</w:t>
        <w:br/>
        <w:t>І молитва та небо боде,&lt;br /&gt;</w:t>
        <w:br/>
        <w:t>Мов поломінним рогом.</w:t>
      </w:r>
    </w:p>
    <w:p>
      <w:r>
        <w:br/>
        <w:t>Хоч заціплені міцно уста&lt;br /&gt;</w:t>
        <w:br/>
        <w:t>І не чуть його мови,&lt;br /&gt;</w:t>
        <w:br/>
        <w:t>Але серце його розмовля&lt;br /&gt;</w:t>
        <w:br/>
        <w:t>І кричить до Єгови.</w:t>
      </w:r>
    </w:p>
    <w:p>
      <w:r>
        <w:br/>
        <w:t>Підіймається сонце, пала&lt;br /&gt;</w:t>
        <w:br/>
        <w:t>Вся небесная стеля;&lt;br /&gt;</w:t>
        <w:br/>
        <w:t>І стоїть на молитві Мойсей&lt;br /&gt;</w:t>
        <w:br/>
        <w:t>Нерухомий, як скеля.</w:t>
      </w:r>
    </w:p>
    <w:p>
      <w:r>
        <w:br/>
        <w:t>Вже полуденний демон степом&lt;br /&gt;</w:t>
        <w:br/>
        <w:t>Шле знесилля і змору,&lt;br /&gt;</w:t>
        <w:br/>
        <w:t>Та Мойсея мов руки чиїсь&lt;br /&gt;</w:t>
        <w:br/>
        <w:t>Підіймають все вгору.</w:t>
      </w:r>
    </w:p>
    <w:p>
      <w:r>
        <w:br/>
        <w:t>І схиляється сонце униз&lt;br /&gt;</w:t>
        <w:br/>
        <w:t>Вже над Фазга вершини,&lt;br /&gt;</w:t>
        <w:br/>
        <w:t>І ляга величезная тінь&lt;br /&gt;</w:t>
        <w:br/>
        <w:t>Від вершин на рівнини.</w:t>
      </w:r>
    </w:p>
    <w:p>
      <w:r>
        <w:br/>
        <w:t>І паде величезная тінь&lt;br /&gt;</w:t>
        <w:br/>
        <w:t>Від Мойсея востаннє&lt;br /&gt;</w:t>
        <w:br/>
        <w:t>Аж униз на гебрейські шатри,&lt;br /&gt;</w:t>
        <w:br/>
        <w:t>Мов батьківське прощаннє.</w:t>
      </w:r>
    </w:p>
    <w:p>
      <w:r>
        <w:br/>
        <w:t>А по таборі пострах ішов:&lt;br /&gt;</w:t>
        <w:br/>
        <w:t>"Боже, щоб у сю хвилю&lt;br /&gt;</w:t>
        <w:br/>
        <w:t>Не закляв нас пророк, бо клятьба&lt;br /&gt;</w:t>
        <w:br/>
        <w:t>Мала б дивную силу!</w:t>
      </w:r>
    </w:p>
    <w:p>
      <w:r>
        <w:br/>
        <w:t>Від такої молитви тремтять&lt;br /&gt;</w:t>
        <w:br/>
        <w:t>Землянії основи,&lt;br /&gt;</w:t>
        <w:br/>
        <w:t>Тають скелі, як віск, і дрижить&lt;br /&gt;</w:t>
        <w:br/>
        <w:t>Трон предвічний Єгови.</w:t>
      </w:r>
    </w:p>
    <w:p>
      <w:r>
        <w:br/>
        <w:t>І як він заклене нас тепер,&lt;br /&gt;</w:t>
        <w:br/>
        <w:t>І як сонечко сяде,&lt;br /&gt;</w:t>
        <w:br/>
        <w:t>То весь люд і весь край сей вночі&lt;br /&gt;</w:t>
        <w:br/>
        <w:t>Без полики пропаде".&lt;br /&gt;</w:t>
        <w:br/>
        <w:t>XVI</w:t>
      </w:r>
    </w:p>
    <w:p>
      <w:r>
        <w:br/>
        <w:t>А Мойсей борикався, горів,&lt;br /&gt;</w:t>
        <w:br/>
        <w:t>Добивався до ціли,&lt;br /&gt;</w:t>
        <w:br/>
        <w:t>А як ніч залягла на горі,&lt;br /&gt;</w:t>
        <w:br/>
        <w:t>Впав на землю зомлілий.</w:t>
      </w:r>
    </w:p>
    <w:p>
      <w:r>
        <w:br/>
        <w:t>Захиталася скеля під ним&lt;br /&gt;</w:t>
        <w:br/>
        <w:t>Із усіми шпилями,&lt;br /&gt;</w:t>
        <w:br/>
        <w:t>І безтямний лежав він, немов&lt;br /&gt;</w:t>
        <w:br/>
        <w:t>У колисці у мами.</w:t>
      </w:r>
    </w:p>
    <w:p>
      <w:r>
        <w:br/>
        <w:t>Якась пісня тужлива над ним&lt;br /&gt;</w:t>
        <w:br/>
        <w:t>Сумовито бриніла,&lt;br /&gt;</w:t>
        <w:br/>
        <w:t>І рука колихала його&lt;br /&gt;</w:t>
        <w:br/>
        <w:t>Пухова, сніжно-біла.</w:t>
      </w:r>
    </w:p>
    <w:p>
      <w:r>
        <w:br/>
        <w:t>І почулися тихі слова:&lt;br /&gt;</w:t>
        <w:br/>
        <w:t>"Бідний, бідний мій сину!&lt;br /&gt;</w:t>
        <w:br/>
        <w:t>Ось що з тебе зробило життя&lt;br /&gt;</w:t>
        <w:br/>
        <w:t>За маленьку часину!</w:t>
      </w:r>
    </w:p>
    <w:p>
      <w:r>
        <w:br/>
        <w:t>Чи давно ж я плекала тебе&lt;br /&gt;</w:t>
        <w:br/>
        <w:t>І водила за руку?&lt;br /&gt;</w:t>
        <w:br/>
        <w:t>Чи на те ж я дала тебе в світ,&lt;br /&gt;</w:t>
        <w:br/>
        <w:t>Щоб терпів таку муку?</w:t>
      </w:r>
    </w:p>
    <w:p>
      <w:r>
        <w:br/>
        <w:t>Скільки зморшків на твоїм чолі!&lt;br /&gt;</w:t>
        <w:br/>
        <w:t>І зв’ялене все тіло!&lt;br /&gt;</w:t>
        <w:br/>
        <w:t>І волосся, що гладила я,&lt;br /&gt;</w:t>
        <w:br/>
        <w:t>Наче сніг, побіліло!</w:t>
      </w:r>
    </w:p>
    <w:p>
      <w:r>
        <w:br/>
        <w:t>А колись ти від мене притьмом&lt;br /&gt;</w:t>
        <w:br/>
        <w:t>Рвавсь на бої та герці!&lt;br /&gt;</w:t>
        <w:br/>
        <w:t>Бач, до чого дійшов! А скажи,&lt;br /&gt;</w:t>
        <w:br/>
        <w:t>Кілько ран в твоїм серці!</w:t>
      </w:r>
    </w:p>
    <w:p>
      <w:r>
        <w:br/>
        <w:t>Бідна, бідна дитино моя!&lt;br /&gt;</w:t>
        <w:br/>
        <w:t>Потерпів єси много!&lt;br /&gt;</w:t>
        <w:br/>
        <w:t>Ще й сьогодні... на сонці весь день!&lt;br /&gt;</w:t>
        <w:br/>
        <w:t>І пощо було того?</w:t>
      </w:r>
    </w:p>
    <w:p>
      <w:r>
        <w:br/>
        <w:t>На молитві! В народу свого&lt;br /&gt;</w:t>
        <w:br/>
        <w:t>І минуле, й будуще&lt;br /&gt;</w:t>
        <w:br/>
        <w:t>Ти молитвою вникнути рад, —&lt;br /&gt;</w:t>
        <w:br/>
        <w:t>Ох, дитя невидюще!</w:t>
      </w:r>
    </w:p>
    <w:p>
      <w:r>
        <w:br/>
        <w:t>Ось я камінь із кручі зіпхну,&lt;br /&gt;</w:t>
        <w:br/>
        <w:t>І піде він валиться&lt;br /&gt;</w:t>
        <w:br/>
        <w:t>Від скали до скали, з яру в яр,&lt;br /&gt;</w:t>
        <w:br/>
        <w:t>І скакати, і биться.</w:t>
      </w:r>
    </w:p>
    <w:p>
      <w:r>
        <w:br/>
        <w:t>Тут покине шматок, там другий,&lt;br /&gt;</w:t>
        <w:br/>
        <w:t>І летить, і гуркоче,—&lt;br /&gt;</w:t>
        <w:br/>
        <w:t>І чи зна хто, де кождий шматок&lt;br /&gt;</w:t>
        <w:br/>
        <w:t>Заспокоїться хоче?</w:t>
      </w:r>
    </w:p>
    <w:p>
      <w:r>
        <w:br/>
        <w:t>Я тверджу: і Єгова не зна!&lt;br /&gt;</w:t>
        <w:br/>
        <w:t>І молись хоч і клінно,&lt;br /&gt;</w:t>
        <w:br/>
        <w:t>А де мусить упасти шматок,&lt;br /&gt;</w:t>
        <w:br/>
        <w:t>Там впаде неодмінно.</w:t>
      </w:r>
    </w:p>
    <w:p>
      <w:r>
        <w:br/>
        <w:t>В нім самім його керма і власть,&lt;br /&gt;</w:t>
        <w:br/>
        <w:t>В нім самім ота сила,&lt;br /&gt;</w:t>
        <w:br/>
        <w:t>Що назначує місце йому,&lt;br /&gt;</w:t>
        <w:br/>
        <w:t>Що його сотворила.</w:t>
      </w:r>
    </w:p>
    <w:p>
      <w:r>
        <w:br/>
        <w:t>І хоч як твій Єгова міцний,&lt;br /&gt;</w:t>
        <w:br/>
        <w:t>Він ту силу не змінить&lt;br /&gt;</w:t>
        <w:br/>
        <w:t>І одного сього камінця&lt;br /&gt;</w:t>
        <w:br/>
        <w:t>У лету він не спинить.</w:t>
      </w:r>
    </w:p>
    <w:p>
      <w:r>
        <w:br/>
        <w:t>Ось пилок: ледве зір твій його&lt;br /&gt;</w:t>
        <w:br/>
        <w:t>Добачає тремтіння,&lt;br /&gt;</w:t>
        <w:br/>
        <w:t>А Єгова не може його&lt;br /&gt;</w:t>
        <w:br/>
        <w:t>Повернуть в неісніння.</w:t>
      </w:r>
    </w:p>
    <w:p>
      <w:r>
        <w:br/>
        <w:t>І не може звеліти йому&lt;br /&gt;</w:t>
        <w:br/>
        <w:t>Йти по шляху не тому,&lt;br /&gt;</w:t>
        <w:br/>
        <w:t>Як яким його гонить повік&lt;br /&gt;</w:t>
        <w:br/>
        <w:t>Ота сила, що в ньому.</w:t>
      </w:r>
    </w:p>
    <w:p>
      <w:r>
        <w:br/>
        <w:t>Се ж пилок! Що ж казать про народ,&lt;br /&gt;</w:t>
        <w:br/>
        <w:t>Многодушну істоту,&lt;br /&gt;</w:t>
        <w:br/>
        <w:t>Де в рух мас вносить кожда душа&lt;br /&gt;</w:t>
        <w:br/>
        <w:t>Частку свойого льоту?</w:t>
      </w:r>
    </w:p>
    <w:p>
      <w:r>
        <w:br/>
        <w:t>Про Оріона пісню ти чув,&lt;br /&gt;</w:t>
        <w:br/>
        <w:t>Про гіганта сліпого,&lt;br /&gt;</w:t>
        <w:br/>
        <w:t>Що, щоб зір відзискать, мандрував&lt;br /&gt;</w:t>
        <w:br/>
        <w:t>Аж до сонця самого?</w:t>
      </w:r>
    </w:p>
    <w:p>
      <w:r>
        <w:br/>
        <w:t>А на плечах поводиря ніс,&lt;br /&gt;</w:t>
        <w:br/>
        <w:t>Сміхованця-хлопчину,&lt;br /&gt;</w:t>
        <w:br/>
        <w:t>Що показував шлях йому — все&lt;br /&gt;</w:t>
        <w:br/>
        <w:t>Інший в кожду годину.</w:t>
      </w:r>
    </w:p>
    <w:p>
      <w:r>
        <w:br/>
        <w:t>"Ти до сонця веди мене, хло!"&lt;br /&gt;</w:t>
        <w:br/>
        <w:t>Той вів рано до сходу,&lt;br /&gt;</w:t>
        <w:br/>
        <w:t>А на південь в полуднє, під ніч,—&lt;br /&gt;</w:t>
        <w:br/>
        <w:t>До західного броду.</w:t>
      </w:r>
    </w:p>
    <w:p>
      <w:r>
        <w:br/>
        <w:t>А Оріон іде все та йде,&lt;br /&gt;</w:t>
        <w:br/>
        <w:t>Повний віри в те сонце,&lt;br /&gt;</w:t>
        <w:br/>
        <w:t>Повний спраги за світлом, що ось&lt;br /&gt;</w:t>
        <w:br/>
        <w:t>Йому блисне вже конче.</w:t>
      </w:r>
    </w:p>
    <w:p>
      <w:r>
        <w:br/>
        <w:t>Через гори і море свій хід&lt;br /&gt;</w:t>
        <w:br/>
        <w:t>Велетенський простує,&lt;br /&gt;</w:t>
        <w:br/>
        <w:t>А не зна, що на плечах його&lt;br /&gt;</w:t>
        <w:br/>
        <w:t>Хлопчик з нього жартує.</w:t>
      </w:r>
    </w:p>
    <w:p>
      <w:r>
        <w:br/>
        <w:t>Сей Оріон — то людськість уся,&lt;br /&gt;</w:t>
        <w:br/>
        <w:t>Повна віри і сили,&lt;br /&gt;</w:t>
        <w:br/>
        <w:t>Що в страшному зусиллі спішить&lt;br /&gt;</w:t>
        <w:br/>
        <w:t>До незримої ціли.</w:t>
      </w:r>
    </w:p>
    <w:p>
      <w:r>
        <w:br/>
        <w:t>Неосяжнеє любить вона,&lt;br /&gt;</w:t>
        <w:br/>
        <w:t>Вірить в недовідоме;&lt;br /&gt;</w:t>
        <w:br/>
        <w:t>Фантастичнеє щоб осягнуть,&lt;br /&gt;</w:t>
        <w:br/>
        <w:t>Топче рідне й знайоме.</w:t>
      </w:r>
    </w:p>
    <w:p>
      <w:r>
        <w:br/>
        <w:t>Строїть плани не в міру до сил,&lt;br /&gt;</w:t>
        <w:br/>
        <w:t>Ціль не в міру до актів,&lt;br /&gt;</w:t>
        <w:br/>
        <w:t>І жартує з тих планів її&lt;br /&gt;</w:t>
        <w:br/>
        <w:t>Хлопчик — логіка фактів.</w:t>
      </w:r>
    </w:p>
    <w:p>
      <w:r>
        <w:br/>
        <w:t>І, як той дивовижний сліпець,&lt;br /&gt;</w:t>
        <w:br/>
        <w:t>Що чужим очам вірить,&lt;br /&gt;</w:t>
        <w:br/>
        <w:t>Все доходить не там, куди йшла,&lt;br /&gt;</w:t>
        <w:br/>
        <w:t>В те трафля, в що не мірить.</w:t>
      </w:r>
    </w:p>
    <w:p>
      <w:r>
        <w:br/>
        <w:t>А ти молишся! Бідне дитя!&lt;br /&gt;</w:t>
        <w:br/>
        <w:t>Де твій розум, де сила!&lt;br /&gt;</w:t>
        <w:br/>
        <w:t>Ти ж хапаєшся піну благать,&lt;br /&gt;</w:t>
        <w:br/>
        <w:t>Щоб ріку зупинила!"&lt;br /&gt;</w:t>
        <w:br/>
        <w:t>XVII</w:t>
      </w:r>
    </w:p>
    <w:p>
      <w:r>
        <w:br/>
        <w:t>Щось було спочатку в тих словах,&lt;br /&gt;</w:t>
        <w:br/>
        <w:t>Наче чистії води;&lt;br /&gt;</w:t>
        <w:br/>
        <w:t>Віяв свіжістю, добрістю з них&lt;br /&gt;</w:t>
        <w:br/>
        <w:t>Якийсь дух охолоди.</w:t>
      </w:r>
    </w:p>
    <w:p>
      <w:r>
        <w:br/>
        <w:t>Та помалу душне щось тягло,&lt;br /&gt;</w:t>
        <w:br/>
        <w:t>Наче самум пустині,&lt;br /&gt;</w:t>
        <w:br/>
        <w:t>І робилося лячно, немов&lt;br /&gt;</w:t>
        <w:br/>
        <w:t>В ніч без світла дитині.</w:t>
      </w:r>
    </w:p>
    <w:p>
      <w:r>
        <w:br/>
        <w:t>І жахнувся Мойсей, і з землі&lt;br /&gt;</w:t>
        <w:br/>
        <w:t>Підволікся насилу,&lt;br /&gt;</w:t>
        <w:br/>
        <w:t>І сказав: "Пощо мучиш мене,&lt;br /&gt;</w:t>
        <w:br/>
        <w:t>Поки ляжу в могилу?</w:t>
      </w:r>
    </w:p>
    <w:p>
      <w:r>
        <w:br/>
        <w:t>Ти не мати моя! З твоїх слів&lt;br /&gt;</w:t>
        <w:br/>
        <w:t>Не любов помічаю.&lt;br /&gt;</w:t>
        <w:br/>
        <w:t>Ти не мати! О ти Азазель,&lt;br /&gt;</w:t>
        <w:br/>
        <w:t>Темний демон одчаю.</w:t>
      </w:r>
    </w:p>
    <w:p>
      <w:r>
        <w:br/>
        <w:t>Відступись! Заклинаю тебе&lt;br /&gt;</w:t>
        <w:br/>
        <w:t>Тим ім’ям штирочертним!&lt;br /&gt;</w:t>
        <w:br/>
        <w:t>Я не вірю тобі! Ти брехун,&lt;br /&gt;</w:t>
        <w:br/>
        <w:t>Хоч ти будь і безсмертним".</w:t>
      </w:r>
    </w:p>
    <w:p>
      <w:r>
        <w:br/>
        <w:t>І почулися тихі слова:&lt;br /&gt;</w:t>
        <w:br/>
        <w:t>"Нерозумна дитина!&lt;br /&gt;</w:t>
        <w:br/>
        <w:t>Ти кленеш мене ним, а я ж сам&lt;br /&gt;</w:t>
        <w:br/>
        <w:t>Його сили частина.</w:t>
      </w:r>
    </w:p>
    <w:p>
      <w:r>
        <w:br/>
        <w:t>Що мені твоя вбога клятьба!&lt;br /&gt;</w:t>
        <w:br/>
        <w:t>Ти б умер із одчаю,&lt;br /&gt;</w:t>
        <w:br/>
        <w:t>Якби сотую частку лишень&lt;br /&gt;</w:t>
        <w:br/>
        <w:t>Знав того, що я знаю.</w:t>
      </w:r>
    </w:p>
    <w:p>
      <w:r>
        <w:br/>
        <w:t>Ти кленеш, як твою сліпоту&lt;br /&gt;</w:t>
        <w:br/>
        <w:t>Ткнув промінчик пожежі,&lt;br /&gt;</w:t>
        <w:br/>
        <w:t>В якій я живу й він — понад всі&lt;br /&gt;</w:t>
        <w:br/>
        <w:t>Часу й простору межі.</w:t>
      </w:r>
    </w:p>
    <w:p>
      <w:r>
        <w:br/>
        <w:t>Ось розсуну ще крихту тобі&lt;br /&gt;</w:t>
        <w:br/>
        <w:t>Тіснозорості таму:&lt;br /&gt;</w:t>
        <w:br/>
        <w:t>Глянь на край той, що він обіцяв&lt;br /&gt;</w:t>
        <w:br/>
        <w:t>Праотцю Аврааму!"</w:t>
      </w:r>
    </w:p>
    <w:p>
      <w:r>
        <w:br/>
        <w:t>І заблис увесь захід огнем,&lt;br /&gt;</w:t>
        <w:br/>
        <w:t>І уся Палестина&lt;br /&gt;</w:t>
        <w:br/>
        <w:t>Стала видна Мойсею з гори,&lt;br /&gt;</w:t>
        <w:br/>
        <w:t>Мов широка картина.</w:t>
      </w:r>
    </w:p>
    <w:p>
      <w:r>
        <w:br/>
        <w:t>А незримий товариш його,&lt;br /&gt;</w:t>
        <w:br/>
        <w:t>Знай, потихо говоре:&lt;br /&gt;</w:t>
        <w:br/>
        <w:t>"Бачиш зеркало чорне внизу?&lt;br /&gt;</w:t>
        <w:br/>
        <w:t>Се є Мертвеє море.</w:t>
      </w:r>
    </w:p>
    <w:p>
      <w:r>
        <w:br/>
        <w:t>А по той бік високі шпилі&lt;br /&gt;</w:t>
        <w:br/>
        <w:t>До небесної стелі&lt;br /&gt;</w:t>
        <w:br/>
        <w:t>Простягаються круто рядом, —&lt;br /&gt;</w:t>
        <w:br/>
        <w:t>Се там Кармелю скелі.</w:t>
      </w:r>
    </w:p>
    <w:p>
      <w:r>
        <w:br/>
        <w:t>Глянь на північ, де гори Сіон —&lt;br /&gt;</w:t>
        <w:br/>
        <w:t>Євусеї кочують,&lt;br /&gt;</w:t>
        <w:br/>
        <w:t>А як крикнути добре з гори,&lt;br /&gt;</w:t>
        <w:br/>
        <w:t>Амореї почують.</w:t>
      </w:r>
    </w:p>
    <w:p>
      <w:r>
        <w:br/>
        <w:t>Отся срібная стрічка — Йордан&lt;br /&gt;</w:t>
        <w:br/>
        <w:t>В Мертве море впадає;&lt;br /&gt;</w:t>
        <w:br/>
        <w:t>Близько устя його Єрихон&lt;br /&gt;</w:t>
        <w:br/>
        <w:t>Бродового жадає,</w:t>
      </w:r>
    </w:p>
    <w:p>
      <w:r>
        <w:br/>
        <w:t>Одинока долина над ним,&lt;br /&gt;</w:t>
        <w:br/>
        <w:t>Та тісняться до неї&lt;br /&gt;</w:t>
        <w:br/>
        <w:t>Амоніти по сей бік ріки,&lt;br /&gt;</w:t>
        <w:br/>
        <w:t>По той бік хананеї.</w:t>
      </w:r>
    </w:p>
    <w:p>
      <w:r>
        <w:br/>
        <w:t>А на заході гори, верхи,&lt;br /&gt;</w:t>
        <w:br/>
        <w:t>Полонини широкі,&lt;br /&gt;</w:t>
        <w:br/>
        <w:t>А на північ мале озерце&lt;br /&gt;</w:t>
        <w:br/>
        <w:t>І знов гори високі.</w:t>
      </w:r>
    </w:p>
    <w:p>
      <w:r>
        <w:br/>
        <w:t>Ось тобі й Палестина уся,&lt;br /&gt;</w:t>
        <w:br/>
        <w:t>Край овець і ячменю,&lt;br /&gt;</w:t>
        <w:br/>
        <w:t>Від Кадеса до Кармеля всю&lt;br /&gt;</w:t>
        <w:br/>
        <w:t>Мов затулиш у жменю,</w:t>
      </w:r>
    </w:p>
    <w:p>
      <w:r>
        <w:br/>
        <w:t>Ні шляхів тут широких нема,&lt;br /&gt;</w:t>
        <w:br/>
        <w:t>Ні до моря проходу!&lt;br /&gt;</w:t>
        <w:br/>
        <w:t>Де ж тут жить, розвиваться, рости&lt;br /&gt;</w:t>
        <w:br/>
        <w:t>І множиться народу?"</w:t>
      </w:r>
    </w:p>
    <w:p>
      <w:r>
        <w:br/>
        <w:t>Та відмовив понуро Мойсей:&lt;br /&gt;</w:t>
        <w:br/>
        <w:t>"Хто дав з каменя воду,&lt;br /&gt;</w:t>
        <w:br/>
        <w:t>Той сей край перемінить на рай&lt;br /&gt;</w:t>
        <w:br/>
        <w:t>Для свойого народу!"&lt;br /&gt;</w:t>
        <w:br/>
        <w:t>XVIII</w:t>
      </w:r>
    </w:p>
    <w:p>
      <w:r>
        <w:br/>
        <w:t>Знов почувся притишений сміх.&lt;br /&gt;</w:t>
        <w:br/>
        <w:t>"Віра гори ворушить!&lt;br /&gt;</w:t>
        <w:br/>
        <w:t>Та поглянь сей новий ряд картин:&lt;br /&gt;</w:t>
        <w:br/>
        <w:t>Те, що статися мусить!</w:t>
      </w:r>
    </w:p>
    <w:p>
      <w:r>
        <w:br/>
        <w:t>Бач, як сунеться плем’я твоє,&lt;br /&gt;</w:t>
        <w:br/>
        <w:t>Як Йордан переходить,&lt;br /&gt;</w:t>
        <w:br/>
        <w:t>Єрихон добуває і скрізь&lt;br /&gt;</w:t>
        <w:br/>
        <w:t>У річках крові бродить.</w:t>
      </w:r>
    </w:p>
    <w:p>
      <w:r>
        <w:br/>
        <w:t>Ось століттями йде боротьба&lt;br /&gt;</w:t>
        <w:br/>
        <w:t>За той шмат Палестини:&lt;br /&gt;</w:t>
        <w:br/>
        <w:t>Амореї, гебреї, хетта,&lt;br /&gt;</w:t>
        <w:br/>
        <w:t>Амалик, філістини.</w:t>
      </w:r>
    </w:p>
    <w:p>
      <w:r>
        <w:br/>
        <w:t>Ось гебрейськеє царство! Що сліз&lt;br /&gt;</w:t>
        <w:br/>
        <w:t>Коштуватиме й крові!&lt;br /&gt;</w:t>
        <w:br/>
        <w:t>А заважить у судьбах землі,&lt;br /&gt;</w:t>
        <w:br/>
        <w:t>Як та муха волові.</w:t>
      </w:r>
    </w:p>
    <w:p>
      <w:r>
        <w:br/>
        <w:t>І не вспіє воно розцвісти,&lt;br /&gt;</w:t>
        <w:br/>
        <w:t>Й розлетиться на части,&lt;br /&gt;</w:t>
        <w:br/>
        <w:t>Щоб у пащу могутніх сусід&lt;br /&gt;</w:t>
        <w:br/>
        <w:t>Часть за частю упасти.</w:t>
      </w:r>
    </w:p>
    <w:p>
      <w:r>
        <w:br/>
        <w:t>Ось поглянь, які хмари летять&lt;br /&gt;</w:t>
        <w:br/>
        <w:t>Від Дамаска й Галаду!&lt;br /&gt;</w:t>
        <w:br/>
        <w:t>Се йде Ассур, гебреям несе&lt;br /&gt;</w:t>
        <w:br/>
        <w:t>І руїну, й загладу.</w:t>
      </w:r>
    </w:p>
    <w:p>
      <w:r>
        <w:br/>
        <w:t>Ось поглянь, червоніють поля,&lt;br /&gt;</w:t>
        <w:br/>
        <w:t>Труп на трупі усюди:&lt;br /&gt;</w:t>
        <w:br/>
        <w:t>Се піднявся страшний Вавілон&lt;br /&gt;</w:t>
        <w:br/>
        <w:t>Не загладу Іюди.</w:t>
      </w:r>
    </w:p>
    <w:p>
      <w:r>
        <w:br/>
        <w:t>Храм Єгови в огні... А сей тлум...&lt;br /&gt;</w:t>
        <w:br/>
        <w:t>Мов комахи по полю,&lt;br /&gt;</w:t>
        <w:br/>
        <w:t>Йдуть по тисячу сковані враз&lt;br /&gt;</w:t>
        <w:br/>
        <w:t>Недобитки в неволю.</w:t>
      </w:r>
    </w:p>
    <w:p>
      <w:r>
        <w:br/>
        <w:t>Чуєш плач? На руїнах рида&lt;br /&gt;</w:t>
        <w:br/>
        <w:t>Одинокий розумний,&lt;br /&gt;</w:t>
        <w:br/>
        <w:t>Що коритися радив врагам,&lt;br /&gt;</w:t>
        <w:br/>
        <w:t>Щоб не впасти до трумни.</w:t>
      </w:r>
    </w:p>
    <w:p>
      <w:r>
        <w:br/>
        <w:t>Як же пустка смердить! Але ось&lt;br /&gt;</w:t>
        <w:br/>
        <w:t>Мов по пітьмі світає...&lt;br /&gt;</w:t>
        <w:br/>
        <w:t>З тих, що тлумом пішли, подивись,&lt;br /&gt;</w:t>
        <w:br/>
        <w:t>Як же мало вертає!</w:t>
      </w:r>
    </w:p>
    <w:p>
      <w:r>
        <w:br/>
        <w:t>Щось дрібненьке ворушиться там,&lt;br /&gt;</w:t>
        <w:br/>
        <w:t>Коло мурів Салима:&lt;br /&gt;</w:t>
        <w:br/>
        <w:t>Новий люд, новий бог, новий храм,&lt;br /&gt;</w:t>
        <w:br/>
        <w:t>Нова сила незрима.</w:t>
      </w:r>
    </w:p>
    <w:p>
      <w:r>
        <w:br/>
        <w:t>І росте воно, б’ється в біді&lt;br /&gt;</w:t>
        <w:br/>
        <w:t>І чіпляється ґрунту,&lt;br /&gt;</w:t>
        <w:br/>
        <w:t>Мов будяк той низький і ціпкий,&lt;br /&gt;</w:t>
        <w:br/>
        <w:t>Все готовий до бунту.</w:t>
      </w:r>
    </w:p>
    <w:p>
      <w:r>
        <w:br/>
        <w:t>Понад голови люду того&lt;br /&gt;</w:t>
        <w:br/>
        <w:t>Йдуть всесвітнії бурі,&lt;br /&gt;</w:t>
        <w:br/>
        <w:t>Панства, царства встають і падуть,&lt;br /&gt;</w:t>
        <w:br/>
        <w:t>Мов фантоми понурі.</w:t>
      </w:r>
    </w:p>
    <w:p>
      <w:r>
        <w:br/>
        <w:t>Він же в своїм куточку хова&lt;br /&gt;</w:t>
        <w:br/>
        <w:t>Непохитне завзяття&lt;br /&gt;</w:t>
        <w:br/>
        <w:t>І ненависть лиш має для всіх,&lt;br /&gt;</w:t>
        <w:br/>
        <w:t>І незмінне прокляття.</w:t>
      </w:r>
    </w:p>
    <w:p>
      <w:r>
        <w:br/>
        <w:t>Та ненависть, найтяжча з усіх,&lt;br /&gt;</w:t>
        <w:br/>
        <w:t>"Задля іншого бога",&lt;br /&gt;</w:t>
        <w:br/>
        <w:t>Бач, як кублиться біля того&lt;br /&gt;</w:t>
        <w:br/>
        <w:t>Храмового порога!</w:t>
      </w:r>
    </w:p>
    <w:p>
      <w:r>
        <w:br/>
        <w:t>Вона плодить ненависть. Ось глянь:&lt;br /&gt;</w:t>
        <w:br/>
        <w:t>За тиранським велінням&lt;br /&gt;</w:t>
        <w:br/>
        <w:t>Ідуть сили, щоб плем’я твоє&lt;br /&gt;</w:t>
        <w:br/>
        <w:t>Ще раз вирвать з корінням.</w:t>
      </w:r>
    </w:p>
    <w:p>
      <w:r>
        <w:br/>
        <w:t>Чуєш стук? Се залізна стопа&lt;br /&gt;</w:t>
        <w:br/>
        <w:t>Тих страшних легіонів,&lt;br /&gt;</w:t>
        <w:br/>
        <w:t>Що толочить юдейські поля,&lt;br /&gt;</w:t>
        <w:br/>
        <w:t>Робить пустку з загонів.</w:t>
      </w:r>
    </w:p>
    <w:p>
      <w:r>
        <w:br/>
        <w:t>Чуєш плюск? Се ворожі мечі&lt;br /&gt;</w:t>
        <w:br/>
        <w:t>Кров юдейськую точать.&lt;br /&gt;</w:t>
        <w:br/>
        <w:t>Чуєш крик? Се юдейських дівчат&lt;br /&gt;</w:t>
        <w:br/>
        <w:t>Дикі коні волочать.</w:t>
      </w:r>
    </w:p>
    <w:p>
      <w:r>
        <w:br/>
        <w:t>Онде мати голодная їсть&lt;br /&gt;</w:t>
        <w:br/>
        <w:t>Тіло свойого плоду!&lt;br /&gt;</w:t>
        <w:br/>
        <w:t>Онде тисячі мруть на хрестах —&lt;br /&gt;</w:t>
        <w:br/>
        <w:t>Цвіт твойого народу.</w:t>
      </w:r>
    </w:p>
    <w:p>
      <w:r>
        <w:br/>
        <w:t>Іще раз храм Єгови горить,&lt;br /&gt;</w:t>
        <w:br/>
        <w:t>І сей раз уостаннє:&lt;br /&gt;</w:t>
        <w:br/>
        <w:t>Бо що тая рука розвалить,&lt;br /&gt;</w:t>
        <w:br/>
        <w:t>Те вже більше не встане.</w:t>
      </w:r>
    </w:p>
    <w:p>
      <w:r>
        <w:br/>
        <w:t>І ще раз недобитки пливуть&lt;br /&gt;</w:t>
        <w:br/>
        <w:t>У неволю, як ріки, —&lt;br /&gt;</w:t>
        <w:br/>
        <w:t>Та немає вже їм вітчини,&lt;br /&gt;</w:t>
        <w:br/>
        <w:t>І не вернуть навіки.</w:t>
      </w:r>
    </w:p>
    <w:p>
      <w:r>
        <w:br/>
        <w:t>І загасне Ізрайля звізда,&lt;br /&gt;</w:t>
        <w:br/>
        <w:t>Щоб вже більше не сяти;&lt;br /&gt;</w:t>
        <w:br/>
        <w:t>Лиш ненависть, що в храмі зросла,&lt;br /&gt;</w:t>
        <w:br/>
        <w:t>Піде світом гуляти.</w:t>
      </w:r>
    </w:p>
    <w:p>
      <w:r>
        <w:br/>
        <w:t>Сумніваєшся? Віри не ймеш?&lt;br /&gt;</w:t>
        <w:br/>
        <w:t>О, ймеш віру, я знаю!&lt;br /&gt;</w:t>
        <w:br/>
        <w:t>Се той рай, що жде плем’я твоє&lt;br /&gt;</w:t>
        <w:br/>
        <w:t>У обіцянім краю!</w:t>
      </w:r>
    </w:p>
    <w:p>
      <w:r>
        <w:br/>
        <w:t>Ти для нього трудився! Скажи,&lt;br /&gt;</w:t>
        <w:br/>
        <w:t>Було за що трудиться?&lt;br /&gt;</w:t>
        <w:br/>
        <w:t>Щоб наблизився він, може, ще&lt;br /&gt;</w:t>
        <w:br/>
        <w:t>Схочеш палко молиться?"</w:t>
      </w:r>
    </w:p>
    <w:p>
      <w:r>
        <w:br/>
        <w:t>І поник головою Мойсей.&lt;br /&gt;</w:t>
        <w:br/>
        <w:t>"Горе моїй недолі!&lt;br /&gt;</w:t>
        <w:br/>
        <w:t>Чи ж довіку не вирваться вже&lt;br /&gt;</w:t>
        <w:br/>
        <w:t>Люду мому з неволі?"</w:t>
      </w:r>
    </w:p>
    <w:p>
      <w:r>
        <w:br/>
        <w:t>І упав він лицем до землі:&lt;br /&gt;</w:t>
        <w:br/>
        <w:t>"Одурив нас Єгова!"&lt;br /&gt;</w:t>
        <w:br/>
        <w:t>І почувся тут демонський сміх,&lt;br /&gt;</w:t>
        <w:br/>
        <w:t>Як луна його слова.&lt;br /&gt;</w:t>
        <w:br/>
        <w:t>XIX</w:t>
      </w:r>
    </w:p>
    <w:p>
      <w:r>
        <w:br/>
        <w:t>Гуркнув грім. Задрижали нараз&lt;br /&gt;</w:t>
        <w:br/>
        <w:t>Гір найглибші основи;&lt;br /&gt;</w:t>
        <w:br/>
        <w:t>І один за одним понеслись&lt;br /&gt;</w:t>
        <w:br/>
        <w:t>Передтечі Єгови.</w:t>
      </w:r>
    </w:p>
    <w:p>
      <w:r>
        <w:br/>
        <w:t>Піднялася до стропу небес&lt;br /&gt;</w:t>
        <w:br/>
        <w:t>Чорна хмара стіною,&lt;br /&gt;</w:t>
        <w:br/>
        <w:t>Мов Ніч-мати насупила вид&lt;br /&gt;</w:t>
        <w:br/>
        <w:t>Ненавистю грізною.</w:t>
      </w:r>
    </w:p>
    <w:p>
      <w:r>
        <w:br/>
        <w:t>І заморгала бистро у тьмі&lt;br /&gt;</w:t>
        <w:br/>
        <w:t>Огняними очима,&lt;br /&gt;</w:t>
        <w:br/>
        <w:t>Забурчала, як мати, що, знай,&lt;br /&gt;</w:t>
        <w:br/>
        <w:t>На лиху доню грима.</w:t>
      </w:r>
    </w:p>
    <w:p>
      <w:r>
        <w:br/>
        <w:t>Із тривогою слухав Мойсей&lt;br /&gt;</w:t>
        <w:br/>
        <w:t>Пітьми й блискавок мови,&lt;br /&gt;</w:t>
        <w:br/>
        <w:t>Ні, не чути ще серцю його&lt;br /&gt;</w:t>
        <w:br/>
        <w:t>У них гласу Єгови.</w:t>
      </w:r>
    </w:p>
    <w:p>
      <w:r>
        <w:br/>
        <w:t>І ревнув понад горами грім,&lt;br /&gt;</w:t>
        <w:br/>
        <w:t>З жаху їжиться волос,&lt;br /&gt;</w:t>
        <w:br/>
        <w:t>Завмира серце в груді... та ні,&lt;br /&gt;</w:t>
        <w:br/>
        <w:t>Не Єгови се голос.</w:t>
      </w:r>
    </w:p>
    <w:p>
      <w:r>
        <w:br/>
        <w:t>Поміж скелі завили вітри,&lt;br /&gt;</w:t>
        <w:br/>
        <w:t>Їх сердитії нути&lt;br /&gt;</w:t>
        <w:br/>
        <w:t>Кліщать душу, мов стогін, та в них&lt;br /&gt;</w:t>
        <w:br/>
        <w:t>Ще Єгови не чути.</w:t>
      </w:r>
    </w:p>
    <w:p>
      <w:r>
        <w:br/>
        <w:t>Ось із градом і дощ злопотів,&lt;br /&gt;</w:t>
        <w:br/>
        <w:t>І заціпила стужа,&lt;br /&gt;</w:t>
        <w:br/>
        <w:t>І в безсиллі свойому душа&lt;br /&gt;</w:t>
        <w:br/>
        <w:t>Подається недужа.</w:t>
      </w:r>
    </w:p>
    <w:p>
      <w:r>
        <w:br/>
        <w:t>Та ось стихло, лиш води дзюрчать,&lt;br /&gt;</w:t>
        <w:br/>
        <w:t>Мов хтось хлипає з жалю,&lt;br /&gt;</w:t>
        <w:br/>
        <w:t>З теплим леготом запах потяг&lt;br /&gt;</w:t>
        <w:br/>
        <w:t>З теребінт і мигдалю.</w:t>
      </w:r>
    </w:p>
    <w:p>
      <w:r>
        <w:br/>
        <w:t>І в тім леготі теплім була&lt;br /&gt;</w:t>
        <w:br/>
        <w:t>Таємничая мова,&lt;br /&gt;</w:t>
        <w:br/>
        <w:t>І відчув її серцем Мойсей:&lt;br /&gt;</w:t>
        <w:br/>
        <w:t>Се говорить Єгова.</w:t>
      </w:r>
    </w:p>
    <w:p>
      <w:r>
        <w:br/>
        <w:t>"Одурив вас Єгова? А ти ж&lt;br /&gt;</w:t>
        <w:br/>
        <w:t>Був зо мною на згоді?&lt;br /&gt;</w:t>
        <w:br/>
        <w:t>І контракт підписав, і запив&lt;br /&gt;</w:t>
        <w:br/>
        <w:t>Могорич при народі?</w:t>
      </w:r>
    </w:p>
    <w:p>
      <w:r>
        <w:br/>
        <w:t>Бачив плани мої і читав&lt;br /&gt;</w:t>
        <w:br/>
        <w:t>В моїй книзі судьбовій?&lt;br /&gt;</w:t>
        <w:br/>
        <w:t>Бачив кінці і знаєш, що я&lt;br /&gt;</w:t>
        <w:br/>
        <w:t>Не устоявся в слові?</w:t>
      </w:r>
    </w:p>
    <w:p>
      <w:r>
        <w:br/>
        <w:t>Маловіре, ще ти не почавсь&lt;br /&gt;</w:t>
        <w:br/>
        <w:t>В материнській утробі,&lt;br /&gt;</w:t>
        <w:br/>
        <w:t>А я кождий твій віддих злічив,&lt;br /&gt;</w:t>
        <w:br/>
        <w:t>Кождий волос на тобі.</w:t>
      </w:r>
    </w:p>
    <w:p>
      <w:r>
        <w:br/>
        <w:t>Ще не йшов Авраам з землі Ур&lt;br /&gt;</w:t>
        <w:br/>
        <w:t>На гарранські рівнини,&lt;br /&gt;</w:t>
        <w:br/>
        <w:t>А я знав всіх потемків його&lt;br /&gt;</w:t>
        <w:br/>
        <w:t>До остатньої днини.</w:t>
      </w:r>
    </w:p>
    <w:p>
      <w:r>
        <w:br/>
        <w:t>Вбогий край ваш, вузький і тісний&lt;br /&gt;</w:t>
        <w:br/>
        <w:t>І багатством не блиска?&lt;br /&gt;</w:t>
        <w:br/>
        <w:t>А забув, що тісна і вузька&lt;br /&gt;</w:t>
        <w:br/>
        <w:t>І найбільших колиска.</w:t>
      </w:r>
    </w:p>
    <w:p>
      <w:r>
        <w:br/>
        <w:t>Прийде час, з неї виведу вас&lt;br /&gt;</w:t>
        <w:br/>
        <w:t>На підбої та труди.&lt;br /&gt;</w:t>
        <w:br/>
        <w:t>Так, як мати дитину в свій час&lt;br /&gt;</w:t>
        <w:br/>
        <w:t>Відлучає від груди.</w:t>
      </w:r>
    </w:p>
    <w:p>
      <w:r>
        <w:br/>
        <w:t>Тут на полі скупім і худім,&lt;br /&gt;</w:t>
        <w:br/>
        <w:t>Наче терен на ріни,&lt;br /&gt;</w:t>
        <w:br/>
        <w:t>Виростайте ціпкі і тверді&lt;br /&gt;</w:t>
        <w:br/>
        <w:t>До великої зміни.</w:t>
      </w:r>
    </w:p>
    <w:p>
      <w:r>
        <w:br/>
        <w:t>О, я знаю ту вашу ціпку,&lt;br /&gt;</w:t>
        <w:br/>
        <w:t>Ненаситную вдачу!&lt;br /&gt;</w:t>
        <w:br/>
        <w:t>Ви б на жизній землі розповзлись&lt;br /&gt;</w:t>
        <w:br/>
        <w:t>На подобу будячу.</w:t>
      </w:r>
    </w:p>
    <w:p>
      <w:r>
        <w:br/>
        <w:t>Ви б і тілом, і духом своїм&lt;br /&gt;</w:t>
        <w:br/>
        <w:t>Присмоктались до скиби,&lt;br /&gt;</w:t>
        <w:br/>
        <w:t>І зловив би вас Маммон у сак,&lt;br /&gt;</w:t>
        <w:br/>
        <w:t>Як товстючії риби.</w:t>
      </w:r>
    </w:p>
    <w:p>
      <w:r>
        <w:br/>
        <w:t>Таж в Єгипті ви гнулись в ярмі,&lt;br /&gt;</w:t>
        <w:br/>
        <w:t>Наїдавшися ласо...&lt;br /&gt;</w:t>
        <w:br/>
        <w:t>Відригаться вам буде повік&lt;br /&gt;</w:t>
        <w:br/>
        <w:t>Те єгипетське м’ясо.</w:t>
      </w:r>
    </w:p>
    <w:p>
      <w:r>
        <w:br/>
        <w:t>І, зірвавшися з сеї землі&lt;br /&gt;</w:t>
        <w:br/>
        <w:t>Та розбивши всі карби,&lt;br /&gt;</w:t>
        <w:br/>
        <w:t>Ви розвієтесь світ здобувать,&lt;br /&gt;</w:t>
        <w:br/>
        <w:t>Його соки і скарби.</w:t>
      </w:r>
    </w:p>
    <w:p>
      <w:r>
        <w:br/>
        <w:t>Та зарік я положу твердий&lt;br /&gt;</w:t>
        <w:br/>
        <w:t>На всі ваші здобутки,&lt;br /&gt;</w:t>
        <w:br/>
        <w:t>Мов гадюку на скарбі, дам вам&lt;br /&gt;</w:t>
        <w:br/>
        <w:t>З них турботи і смутки.</w:t>
      </w:r>
    </w:p>
    <w:p>
      <w:r>
        <w:br/>
        <w:t>Хто здобуде всі скарби землі&lt;br /&gt;</w:t>
        <w:br/>
        <w:t>І над все їх полюбить,&lt;br /&gt;</w:t>
        <w:br/>
        <w:t>Той і сам стане їхнім рабом,&lt;br /&gt;</w:t>
        <w:br/>
        <w:t>Скарби духу загубить.</w:t>
      </w:r>
    </w:p>
    <w:p>
      <w:r>
        <w:br/>
        <w:t>Своїх скарбів невольник і пан,&lt;br /&gt;</w:t>
        <w:br/>
        <w:t>За ціну сліз і крови,&lt;br /&gt;</w:t>
        <w:br/>
        <w:t>Щоб збільшити їх, мусить він сам&lt;br /&gt;</w:t>
        <w:br/>
        <w:t>Руйнувать їх основи.</w:t>
      </w:r>
    </w:p>
    <w:p>
      <w:r>
        <w:br/>
        <w:t>І як п’явка, що кров чужу ссе, —&lt;br /&gt;</w:t>
        <w:br/>
        <w:t>Йому лік, сама гине,—&lt;br /&gt;</w:t>
        <w:br/>
        <w:t>Так і вас золотий океан&lt;br /&gt;</w:t>
        <w:br/>
        <w:t>На мілизні покине.</w:t>
      </w:r>
    </w:p>
    <w:p>
      <w:r>
        <w:br/>
        <w:t>В золотім океані вас все&lt;br /&gt;</w:t>
        <w:br/>
        <w:t>Буде спрага томити,&lt;br /&gt;</w:t>
        <w:br/>
        <w:t>І не зможе вас хліб золотий&lt;br /&gt;</w:t>
        <w:br/>
        <w:t>Ані раз накормити.</w:t>
      </w:r>
    </w:p>
    <w:p>
      <w:r>
        <w:br/>
        <w:t>І будете ви свідки мені&lt;br /&gt;</w:t>
        <w:br/>
        <w:t>З краю світу до краю,&lt;br /&gt;</w:t>
        <w:br/>
        <w:t>Що лиш духу кормильців з усіх&lt;br /&gt;</w:t>
        <w:br/>
        <w:t>Я собі вибираю.</w:t>
      </w:r>
    </w:p>
    <w:p>
      <w:r>
        <w:br/>
        <w:t>Хто вас хлібом накормить, той враз&lt;br /&gt;</w:t>
        <w:br/>
        <w:t>З хлібом піде до гною;&lt;br /&gt;</w:t>
        <w:br/>
        <w:t>Та хто духа накормить у вас,&lt;br /&gt;</w:t>
        <w:br/>
        <w:t>Той зіллється зо мною.</w:t>
      </w:r>
    </w:p>
    <w:p>
      <w:r>
        <w:br/>
        <w:t>Ось де ваш обітований край,&lt;br /&gt;</w:t>
        <w:br/>
        <w:t>Безграничний, блистячий,&lt;br /&gt;</w:t>
        <w:br/>
        <w:t>І до нього ти людям моїм&lt;br /&gt;</w:t>
        <w:br/>
        <w:t>Був проводир незрячий.</w:t>
      </w:r>
    </w:p>
    <w:p>
      <w:r>
        <w:br/>
        <w:t>Ось де вам вітчина осяйна,&lt;br /&gt;</w:t>
        <w:br/>
        <w:t>З всіх найкраща частина!&lt;br /&gt;</w:t>
        <w:br/>
        <w:t>Лиш дрібненький задаток її&lt;br /&gt;</w:t>
        <w:br/>
        <w:t>Вам отся Палестина.</w:t>
      </w:r>
    </w:p>
    <w:p>
      <w:r>
        <w:br/>
        <w:t>Се лиш спомин вам буде, лиш сон,&lt;br /&gt;</w:t>
        <w:br/>
        <w:t>Невгасаюча туга,&lt;br /&gt;</w:t>
        <w:br/>
        <w:t>Щоб, шукавши її, став мій люд&lt;br /&gt;</w:t>
        <w:br/>
        <w:t>Паном земного круга.</w:t>
      </w:r>
    </w:p>
    <w:p>
      <w:r>
        <w:br/>
        <w:t>А що ти усумнивсь на момент&lt;br /&gt;</w:t>
        <w:br/>
        <w:t>Щодо волі моєї,&lt;br /&gt;</w:t>
        <w:br/>
        <w:t>То, побачивши сю вітчину,&lt;br /&gt;</w:t>
        <w:br/>
        <w:t>Сам не вступиш до неї.</w:t>
      </w:r>
    </w:p>
    <w:p>
      <w:r>
        <w:br/>
        <w:t>Тут і кості зотліють твої&lt;br /&gt;</w:t>
        <w:br/>
        <w:t>На взірець і для страху&lt;br /&gt;</w:t>
        <w:br/>
        <w:t>Всім, що рвуться весь вік до мети&lt;br /&gt;</w:t>
        <w:br/>
        <w:t>І вмирають на шляху!"&lt;br /&gt;</w:t>
        <w:br/>
        <w:t>XX</w:t>
      </w:r>
    </w:p>
    <w:p>
      <w:r>
        <w:br/>
        <w:t>Ходить туга по голій горі,&lt;br /&gt;</w:t>
        <w:br/>
        <w:t>Мов туман по пустині,&lt;br /&gt;</w:t>
        <w:br/>
        <w:t>Сіє думи й бажання свої&lt;br /&gt;</w:t>
        <w:br/>
        <w:t>По широкій країні.</w:t>
      </w:r>
    </w:p>
    <w:p>
      <w:r>
        <w:br/>
        <w:t>Сипле цвіти й листки, що давно&lt;br /&gt;</w:t>
        <w:br/>
        <w:t>Вже зів’яли й пожовкли,&lt;br /&gt;</w:t>
        <w:br/>
        <w:t>Підіймає в душі голоси,&lt;br /&gt;</w:t>
        <w:br/>
        <w:t>Що давно вже замовкли.</w:t>
      </w:r>
    </w:p>
    <w:p>
      <w:r>
        <w:br/>
        <w:t>Що ще вчора байдужне було,&lt;br /&gt;</w:t>
        <w:br/>
        <w:t>Нині любе й шановне;&lt;br /&gt;</w:t>
        <w:br/>
        <w:t>Що ще вчора топтав, оплював,&lt;br /&gt;</w:t>
        <w:br/>
        <w:t>Нині святості повне.</w:t>
      </w:r>
    </w:p>
    <w:p>
      <w:r>
        <w:br/>
        <w:t>У гебрейському таборі ніч&lt;br /&gt;</w:t>
        <w:br/>
        <w:t>Проминула в тривозі;&lt;br /&gt;</w:t>
        <w:br/>
        <w:t>Скоро світ, всі глядять: він ще там,&lt;br /&gt;</w:t>
        <w:br/>
        <w:t>На скалистій віднозі?</w:t>
      </w:r>
    </w:p>
    <w:p>
      <w:r>
        <w:br/>
        <w:t>Ні, нема! І було те "нема",&lt;br /&gt;</w:t>
        <w:br/>
        <w:t>Мов жах смерті холодний.&lt;br /&gt;</w:t>
        <w:br/>
        <w:t>Чули всі: щезло те, без чого&lt;br /&gt;</w:t>
        <w:br/>
        <w:t>Жить ніхто з них не годний.</w:t>
      </w:r>
    </w:p>
    <w:p>
      <w:r>
        <w:br/>
        <w:t>Те незриме, несхопне, що все&lt;br /&gt;</w:t>
        <w:br/>
        <w:t>Поміж ними горіло,&lt;br /&gt;</w:t>
        <w:br/>
        <w:t>Що давало їм смисл життєвий,&lt;br /&gt;</w:t>
        <w:br/>
        <w:t>Просвітляло і гріло.</w:t>
      </w:r>
    </w:p>
    <w:p>
      <w:r>
        <w:br/>
        <w:t>І безмежна скорбота лягла&lt;br /&gt;</w:t>
        <w:br/>
        <w:t>На затвердле сумління,&lt;br /&gt;</w:t>
        <w:br/>
        <w:t>І весь табір мов чаром попав&lt;br /&gt;</w:t>
        <w:br/>
        <w:t>В отупіння й зомління.</w:t>
      </w:r>
    </w:p>
    <w:p>
      <w:r>
        <w:br/>
        <w:t>Одні одним у лиця бліді&lt;br /&gt;</w:t>
        <w:br/>
        <w:t>Поглядали без впину,&lt;br /&gt;</w:t>
        <w:br/>
        <w:t>Мов убійці, що вбили у сні&lt;br /&gt;</w:t>
        <w:br/>
        <w:t>Найдорожчу людину.</w:t>
      </w:r>
    </w:p>
    <w:p>
      <w:r>
        <w:br/>
        <w:t>Чути тупіт. Чи вихор в степу?&lt;br /&gt;</w:t>
        <w:br/>
        <w:t>Чи збуваєсь пророцтво?&lt;br /&gt;</w:t>
        <w:br/>
        <w:t>Се Єгошуа, князь конюхів,&lt;br /&gt;</w:t>
        <w:br/>
        <w:t>І за ним парубоцтво.</w:t>
      </w:r>
    </w:p>
    <w:p>
      <w:r>
        <w:br/>
        <w:t>Гонять стада, кудись-то спішать...&lt;br /&gt;</w:t>
        <w:br/>
        <w:t>Чи де напад ворожий?&lt;br /&gt;</w:t>
        <w:br/>
        <w:t>Всіх їх гонить безіменний страх,&lt;br /&gt;</w:t>
        <w:br/>
        <w:t>Невідомий перст божий,</w:t>
      </w:r>
    </w:p>
    <w:p>
      <w:r>
        <w:br/>
        <w:t>Голод духу і жах самоти&lt;br /&gt;</w:t>
        <w:br/>
        <w:t>І безодні старої...&lt;br /&gt;</w:t>
        <w:br/>
        <w:t>А Єгошуа зично кричить:&lt;br /&gt;</w:t>
        <w:br/>
        <w:t>"До походу! До зброї!"</w:t>
      </w:r>
    </w:p>
    <w:p>
      <w:r>
        <w:br/>
        <w:t>І зірвався той крик, мов орел,&lt;br /&gt;</w:t>
        <w:br/>
        <w:t>Над німою юрбою,&lt;br /&gt;</w:t>
        <w:br/>
        <w:t>Покотився луною до гір:&lt;br /&gt;</w:t>
        <w:br/>
        <w:t>"До походу! До бою!"</w:t>
      </w:r>
    </w:p>
    <w:p>
      <w:r>
        <w:br/>
        <w:t>Ще момент — і прокинуться всі&lt;br /&gt;</w:t>
        <w:br/>
        <w:t>З остовпіння тупого,&lt;br /&gt;</w:t>
        <w:br/>
        <w:t>І не знатиме жаден, що вмить&lt;br /&gt;</w:t>
        <w:br/>
        <w:t>Приступило до нього.</w:t>
      </w:r>
    </w:p>
    <w:p>
      <w:r>
        <w:br/>
        <w:t>Ще момент — і Єгошуї крик&lt;br /&gt;</w:t>
        <w:br/>
        <w:t>Гірл сто тисяч повторить;&lt;br /&gt;</w:t>
        <w:br/>
        <w:t>Із номадів лінивих ся мить&lt;br /&gt;</w:t>
        <w:br/>
        <w:t>Люд героїв сотворить.</w:t>
      </w:r>
    </w:p>
    <w:p>
      <w:r>
        <w:br/>
        <w:t>Задуднять — і пустині пісок&lt;br /&gt;</w:t>
        <w:br/>
        <w:t>На болото замісять,&lt;br /&gt;</w:t>
        <w:br/>
        <w:t>Авірона камінням поб’ють,&lt;br /&gt;</w:t>
        <w:br/>
        <w:t>А Датана повісять.</w:t>
      </w:r>
    </w:p>
    <w:p>
      <w:r>
        <w:br/>
        <w:t>Через гори полинуть, як птах,&lt;br /&gt;</w:t>
        <w:br/>
        <w:t>Йордан в бризки розкроплять,&lt;br /&gt;</w:t>
        <w:br/>
        <w:t>Єрихонськії мури, мов лід,&lt;br /&gt;</w:t>
        <w:br/>
        <w:t>Звуком трубним розтоплять.</w:t>
      </w:r>
    </w:p>
    <w:p>
      <w:r>
        <w:br/>
        <w:t>І підуть вони в безвість віків,&lt;br /&gt;</w:t>
        <w:br/>
        <w:t>Повні туги і жаху,&lt;br /&gt;</w:t>
        <w:br/>
        <w:t>Простувать в ході духові шлях&lt;br /&gt;</w:t>
        <w:br/>
        <w:t>І вмирати на шляху...</w:t>
      </w:r>
    </w:p>
    <w:p>
      <w:r>
        <w:br/>
        <w:t>Львів, січень до липня 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Мойсей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