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Morituri</w:t>
      </w:r>
    </w:p>
    <w:p>
      <w:r>
        <w:br/>
        <w:t xml:space="preserve"> &lt;p&gt;*</w:t>
      </w:r>
    </w:p>
    <w:p>
      <w:r>
        <w:br/>
        <w:t>Ще до сходу сонця сходилися вони до голяра Тимка щонеділі і свята, аби голитися і підстригати чупер. Приносили з дому то хліб, то солонину, то інший харч, а грошей ніколи, їх було вже небогато в селі, що держалися Тимка, бо одні повмирали, а другі пропали на війні. Але від трийцяти літ вони привикли мати оцей схід і не покидали його.</w:t>
      </w:r>
    </w:p>
    <w:p>
      <w:r>
        <w:br/>
        <w:t>***</w:t>
      </w:r>
    </w:p>
    <w:p>
      <w:r>
        <w:br/>
        <w:t>— Коби-сте не курили такі тютюни, що я гину від них, та не рзали, як коні, бо я глухну.</w:t>
      </w:r>
    </w:p>
    <w:p>
      <w:r>
        <w:br/>
        <w:t>— Сиди, Насте, тихо, а глуха-то ти давно.</w:t>
      </w:r>
    </w:p>
    <w:p>
      <w:r>
        <w:br/>
        <w:t>— Як не глухнути в такім млині, стидайтеси, старі пайташі.</w:t>
      </w:r>
    </w:p>
    <w:p>
      <w:r>
        <w:br/>
        <w:t>— Та чого ви слухаєте музику з беззубого гребіня? — каже Тимко.</w:t>
      </w:r>
    </w:p>
    <w:p>
      <w:r>
        <w:br/>
        <w:t>— О, якого ґазду маю, видите ступня! І він ще такий храпливий та слинавий...</w:t>
      </w:r>
    </w:p>
    <w:p>
      <w:r>
        <w:br/>
        <w:t>— Ти питлюєш язиком, як у млині...</w:t>
      </w:r>
    </w:p>
    <w:p>
      <w:r>
        <w:br/>
        <w:t>— Тьфу на тебе, старий.</w:t>
      </w:r>
    </w:p>
    <w:p>
      <w:r>
        <w:br/>
        <w:t>— Вона би ще хотіла так, як давно, аби її попліскувати по мнєкім, але, небого, вибачай, мнєкого вже давно нема.</w:t>
      </w:r>
    </w:p>
    <w:p>
      <w:r>
        <w:br/>
        <w:t>— І це ти таке в неділю говориш, окаяннику, таже сегодні-завтра до дучі маєш забиратиси...</w:t>
      </w:r>
    </w:p>
    <w:p>
      <w:r>
        <w:br/>
        <w:t>— Най і до дучі, а таки старих бабів не буду плескати.</w:t>
      </w:r>
    </w:p>
    <w:p>
      <w:r>
        <w:br/>
        <w:t>Регіт, сміх, Настин кашель.</w:t>
      </w:r>
    </w:p>
    <w:p>
      <w:r>
        <w:br/>
        <w:t>***</w:t>
      </w:r>
    </w:p>
    <w:p>
      <w:r>
        <w:br/>
        <w:t>— Тимку, бери, мой, кліщі та тєгни зуб, та я цеї ночі по стінах дравси.</w:t>
      </w:r>
    </w:p>
    <w:p>
      <w:r>
        <w:br/>
        <w:t>— Котрий зуб?</w:t>
      </w:r>
    </w:p>
    <w:p>
      <w:r>
        <w:br/>
        <w:t>— Та на, дивиси.</w:t>
      </w:r>
    </w:p>
    <w:p>
      <w:r>
        <w:br/>
        <w:t>Василь розняв рот і показав цілий ряд білих зубів.</w:t>
      </w:r>
    </w:p>
    <w:p>
      <w:r>
        <w:br/>
        <w:t>— Та який дідько з зубами з твоїми? Зуби такі, що залізо перекусиш.</w:t>
      </w:r>
    </w:p>
    <w:p>
      <w:r>
        <w:br/>
        <w:t>— А я не годен вітримати.</w:t>
      </w:r>
    </w:p>
    <w:p>
      <w:r>
        <w:br/>
        <w:t>— Я, небоже, не буду до служби божої тєгнути.</w:t>
      </w:r>
    </w:p>
    <w:p>
      <w:r>
        <w:br/>
        <w:t>— Терпи, як можеш, до післі служби, бо я тепер кров не буду пускати.</w:t>
      </w:r>
    </w:p>
    <w:p>
      <w:r>
        <w:br/>
        <w:t>— І-і, кілько ти нам крові вже пустив перед службою з бороди та лица.</w:t>
      </w:r>
    </w:p>
    <w:p>
      <w:r>
        <w:br/>
        <w:t>— То не хотічи, а це інше.</w:t>
      </w:r>
    </w:p>
    <w:p>
      <w:r>
        <w:br/>
        <w:t>— Васи, а пробуй горівки.</w:t>
      </w:r>
    </w:p>
    <w:p>
      <w:r>
        <w:br/>
        <w:t>Сходили діти ціле село — та й нема.</w:t>
      </w:r>
    </w:p>
    <w:p>
      <w:r>
        <w:br/>
        <w:t>— Нешті румунешті.</w:t>
      </w:r>
    </w:p>
    <w:p>
      <w:r>
        <w:br/>
        <w:t>— А я зараз найду, але аж на кінці села.</w:t>
      </w:r>
    </w:p>
    <w:p>
      <w:r>
        <w:br/>
        <w:t>— А кілько нас є?</w:t>
      </w:r>
    </w:p>
    <w:p>
      <w:r>
        <w:br/>
        <w:t>Порахували.</w:t>
      </w:r>
    </w:p>
    <w:p>
      <w:r>
        <w:br/>
        <w:t>— Літерку як купиш, та й буде.</w:t>
      </w:r>
    </w:p>
    <w:p>
      <w:r>
        <w:br/>
        <w:t>Всі шукали грошей, поволі, ніби невдоволені, але раді, що буде забава.</w:t>
      </w:r>
    </w:p>
    <w:p>
      <w:r>
        <w:br/>
        <w:t>***</w:t>
      </w:r>
    </w:p>
    <w:p>
      <w:r>
        <w:br/>
        <w:t>— Розробляйте мило, котрі голитеси, а котрі стрижитеси, то сідайте, бо сонце сходить.</w:t>
      </w:r>
    </w:p>
    <w:p>
      <w:r>
        <w:br/>
        <w:t>— Тимку, небоже, ти тримай вже трафіку з папірками, бо як котрий віде з твоїх рук, то мусить цілу книжечку віліпити, аби кров з него не зійшла.</w:t>
      </w:r>
    </w:p>
    <w:p>
      <w:r>
        <w:br/>
        <w:t>— Та в тебе, Миколо, така тверда борода, що я борше би дику свиню віголив та пустив до церкви, ніж тебе.</w:t>
      </w:r>
    </w:p>
    <w:p>
      <w:r>
        <w:br/>
        <w:t>— Тобі все недогода, а на Юрка нарікаєш, що має мнєкий волос.</w:t>
      </w:r>
    </w:p>
    <w:p>
      <w:r>
        <w:br/>
        <w:t>— Бо також пустий волос, такий, як у дівки межи пахами... Мені вже рука дрожить, я не знаю, як я вас доголю до кінця, а як ще котрий з вас вівернете ратиці, то таки не знаю, як вго на лаву покласти.</w:t>
      </w:r>
    </w:p>
    <w:p>
      <w:r>
        <w:br/>
        <w:t>Сонце вже добре зійшло, як Тимкові гості сиділи обліплені папірцями та чекали на горівку.</w:t>
      </w:r>
    </w:p>
    <w:p>
      <w:r>
        <w:br/>
        <w:t>Микита врешті прийшов з пляшкою, і заки ще обголився, то на столі була горівка і накроєний хліб з часником.</w:t>
      </w:r>
    </w:p>
    <w:p>
      <w:r>
        <w:br/>
        <w:t>***</w:t>
      </w:r>
    </w:p>
    <w:p>
      <w:r>
        <w:br/>
        <w:t>— Пиймо, бре, бо гони наші короткії Що будемо собі жалувати?</w:t>
      </w:r>
    </w:p>
    <w:p>
      <w:r>
        <w:br/>
        <w:t>— Та нам коби цеї нехтолиці хто доносив, то ще би-с, мо, дубали поволі. Війта вже не кладемо, ради не вібираємо, послів не посилаємо.</w:t>
      </w:r>
    </w:p>
    <w:p>
      <w:r>
        <w:br/>
        <w:t>— Все перейшло на читальню, там тепер рєд .</w:t>
      </w:r>
    </w:p>
    <w:p>
      <w:r>
        <w:br/>
        <w:t>— От, рєд, дівки перебираютьси на парубків, парубки на дівок, обіймаютьси без встиду та сорому, весілє справлєють та беруть грощі за білета.</w:t>
      </w:r>
    </w:p>
    <w:p>
      <w:r>
        <w:br/>
        <w:t>— Така тепер у них настала забава, але вони мають розум, не бійси, молоді, світом бували. Польщі ані-ані не хотє, а панцькі грунти хотє розділити.</w:t>
      </w:r>
    </w:p>
    <w:p>
      <w:r>
        <w:br/>
        <w:t>— Бігме, добре, ніц не кажіть, тепер з цев Польщев ніхто не годен вітримати: і маєткове, і доходове, і ґрунтове, і від псів, і від гноївки... але де що на світі є!</w:t>
      </w:r>
    </w:p>
    <w:p>
      <w:r>
        <w:br/>
        <w:t>— Та коби могли вібороти! От дай боже здоровлє, Насте, та й не кричи на нас, бо, небого, вже-м на розході.</w:t>
      </w:r>
    </w:p>
    <w:p>
      <w:r>
        <w:br/>
        <w:t>— Та що я вам кажу, дай боже і вам здоровля, лиш не загрійте голови, як котрих зелених свєт: люди йдуть до церкви, село обмаєне, а ви лежите, як дуб'є, під любистком...</w:t>
      </w:r>
    </w:p>
    <w:p>
      <w:r>
        <w:br/>
        <w:t>— Тогди був гелт, де ті часи?..</w:t>
      </w:r>
    </w:p>
    <w:p>
      <w:r>
        <w:br/>
        <w:t>Довго ще балакали і Василеві на хорий зуб оставили зо два келишки.</w:t>
      </w:r>
    </w:p>
    <w:p>
      <w:r>
        <w:br/>
        <w:t>— Та йдіть вже додому, та коли вас жінки зберуть до церкви і коли я вімету оте волосе, кінцькі гриви з білих коней...</w:t>
      </w:r>
    </w:p>
    <w:p>
      <w:r>
        <w:br/>
        <w:t>І вони виходили з хати зі спеченими обличчями, які сонце довгі роки пражило; воно й тепер зараз увіссалося в них, та й вони його несли до своїх домів.</w:t>
      </w:r>
    </w:p>
    <w:p>
      <w:r>
        <w:br/>
        <w:t>***</w:t>
      </w:r>
    </w:p>
    <w:p>
      <w:r>
        <w:br/>
        <w:t>— Зараз буде біда,— казав Микола Максимові.</w:t>
      </w:r>
    </w:p>
    <w:p>
      <w:r>
        <w:br/>
        <w:t>— Та яка біда, а дітем від тебе зась!</w:t>
      </w:r>
    </w:p>
    <w:p>
      <w:r>
        <w:br/>
        <w:t>— Та дітем зась, але стара. Вже чекає, аж очі відивила, аби мене чісати.</w:t>
      </w:r>
    </w:p>
    <w:p>
      <w:r>
        <w:br/>
        <w:t>— Сам си чіши.</w:t>
      </w:r>
    </w:p>
    <w:p>
      <w:r>
        <w:br/>
        <w:t>— А де ж би вона дала, вона ціпко любить полюванє робити в чупрі, та зараз занюхає, що-м пив горівку. Та й казане: не маєш стиду, старий, ні від сонца, ні від людий.</w:t>
      </w:r>
    </w:p>
    <w:p>
      <w:r>
        <w:br/>
        <w:t>— То сховайси десь у стодолі.</w:t>
      </w:r>
    </w:p>
    <w:p>
      <w:r>
        <w:br/>
        <w:t>— То пропало, вона би мене з гребенем шукала до завтра...</w:t>
      </w:r>
    </w:p>
    <w:p>
      <w:r>
        <w:br/>
        <w:t>*Morituri — Ті, що чекають смерті (лат.)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Morituri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