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Морквяний хлопчик</w:t>
      </w:r>
    </w:p>
    <w:p>
      <w:r>
        <w:br/>
        <w:t xml:space="preserve"> Їхав хлопчик морквяний,&lt;br /&gt;</w:t>
        <w:br/>
        <w:t>Коник буряковий,&lt;br /&gt;</w:t>
        <w:br/>
        <w:t>На нім шапка з лободи,&lt;br /&gt;</w:t>
        <w:br/>
        <w:t>Жупан лопуховий,</w:t>
      </w:r>
    </w:p>
    <w:p>
      <w:r>
        <w:br/>
        <w:t>Пістолети з качана,&lt;br /&gt;</w:t>
        <w:br/>
        <w:t>Кулі з бараболі,&lt;br /&gt;</w:t>
        <w:br/>
        <w:t>А шабелька з пастернаку,&lt;br /&gt;</w:t>
        <w:br/>
        <w:t>Стремена з квасолі.</w:t>
      </w:r>
    </w:p>
    <w:p>
      <w:r>
        <w:br/>
        <w:t>Їде хлопчик морквяний,&lt;br /&gt;</w:t>
        <w:br/>
        <w:t>Під ним коник грає.&lt;br /&gt;</w:t>
        <w:br/>
        <w:t>Надибали його свинки —&lt;br /&gt;</w:t>
        <w:br/>
        <w:t>Цілісінька зграя!</w:t>
      </w:r>
    </w:p>
    <w:p>
      <w:r>
        <w:br/>
        <w:t>Він вихвата пістолета,&lt;br /&gt;</w:t>
        <w:br/>
        <w:t>Став свинки стріляти.&lt;br /&gt;</w:t>
        <w:br/>
        <w:t>Свині кулі похватали,—&lt;br /&gt;</w:t>
        <w:br/>
        <w:t>Нічим воювати.</w:t>
      </w:r>
    </w:p>
    <w:p>
      <w:r>
        <w:br/>
        <w:t>Він узявся за шабельку,&lt;br /&gt;</w:t>
        <w:br/>
        <w:t>Став свині рубати.&lt;br /&gt;</w:t>
        <w:br/>
        <w:t>Геть шабельку свині згризли,—&lt;br /&gt;</w:t>
        <w:br/>
        <w:t>Нічим воювати!</w:t>
      </w:r>
    </w:p>
    <w:p>
      <w:r>
        <w:br/>
        <w:t>Обернувся туди-сюди,&lt;br /&gt;</w:t>
        <w:br/>
        <w:t>Хтів у ліс тікати:&lt;br /&gt;</w:t>
        <w:br/>
        <w:t>Через тії люті звірі&lt;br /&gt;</w:t>
        <w:br/>
        <w:t>Мушу пропадати!</w:t>
      </w:r>
    </w:p>
    <w:p>
      <w:r>
        <w:br/>
        <w:t>Ідуть люди, ідуть люди,&lt;br /&gt;</w:t>
        <w:br/>
        <w:t>Ідуть край дороги,&lt;br /&gt;</w:t>
        <w:br/>
        <w:t>Чисто свині все поїли,&lt;br /&gt;</w:t>
        <w:br/>
        <w:t>Тільки й видно ноги.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Морквяний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