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мотив "Діндуху"</w:t>
      </w:r>
    </w:p>
    <w:p>
      <w:r>
        <w:br/>
        <w:t xml:space="preserve"> На мотив "Діндуху"</w:t>
      </w:r>
    </w:p>
    <w:p>
      <w:r>
        <w:br/>
        <w:t>Вирушаю в Юньян&lt;br /&gt;</w:t>
        <w:br/>
        <w:t>по широкій ріці.</w:t>
      </w:r>
    </w:p>
    <w:p>
      <w:r>
        <w:br/>
        <w:t>Осідлали цю річку&lt;br /&gt;</w:t>
        <w:br/>
        <w:t>заможні купці.</w:t>
      </w:r>
    </w:p>
    <w:p>
      <w:r>
        <w:br/>
        <w:t>Коли буйволам спека&lt;br /&gt;</w:t>
        <w:br/>
        <w:t>ламає хребти,</w:t>
      </w:r>
    </w:p>
    <w:p>
      <w:r>
        <w:br/>
        <w:t>Важко людям човна&lt;br /&gt;</w:t>
        <w:br/>
        <w:t>на колодах тягти!</w:t>
      </w:r>
    </w:p>
    <w:p>
      <w:r>
        <w:br/>
        <w:t>І води не нап'єшся —&lt;br /&gt;</w:t>
        <w:br/>
        <w:t>вода тут брудна,</w:t>
      </w:r>
    </w:p>
    <w:p>
      <w:r>
        <w:br/>
        <w:t>І твій чай в чайнику&lt;br /&gt;</w:t>
        <w:br/>
        <w:t>?скаламутивсь до дна.</w:t>
      </w:r>
    </w:p>
    <w:p>
      <w:r>
        <w:br/>
        <w:t>А як пісню бурлак&lt;br /&gt;</w:t>
        <w:br/>
        <w:t>заспіває — "духу",</w:t>
      </w:r>
    </w:p>
    <w:p>
      <w:r>
        <w:br/>
        <w:t>Серце рветься від болю&lt;br /&gt;</w:t>
        <w:br/>
        <w:t>на довгім шляху.</w:t>
      </w:r>
    </w:p>
    <w:p>
      <w:r>
        <w:br/>
        <w:t>Над рікою у скелях&lt;br /&gt;</w:t>
        <w:br/>
        <w:t>раби-рубачі</w:t>
      </w:r>
    </w:p>
    <w:p>
      <w:r>
        <w:br/>
        <w:t>Дикий камінь ламають&lt;br /&gt;</w:t>
        <w:br/>
        <w:t>удень і вночі.</w:t>
      </w:r>
    </w:p>
    <w:p>
      <w:r>
        <w:br/>
        <w:t>Кинеш погляд на гори,&lt;br /&gt;</w:t>
        <w:br/>
        <w:t>на Дан і на Ман,</w:t>
      </w:r>
    </w:p>
    <w:p>
      <w:r>
        <w:br/>
        <w:t>І на очі сльоза&lt;br /&gt;</w:t>
        <w:br/>
        <w:t>напливе, мов туман.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мотив "Діндуху"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