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победы русских над турками...</w:t>
      </w:r>
    </w:p>
    <w:p>
      <w:r>
        <w:br/>
        <w:t xml:space="preserve"> НА ПОБЕДЫ РУССКИХ НАД ТУРКАМИ, ОДЕРЖАННЫЕ ГЕН[ЕРАЛ]-МАЙОР[ОМ] АНДРОННИКОВЫМ В АЗИИ 14-ГО И ВИЦЕ-АДМИРАЛОМ НАХИМОВЫМ 18 НОЯБРЯ 1853 г. НА ПОРТЕ СИНОПА</w:t>
      </w:r>
    </w:p>
    <w:p>
      <w:r>
        <w:br/>
        <w:t>Сидить Абдул, [22]&lt;br /&gt;</w:t>
        <w:br/>
        <w:t>Губи надув&lt;br /&gt;</w:t>
        <w:br/>
        <w:t>І гадку гадає:&lt;br /&gt;</w:t>
        <w:br/>
        <w:t>Що там моє,&lt;br /&gt;</w:t>
        <w:br/>
        <w:t>Турецькеє,&lt;br /&gt;</w:t>
        <w:br/>
        <w:t>Військо поробляє?&lt;br /&gt;</w:t>
        <w:br/>
        <w:t>Скільки ж воно&lt;br /&gt;</w:t>
        <w:br/>
        <w:t>В море на дно&lt;br /&gt;</w:t>
        <w:br/>
        <w:t>Москалів пустило!&lt;br /&gt;</w:t>
        <w:br/>
        <w:t>Скільки ребят&lt;br /&gt;</w:t>
        <w:br/>
        <w:t>З рушниць, з гармат&lt;br /&gt;</w:t>
        <w:br/>
        <w:t>Трупом положило!&lt;br /&gt;</w:t>
        <w:br/>
        <w:t>Ой, вже ж тії,&lt;br /&gt;</w:t>
        <w:br/>
        <w:t>Турецькії,&lt;br /&gt;</w:t>
        <w:br/>
        <w:t>Війська розчухрали!&lt;br /&gt;</w:t>
        <w:br/>
        <w:t>Вже ж над ними&lt;br /&gt;</w:t>
        <w:br/>
        <w:t>Й "Со святими"&lt;br /&gt;</w:t>
        <w:br/>
        <w:t>Дяки одспівали!&lt;br /&gt;</w:t>
        <w:br/>
        <w:t>Вже й в П'ятенбурх&lt;br /&gt;</w:t>
        <w:br/>
        <w:t>Гінець Явтух&lt;br /&gt;</w:t>
        <w:br/>
        <w:t>Чкурнув, що мав сили,&lt;br /&gt;</w:t>
        <w:br/>
        <w:t>З листом об тім,&lt;br /&gt;</w:t>
        <w:br/>
        <w:t>Що туркам всім&lt;br /&gt;</w:t>
        <w:br/>
        <w:t>Пинхву в ніс встромили.&lt;br /&gt;</w:t>
        <w:br/>
        <w:t>Сполать тобі&lt;br /&gt;</w:t>
        <w:br/>
        <w:t>В Руській землі,&lt;br /&gt;</w:t>
        <w:br/>
        <w:t>Андронче [23] козаче!&lt;br /&gt;</w:t>
        <w:br/>
        <w:t>Ти бусурман&lt;br /&gt;</w:t>
        <w:br/>
        <w:t>Зм'яв на гаман —&lt;br /&gt;</w:t>
        <w:br/>
        <w:t>Нехай Абдул скаче!&lt;br /&gt;</w:t>
        <w:br/>
        <w:t>Сполать тобі&lt;br /&gt;</w:t>
        <w:br/>
        <w:t>В Руській землі,&lt;br /&gt;</w:t>
        <w:br/>
        <w:t>Нахименку [24] хвацький,&lt;br /&gt;</w:t>
        <w:br/>
        <w:t>Що попалив&lt;br /&gt;</w:t>
        <w:br/>
        <w:t>І потопив&lt;br /&gt;</w:t>
        <w:br/>
        <w:t>Вайдаки султанські.&lt;br /&gt;</w:t>
        <w:br/>
        <w:t>Та вже ж лизнув,&lt;br /&gt;</w:t>
        <w:br/>
        <w:t>Та вже й мазнув&lt;br /&gt;</w:t>
        <w:br/>
        <w:t>Султана по пиці!&lt;br /&gt;</w:t>
        <w:br/>
        <w:t>Провів шрамки:&lt;br /&gt;</w:t>
        <w:br/>
        <w:t>Будуть втямки&lt;br /&gt;</w:t>
        <w:br/>
        <w:t>На морді синиці.&lt;br /&gt;</w:t>
        <w:br/>
        <w:t>Так, бач, султан,&lt;br /&gt;</w:t>
        <w:br/>
        <w:t>На сей із'ян.&lt;br /&gt;</w:t>
        <w:br/>
        <w:t>Ще й морду пиндючить,&lt;br /&gt;</w:t>
        <w:br/>
        <w:t>На панотця,&lt;br /&gt;</w:t>
        <w:br/>
        <w:t>На Воронця [25]&lt;br /&gt;</w:t>
        <w:br/>
        <w:t>Аркан з шовку сучить.&lt;br /&gt;</w:t>
        <w:br/>
        <w:t>Сучи ж аркан,&lt;br /&gt;</w:t>
        <w:br/>
        <w:t>Дурний султан,&lt;br /&gt;</w:t>
        <w:br/>
        <w:t>Та й скручуй тугенько!&lt;br /&gt;</w:t>
        <w:br/>
        <w:t>Бо туркам всім&lt;br /&gt;</w:t>
        <w:br/>
        <w:t>Висіть на їм&lt;br /&gt;</w:t>
        <w:br/>
        <w:t>Прийдеться довгенько.&lt;br /&gt;</w:t>
        <w:br/>
        <w:t>[Грудень 1853]</w:t>
      </w:r>
    </w:p>
    <w:p>
      <w:r>
        <w:br/>
        <w:t>[22] — Абдул — Абдул Меджіт (1823–1861), турецький султан.&lt;br /&gt;</w:t>
        <w:br/>
        <w:t>[23] — Андронко — Андронников І. М. (1798–1869), командуючий одного із з'єднань російської армії, яке розгромило турецькі війська під Ахалціхе 14 листопада 1853 р.&lt;br /&gt;</w:t>
        <w:br/>
        <w:t>[24] — Нахименко — Нахімов П. С (1802–1855), видатний російський флотоводець. У бою з турками у Сінопській бухті російська ескадра під командуванням Нахімова знищила флот і берегову артилерію ворога.&lt;br /&gt;</w:t>
        <w:br/>
        <w:t>[25] — Воронець — Воронцов М. С. (1782–1856), генерал-фельдмаршал, князь, намісник Кавказу в 1844–1853 рр.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победы русских над турками...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