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полях</w:t>
      </w:r>
    </w:p>
    <w:p>
      <w:r>
        <w:br/>
        <w:t xml:space="preserve"> &lt;p&gt;Так вчасно настала весна і так лагідно!</w:t>
      </w:r>
    </w:p>
    <w:p>
      <w:r>
        <w:br/>
        <w:t>З теплим вітром, сонячним промінням і блискучим дощем, що ледве можна було замітити, як сніг зійшов із землі, і вона осталася без покривала.</w:t>
      </w:r>
    </w:p>
    <w:p>
      <w:r>
        <w:br/>
        <w:t>І з тим було їй добре.</w:t>
      </w:r>
    </w:p>
    <w:p>
      <w:r>
        <w:br/>
        <w:t>У своїй чорній наготі простерлася вона на сонці широко-далеко і купалася в запашних вогких віддихах весни. Місцями, де на ній назбиралася вода, покривалася легкою імлою, а там, де спочивала в ній озимина, прибралася в пишну, веселу зелень.</w:t>
      </w:r>
    </w:p>
    <w:p>
      <w:r>
        <w:br/>
        <w:t>Під склепінням недоглядно співали жайворонки. Лише здавлено і немов перли гуляли трілери [3] в висоті, і перлами котилися вниз...</w:t>
      </w:r>
    </w:p>
    <w:p>
      <w:r>
        <w:br/>
        <w:t>* * *</w:t>
      </w:r>
    </w:p>
    <w:p>
      <w:r>
        <w:br/>
        <w:t>— Так зарання і лагідно, як сього року, наставала весна лиш тоді, як ми дістали нашого Василя,— обізвалася мужичка Марійка до свого чоловіка, що лежав близько хати, грівся на сонці й пас свої пишні молоді воли; ні, не пас, а пускав їх лише, щоб нюхали траву, бо ж вона була ще заніжна і мохната, щоб їх грубі писки могли її скубати.</w:t>
      </w:r>
    </w:p>
    <w:p>
      <w:r>
        <w:br/>
        <w:t>— Так так. Тоді як ми ще не мали нічого, а тепер, коли нам бог допоміг до землі, ми мусимо його тратити!</w:t>
      </w:r>
    </w:p>
    <w:p>
      <w:r>
        <w:br/>
        <w:t>Вона не відповіла нічого; зітхнула й пряла дальше.</w:t>
      </w:r>
    </w:p>
    <w:p>
      <w:r>
        <w:br/>
        <w:t>І між тим тоді і тим тепер лежала лише праця.</w:t>
      </w:r>
    </w:p>
    <w:p>
      <w:r>
        <w:br/>
        <w:t>Від сірого ранку до пізньої ночі — праця.</w:t>
      </w:r>
    </w:p>
    <w:p>
      <w:r>
        <w:br/>
        <w:t>Завсігди була вона тут — і ждала. Похмура й невмолима, пожирала все. Час, думку, забаву, силу, здоров'я, молодість, навіть і ту одробину охоти до життя, коли та хотіла в неспостережених хвилях переломити сірий одностайний тон і позолотити існування. Завсігди була ненаситна і невдоволена; ледве лишила чоловікові кілька крапель крові в жилах і сьомий день у тижні, в якім ішлося зранку до бога, а по обіді — в поле...</w:t>
      </w:r>
    </w:p>
    <w:p>
      <w:r>
        <w:br/>
        <w:t>В поле!.. По двадцятьох майже роках доробилися вони кількох моргів поля.</w:t>
      </w:r>
    </w:p>
    <w:p>
      <w:r>
        <w:br/>
        <w:t>Журбою й мозолею пересякла кожда грудка, але й любов'ю. Тою жадною, заляканою любов'ю, яку відчуває кождий мужик для своєї землі.</w:t>
      </w:r>
    </w:p>
    <w:p>
      <w:r>
        <w:br/>
        <w:t>Про неї говорилося, як про живу істоту.</w:t>
      </w:r>
    </w:p>
    <w:p>
      <w:r>
        <w:br/>
        <w:t>Хто її кормив — того кормила й вона.</w:t>
      </w:r>
    </w:p>
    <w:p>
      <w:r>
        <w:br/>
        <w:t>Хто її не занедбував — того не занедбувала й вона. Ніхто не розумів її ліпше, як мужик,— і тому дав бог мужиків, як сотворив землю.</w:t>
      </w:r>
    </w:p>
    <w:p>
      <w:r>
        <w:br/>
        <w:t>Доки буде земля — будуть і мужики...</w:t>
      </w:r>
    </w:p>
    <w:p>
      <w:r>
        <w:br/>
        <w:t>* * *</w:t>
      </w:r>
    </w:p>
    <w:p>
      <w:r>
        <w:br/>
        <w:t>Мали й двох дорослих синів.</w:t>
      </w:r>
    </w:p>
    <w:p>
      <w:r>
        <w:br/>
        <w:t>За кілька неділь старший, Василь, мав ставати до бранки [4] Від хвилі поклику ходили всі, мов під вагою якогось тягаря. Покличуть його? Чи лишать? Коли би взяли...— щоб ніхто не діждався тої години! — настав би всьому кінець!</w:t>
      </w:r>
    </w:p>
    <w:p>
      <w:r>
        <w:br/>
        <w:t>Поля родили б без помочі його молодої сили лише слабий хліб. Вони обоє постарілися передчасом, а молодший син не вдався. Йому була земля байдужа, і він оминав працю. Безжурний був і до дівчат прихильний. Мов половик спадав всюди, де лиш були які танці, і коїв між ними лихо!.. До того й крав іще, брехав і обмивав своє сумління в горілці.</w:t>
      </w:r>
    </w:p>
    <w:p>
      <w:r>
        <w:br/>
        <w:t>Вкінці закохався в якійсь молодій циганці, що розумілася на зіллях, і забув про тата й маму.</w:t>
      </w:r>
    </w:p>
    <w:p>
      <w:r>
        <w:br/>
        <w:t>З плачем відвернувся сором від нього.</w:t>
      </w:r>
    </w:p>
    <w:p>
      <w:r>
        <w:br/>
        <w:t>Такий був молодший...</w:t>
      </w:r>
    </w:p>
    <w:p>
      <w:r>
        <w:br/>
        <w:t>Бог один знав, що тепер настане. Батьки дивилися в будуччину, як у ніч. Досі був старший їх єдиною потіхою. І молоду мав уже: молодесеньке покірне дівча, що плакало з любові до нього...</w:t>
      </w:r>
    </w:p>
    <w:p>
      <w:r>
        <w:br/>
        <w:t>* * *</w:t>
      </w:r>
    </w:p>
    <w:p>
      <w:r>
        <w:br/>
        <w:t>— Був ти в панотця? — перебила вона мовчанку.— Може, він порадив би, що робити, аби не втратити дитини!</w:t>
      </w:r>
    </w:p>
    <w:p>
      <w:r>
        <w:br/>
        <w:t>— Ей, панотець! Він був знов такий жовчний! День перед тим упала попадя під час служби п'яна до церкви і сварилася з ним, що без неї винаймив одному мужикові кусень поля. Потім билися обоє таки в церкві... Вона кинула за ним хрестом... Тепер він знов лютий і важить свої слова грішми...</w:t>
      </w:r>
    </w:p>
    <w:p>
      <w:r>
        <w:br/>
        <w:t>— Що казав?</w:t>
      </w:r>
    </w:p>
    <w:p>
      <w:r>
        <w:br/>
        <w:t>"Дай на службу,— казав.— Буде, як бог схоче".</w:t>
      </w:r>
    </w:p>
    <w:p>
      <w:r>
        <w:br/>
        <w:t>— Треба дати,— відповіла жінка.</w:t>
      </w:r>
    </w:p>
    <w:p>
      <w:r>
        <w:br/>
        <w:t>— Піду й дам,— відповів він побожно,— лиш треба би що продати.— Що? — він сам не знав іще; може, оту пшеницю, що ховав її старанно на поді на насіння і хотів сам тепер посіяти, або один вулій з бджолами? Мав чотири пні.</w:t>
      </w:r>
    </w:p>
    <w:p>
      <w:r>
        <w:br/>
        <w:t>— Ти поговорив би з учителем,— говорила дальше Марійка.— Може б, він дав яку раду?</w:t>
      </w:r>
    </w:p>
    <w:p>
      <w:r>
        <w:br/>
        <w:t>— Е! Що вже той порадить! Він знає лиш калатати про свою біду та про те, що в своїми дітьми гине з голоду. Колись-то, міркуй, Маріє, казав мені, аби наш Василь женився з його донькою.</w:t>
      </w:r>
    </w:p>
    <w:p>
      <w:r>
        <w:br/>
        <w:t>— А він що, вдурів? Нащо Василеві панни?</w:t>
      </w:r>
    </w:p>
    <w:p>
      <w:r>
        <w:br/>
        <w:t>— Се тому, що в них велика біда. Має багато дітей.</w:t>
      </w:r>
    </w:p>
    <w:p>
      <w:r>
        <w:br/>
        <w:t>— Але зате має цісарську платню.</w:t>
      </w:r>
    </w:p>
    <w:p>
      <w:r>
        <w:br/>
        <w:t>— Я йому се казав; а він каже: її забагато — щоби вмерти, а замало — щоб жити.</w:t>
      </w:r>
    </w:p>
    <w:p>
      <w:r>
        <w:br/>
        <w:t>— Погано...</w:t>
      </w:r>
    </w:p>
    <w:p>
      <w:r>
        <w:br/>
        <w:t>Потім обоє замовкли.</w:t>
      </w:r>
    </w:p>
    <w:p>
      <w:r>
        <w:br/>
        <w:t>На її передчасом постарілім ніжнім лиці розстелилася жура. Пряла ще пильніше. Він дивився на воли. Василь виховав їх. А тепер доглядали їх усі, як ока в голові. Але ж бо й файні були вони... Ціле село любувалося ними. І сам двірник не мав таких волів. Були оба червоні, товсті, блискучі, а їх вола звисали аж по коліна. До того були в них ріжки маленькі, білі, як місяць, коли настає; а самі були розумні й послушні,— потіха й надія Василя! Восени хотів він ними виорати поля, а потім — продати. За ті гроші для себе й своєї "жінки" хату поставити. Або докупити кусень поля й кілька господарських речей: віз і інше таке, що потребував конечно. Або поставити стодолу, хоч і малу, як її ставлять німецькі господарі; або податки поплатити й інші громадські дачки. Або... ей, стільки-стільки було того всього, чого він хотів! Все те, що було потрібне, сунулося на чоловіка так часто, тиснулося так близько... одне по другім, росло чимраз вище й вище і доводило до розпуки — що все ще його не було!</w:t>
      </w:r>
    </w:p>
    <w:p>
      <w:r>
        <w:br/>
        <w:t>Все те неначе містилося в тих двох гарних спокійних звірах, що їх доглядали, мов собі рівних, і з якими і спали, і їли під одним дахом...</w:t>
      </w:r>
    </w:p>
    <w:p>
      <w:r>
        <w:br/>
        <w:t>У сльотних неділях, коли годі було йти в поле, грали коло них у сопілку. Різні пісні — сумні й веселі. Вони стояли спокійно, ремигаючи, і дивилися своїми великими лагідними очима так розумно вперед себе! А коли, було, перестати й забиратися зі стайні, завертали свої статочні голови за чоловіком і ревіли! Тоді треба було мимоволі вертати і гласкати їх...</w:t>
      </w:r>
    </w:p>
    <w:p>
      <w:r>
        <w:br/>
        <w:t>Прекрасні, мудрі звірі...</w:t>
      </w:r>
    </w:p>
    <w:p>
      <w:r>
        <w:br/>
        <w:t>* * *</w:t>
      </w:r>
    </w:p>
    <w:p>
      <w:r>
        <w:br/>
        <w:t>Здалека пізнали Марійка і її чоловік давнього пропінатора [5] Беньяміна, як ішов полем вузькою стежкою до них. Перед якими двадцять п'ятьма роками прийшов він у село, бідний жид, із жінкою й дев'ятьма малими дітьми.</w:t>
      </w:r>
    </w:p>
    <w:p>
      <w:r>
        <w:br/>
        <w:t>Від трьох років мешкав уже в столиці.</w:t>
      </w:r>
    </w:p>
    <w:p>
      <w:r>
        <w:br/>
        <w:t>Збагатів, переселився туди, мешкав у великій кам'яниці, повіддавав доньки за багатих панських купців, а сам ходив із грубим золотим ланцюжком коло годинника та блискучим проти сонця великим капелюхом.</w:t>
      </w:r>
    </w:p>
    <w:p>
      <w:r>
        <w:br/>
        <w:t>Але він усе не цурався того тихого села, що між своїми широкими полями конюшин і жит, з своїми хатками, критими соломою, виглядало, мов купка мушель з-посеред зелені.</w:t>
      </w:r>
    </w:p>
    <w:p>
      <w:r>
        <w:br/>
        <w:t>Щовесни приходив він і питався про поводження й здоров'я людей. Знав усі їх справи і їх журби. Постарівся з ними, знав звичаї їх життя і ніяк не міг відірватися від сього кусника землі назавсігди.</w:t>
      </w:r>
    </w:p>
    <w:p>
      <w:r>
        <w:br/>
        <w:t>Навесні находила на селян, крім звичайних турбот, що відчувалися в ту пору найглибше, ще й велика жура про синів, покликуваних до війська. Неначе мряка, лягав смуток на молоді й старі уми.</w:t>
      </w:r>
    </w:p>
    <w:p>
      <w:r>
        <w:br/>
        <w:t>Привіталися.</w:t>
      </w:r>
    </w:p>
    <w:p>
      <w:r>
        <w:br/>
        <w:t>Він подав їм руку, прибрану в червоняву рукавичку. Говорили про всіляке. Найбільше про матеріальний стан села, про засіви... Потім Беньямін звернув увагу на красні воли, що паслися.</w:t>
      </w:r>
    </w:p>
    <w:p>
      <w:r>
        <w:br/>
        <w:t>— Пишні звірята! — сказав, і його очі усміхнулися.</w:t>
      </w:r>
    </w:p>
    <w:p>
      <w:r>
        <w:br/>
        <w:t>Серце старого селянина знялося з утіхи.</w:t>
      </w:r>
    </w:p>
    <w:p>
      <w:r>
        <w:br/>
        <w:t>— А правда? — Більш не сказав нічого. Він знав, що знав.</w:t>
      </w:r>
    </w:p>
    <w:p>
      <w:r>
        <w:br/>
        <w:t>Марія перестала прясти й глянула йому в лице.</w:t>
      </w:r>
    </w:p>
    <w:p>
      <w:r>
        <w:br/>
        <w:t>— Се воли нашого Василька,— сказала.— Ви й не знаєте, пане Беньяміне. Наш Василь такий господар, що йому й пари в селі нема. Ніколи не побачите його на танцях, ніколи в корчмі. Якби Василя не було, було б вже давно по всьому! Коли б ви знали, який Василь чемний... коли б ви знали.</w:t>
      </w:r>
    </w:p>
    <w:p>
      <w:r>
        <w:br/>
        <w:t>А він знав усе і став разом із ними хвалити.</w:t>
      </w:r>
    </w:p>
    <w:p>
      <w:r>
        <w:br/>
        <w:t>— А оці воли, пане Беньяміне...— хотіла вона ще щось сказати про звірів, але він перебив її:</w:t>
      </w:r>
    </w:p>
    <w:p>
      <w:r>
        <w:br/>
        <w:t>— Ей, що там воли! Віл усе волом. Але як стоїть діло з бранкою?</w:t>
      </w:r>
    </w:p>
    <w:p>
      <w:r>
        <w:br/>
        <w:t>Тут зітхнули старі й почали нарікати.</w:t>
      </w:r>
    </w:p>
    <w:p>
      <w:r>
        <w:br/>
        <w:t>Він здержано, покірно, з похиленою на груди головою, з сумом, а вона — балакливо, горесно і з рухами, повними грозьби.</w:t>
      </w:r>
    </w:p>
    <w:p>
      <w:r>
        <w:br/>
        <w:t>Сотню разів проклинала вона вже тих, що як голодні вовки кидались на синів! Нехай би ніколи не найшли спочинку в гробі, а на тамтім світі ані одного ясного кута!</w:t>
      </w:r>
    </w:p>
    <w:p>
      <w:r>
        <w:br/>
        <w:t>Беньямін сміявся.</w:t>
      </w:r>
    </w:p>
    <w:p>
      <w:r>
        <w:br/>
        <w:t>Яка вона була дурна! Чи вона не знала, що інакше не могло бути?</w:t>
      </w:r>
    </w:p>
    <w:p>
      <w:r>
        <w:br/>
        <w:t>Знала! Яка їй з того розрада?</w:t>
      </w:r>
    </w:p>
    <w:p>
      <w:r>
        <w:br/>
        <w:t>Беньямін грався своїм ланцюжком від годинника і думав довго. Потім казав, що справа далась би, може, змінитися і на добре, хлопчисько міг би, може, остатись дома. Що, справді, годі його увільнити, але... але...— Він не докінчив гадки й похитав журливо головою.</w:t>
      </w:r>
    </w:p>
    <w:p>
      <w:r>
        <w:br/>
        <w:t>Але що?</w:t>
      </w:r>
    </w:p>
    <w:p>
      <w:r>
        <w:br/>
        <w:t>Але те коштувало би дуже багато.</w:t>
      </w:r>
    </w:p>
    <w:p>
      <w:r>
        <w:br/>
        <w:t>Боже!</w:t>
      </w:r>
    </w:p>
    <w:p>
      <w:r>
        <w:br/>
        <w:t>Таки так. Коштувало би багато... Може, й більше, ніж варті оці глупі воли...</w:t>
      </w:r>
    </w:p>
    <w:p>
      <w:r>
        <w:br/>
        <w:t>Ісусе Христе!</w:t>
      </w:r>
    </w:p>
    <w:p>
      <w:r>
        <w:br/>
        <w:t>Та що ж? Чи се таке страшне? Коли подумати, що від сього залежить усе... що син працював би три роки дома, замість бігати три роки по толоках, чистити гвери, [6] бути слугою чужих людей, бути виставленим на всякі небезпечності, а ще гірше — на смерть, то що значить два дурні воли супроти того всього? За три роки можна мати знов такий "гаразд"!</w:t>
      </w:r>
    </w:p>
    <w:p>
      <w:r>
        <w:br/>
        <w:t>Обоє признали, що він каже правду, але не переставали нарікати. Се ж таки страшна річ — пара таких волів!</w:t>
      </w:r>
    </w:p>
    <w:p>
      <w:r>
        <w:br/>
        <w:t>— Я вже думав сяк і так,— обізвався селянин,— хоч і не говорив про се нічого. Наприклад: спродати оці красні воли й піти з грішми перед панів...</w:t>
      </w:r>
    </w:p>
    <w:p>
      <w:r>
        <w:br/>
        <w:t>— Що ви хотіли би? — майже скрикнув Беньямін.</w:t>
      </w:r>
    </w:p>
    <w:p>
      <w:r>
        <w:br/>
        <w:t>— Піду, кажу, до панів, поклонюся їм, покладу гроші на стіл і скажу: "Пустіть мою дитину. Я не хочу дурно. От тутки моя праця; я даю її з радної душі... цісареві... або кому вже треба. За те пустіть мою дитину..."</w:t>
      </w:r>
    </w:p>
    <w:p>
      <w:r>
        <w:br/>
        <w:t>Беньямін розсміявся, як перше.</w:t>
      </w:r>
    </w:p>
    <w:p>
      <w:r>
        <w:br/>
        <w:t>— Який же з тебе дурний мужик!</w:t>
      </w:r>
    </w:p>
    <w:p>
      <w:r>
        <w:br/>
        <w:t>— Я дурний, се правда, але до того не треба багато розуму...</w:t>
      </w:r>
    </w:p>
    <w:p>
      <w:r>
        <w:br/>
        <w:t>— Так? Не треба багато розуму? Спробуй лише, побачиш, що станеться з тобою і з твоїм Василем. Спробуй лише!</w:t>
      </w:r>
    </w:p>
    <w:p>
      <w:r>
        <w:br/>
        <w:t>Жінка почала плакати.</w:t>
      </w:r>
    </w:p>
    <w:p>
      <w:r>
        <w:br/>
        <w:t>— Так, так, небоже! Ти сидиш тут на полях і розумієшся на таких справах стільки, що твої воли. Се кажу я тобі, бо інакше годі. До панів і не вільно йти; а хоч би ти, мужик, і перед них пішов, і їм й сто разів поклонився, то все ж таки було б се, що ти сказав би, мужицьке! З панами говориться інакше. Се не для твоєї голови. Дай спокій, коли не хочеш справу попсувати!</w:t>
      </w:r>
    </w:p>
    <w:p>
      <w:r>
        <w:br/>
        <w:t>А наляканий селянин не хотів справу попсувати.</w:t>
      </w:r>
    </w:p>
    <w:p>
      <w:r>
        <w:br/>
        <w:t>Беньямін хотів оцю річ узяти в свої руки. Не дуже радо, але з милосердя для них. Він знав їх обставини докладно, знав, як дрижали над хлопцем і якою силою був він в їх існуванні. Лише тому. І тому, що він не був такий злий мужик, як інші, а був завсігди добрий і чесний, і що хлопчисько не мав серця до війська, мимо свого медвежого здоров'я й сили...</w:t>
      </w:r>
    </w:p>
    <w:p>
      <w:r>
        <w:br/>
        <w:t>А голос молодого Василя доходив до них здалека м'якими хвилями. Він співав при роботі. Веселі й сумні пісні причинялися несвідомо до того, що тут рішили гірку справу. Рішили його любимців спродати, а гроші за них обернути на його визволення. Беньямін мав те все зробити.</w:t>
      </w:r>
    </w:p>
    <w:p>
      <w:r>
        <w:br/>
        <w:t>* * *</w:t>
      </w:r>
    </w:p>
    <w:p>
      <w:r>
        <w:br/>
        <w:t>Старі провели його далеко, аж на кінець села, а Марійка понесла за ним іще для його жінки гарний барвний коверець, що сама його виробила й хотіла ним на весіллі Василя застелити лаву,— найкращий кусень зі скрині. Потім вернулися обоє додому.</w:t>
      </w:r>
    </w:p>
    <w:p>
      <w:r>
        <w:br/>
        <w:t>Було се одної сльотної, зимної днини в жовтні, як Василь покинув своїх батьків і землю.</w:t>
      </w:r>
    </w:p>
    <w:p>
      <w:r>
        <w:br/>
        <w:t>Нічого не помогло, хоч і волів продали, хоч і сам Беньямін орудував грішми...</w:t>
      </w:r>
    </w:p>
    <w:p>
      <w:r>
        <w:br/>
        <w:t>В день перед тим чорні ворони окружували безнастанку соломою криту хатину, мовби там лежав труп і ждав на них довго...</w:t>
      </w:r>
    </w:p>
    <w:p>
      <w:r>
        <w:br/>
        <w:t>Потім настала осінь.</w:t>
      </w:r>
    </w:p>
    <w:p>
      <w:r>
        <w:br/>
        <w:t>Закутана в мряку, з супроводом зимних вітрів і з сумними сірими вечорами, з хлипанням безнастанних дощів...</w:t>
      </w:r>
    </w:p>
    <w:p>
      <w:r>
        <w:br/>
        <w:t>Тихо й пусто було всюди, але неспокійно.</w:t>
      </w:r>
    </w:p>
    <w:p>
      <w:r>
        <w:br/>
        <w:t>Було щось, що мучило... гризло... щось, що, себе під'їдаючи, ширилось без відпочинку і спокою.</w:t>
      </w:r>
    </w:p>
    <w:p>
      <w:r>
        <w:br/>
        <w:t>Се була туга.</w:t>
      </w:r>
    </w:p>
    <w:p>
      <w:r>
        <w:br/>
        <w:t>За молодою, здоровою, жвавою силою, що потяглася кудись, лишаючи все ще сліди по собі, тут і там, мов літо.</w:t>
      </w:r>
    </w:p>
    <w:p>
      <w:r>
        <w:br/>
        <w:t>Стайня стояла пусткою.</w:t>
      </w:r>
    </w:p>
    <w:p>
      <w:r>
        <w:br/>
        <w:t>Красні звірята, з великими лагідними очима і сильним теплим віддихом, лишили порожнечу, що боліла господарів безнастанно і не загибала. Все те, чого було треба й чого ще завсігди не було, зростало, кидалося в очі, збільшалося, байдуже й тривке, і заповідало якесь безконечне існування... Земля лежала сумна.</w:t>
      </w:r>
    </w:p>
    <w:p>
      <w:r>
        <w:br/>
        <w:t>Щось сильне, здорове не могла вона сотворити без молодої сили. Мусила ждати.</w:t>
      </w:r>
    </w:p>
    <w:p>
      <w:r>
        <w:br/>
        <w:t>І з самого початку, від першої хвилини його відходу,— все ждало...</w:t>
      </w:r>
    </w:p>
    <w:p>
      <w:r>
        <w:br/>
        <w:t>* * *</w:t>
      </w:r>
    </w:p>
    <w:p>
      <w:r>
        <w:br/>
        <w:t>Крізь понуру масу мряк, в яку уткалася гризуча туга, що укладалася щораз тяжче на все й ширилася тяжкими хвилями так далеко, як око сягало, спонукуючи, що всі барви блідли,— пробивався один голос. Незамічений, він співав водно: Світла! Світла!..</w:t>
      </w:r>
    </w:p>
    <w:p>
      <w:r>
        <w:br/>
        <w:t>Чернівці, 4 квітня 1898</w:t>
      </w:r>
    </w:p>
    <w:p>
      <w:r>
        <w:br/>
        <w:t>[3] — Трілери — трелі.</w:t>
      </w:r>
    </w:p>
    <w:p>
      <w:r>
        <w:br/>
        <w:t>[4] — Бранка — призов.</w:t>
      </w:r>
    </w:p>
    <w:p>
      <w:r>
        <w:br/>
        <w:t>[5] Пропінатор — корчмар.</w:t>
      </w:r>
    </w:p>
    <w:p>
      <w:r>
        <w:br/>
        <w:t>[6] — Г в е р — рушниця, гвинтівка.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