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порядку денному: лоскотання</w:t>
      </w:r>
    </w:p>
    <w:p>
      <w:r>
        <w:br/>
        <w:t xml:space="preserve"> &lt;p&gt;— Ви ось доводите мені, що сни буцімто ніколи не збуваються, що сни — це прадідівські забобони. І дарма. їй же богу, дарма. Сни бувають віщими. Або перевертнями. Наприклад, людина у сні регоче, а проснувшись, вона, їй же божечку, плакатиме... Про це й старі люди свідчать, як, приміром, моя бабуся й сучасна практика підтверджує.</w:t>
      </w:r>
    </w:p>
    <w:p>
      <w:r>
        <w:br/>
        <w:t>Ось вам історійка, що недавно зі мною трапилася.</w:t>
      </w:r>
    </w:p>
    <w:p>
      <w:r>
        <w:br/>
        <w:t>Сниться мені жито. Мушу вам зауважити, що це вже, як той казав, не до добра. Бо ще моя бабуся навчала: стережися, жито па печаль велику сниться... Так ось, спиться мені жито: густе, колосисте, ні краго йому, пі кіпця! Як поети іноді пишуть: мов те жовте море, хліба колишуться.. Еге ж... Бреду я тим морем, аж гульк — навстріч мені польова русалка. Так і виринула із жита. Очі сині-сині, як волошки, а па голові — вінок із якихось там легковажних сокирок та дзвіночків. А що вже гарна, так у мене аж дух перехопило...</w:t>
      </w:r>
    </w:p>
    <w:p>
      <w:r>
        <w:br/>
        <w:t>Оторопів я, з торопу нічого не втямлю. А громадянка русалка посміхнулась до мене чарівно-пречарівно (в мене знову дух перехопило!) і каже, мов на сопілці співає:</w:t>
      </w:r>
    </w:p>
    <w:p>
      <w:r>
        <w:br/>
        <w:t>— Сьогодні на порядку денному у нас...</w:t>
      </w:r>
    </w:p>
    <w:p>
      <w:r>
        <w:br/>
        <w:t>Диви, думаю, вже й русалки дозасідалися, як і ми на заводі, що й говорити правильно розучилися. Мушу вам зауважити, що того місяця у нас на заводі аврал був: план шкереберть летів, директор нас по тринадцять разів на збори зганяв та доповіді читав, як на ноги план підняти та підперти його, щоб не падав... Подумав я, а русалка своє:</w:t>
      </w:r>
    </w:p>
    <w:p>
      <w:r>
        <w:br/>
        <w:t>— Громадянине, на порядку денному у нас... лоскотання!</w:t>
      </w:r>
    </w:p>
    <w:p>
      <w:r>
        <w:br/>
        <w:t>Тож я їй так суворо:</w:t>
      </w:r>
    </w:p>
    <w:p>
      <w:r>
        <w:br/>
        <w:t>— Ви собі, громадянко русалко, дозволяєте чорті-що!.. У мене дружина, двоє дорослих дітей, план на заводі не виконали, а ви знайшли час і місце для лоскотання!</w:t>
      </w:r>
    </w:p>
    <w:p>
      <w:r>
        <w:br/>
        <w:t>А вона срібним сміхом заливається:</w:t>
      </w:r>
    </w:p>
    <w:p>
      <w:r>
        <w:br/>
        <w:t>— Я хочу розігнати вашу нудьгу. Полоскочу — і враз тоді повеселієте. І план тоді перевиконаєте.</w:t>
      </w:r>
    </w:p>
    <w:p>
      <w:r>
        <w:br/>
        <w:t>Та так, знаєте, пальчиком, пальчиком мініатюрненьким мені під бік, як залоскоче... Вірите, мені весело зробилося, весело, я чмих, чмих, ледве стримую сміх. А вона ще приємніше як залоскоче, а я не втримався, та я-ак зарегочу на все горло, як зарегочу, аж луна полем пішла.</w:t>
      </w:r>
    </w:p>
    <w:p>
      <w:r>
        <w:br/>
        <w:t>Загиготів і думаю: "Ой лихо буде!.. Хто у сні регоче, той наяву плаче!"</w:t>
      </w:r>
    </w:p>
    <w:p>
      <w:r>
        <w:br/>
        <w:t>І що б ви думали? Прокидаюсь: ні русалки, ні жита, а сам я сиджу на зборах, та ще і в президії... І, як дурний, регочу, аж виляски в залі йдуть!</w:t>
      </w:r>
    </w:p>
    <w:p>
      <w:r>
        <w:br/>
        <w:t>Ні, ні і не просіть, бо не буду розповідати, що мені було за оте реготання під час доповіді нашого директора...</w:t>
      </w:r>
    </w:p>
    <w:p>
      <w:r>
        <w:br/>
        <w:t>— Як ви сміли, Чечевиця?! — громом загримів до мене директор.— Я тринадцятий раз на місяць збори проваджу, я тринадцятий раз свою доповідь перечитую, я... А ви мало того, що спите в президії на очах у всього залу, так ще й безвідповідально регочете... В найгостріших моментах моєї промови. Оголошую вам найсуворішу догану!</w:t>
      </w:r>
    </w:p>
    <w:p>
      <w:r>
        <w:br/>
        <w:t>Ось вам і забобони! Ось вам і — сни не збуваються!</w:t>
      </w:r>
    </w:p>
    <w:p>
      <w:r>
        <w:br/>
        <w:t>Спробували б ви пореготати на моєму місці!.. Чорт підштрикнув мене заснути на тринадцятих зборах! Ще й русалку принесло! "На порядку денному: лоскотання!.."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порядку денному: лоскотання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