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уїнах</w:t>
      </w:r>
    </w:p>
    <w:p>
      <w:r>
        <w:br/>
        <w:t xml:space="preserve"> &lt;p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уїн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