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колискою</w:t>
      </w:r>
    </w:p>
    <w:p>
      <w:r>
        <w:br/>
        <w:t xml:space="preserve"> Спить мій малесенький, спить мій синок...&lt;br /&gt;</w:t>
        <w:br/>
        <w:t>Спить він, наслухавшись дивних казок.</w:t>
      </w:r>
    </w:p>
    <w:p>
      <w:r>
        <w:br/>
        <w:t>Нащо ж ти віченьки знову розкрив?!&lt;br /&gt;</w:t>
        <w:br/>
        <w:t>Спи, моя пташко, то вітер завив.</w:t>
      </w:r>
    </w:p>
    <w:p>
      <w:r>
        <w:br/>
        <w:t>Стогне і виє уже він давно,&lt;br /&gt;</w:t>
        <w:br/>
        <w:t>Б'ється і стука у наше вікно...</w:t>
      </w:r>
    </w:p>
    <w:p>
      <w:r>
        <w:br/>
        <w:t>Геть, розбишако, в далекі степи!..&lt;br /&gt;</w:t>
        <w:br/>
        <w:t>Спи, моя ластівко, солодко спи!</w:t>
      </w:r>
    </w:p>
    <w:p>
      <w:r>
        <w:br/>
        <w:t>Ось уже й вітер зовсім занімів...&lt;br /&gt;</w:t>
        <w:br/>
        <w:t>Мабуть, заснуть під намет полетів...</w:t>
      </w:r>
    </w:p>
    <w:p>
      <w:r>
        <w:br/>
        <w:t>Холодно зараз в лісах і лугах —&lt;br /&gt;</w:t>
        <w:br/>
        <w:t>Все потонуло в глибоких снігах.</w:t>
      </w:r>
    </w:p>
    <w:p>
      <w:r>
        <w:br/>
        <w:t>Бігають зайчики, мерзнуть, тремтять,&lt;br /&gt;</w:t>
        <w:br/>
        <w:t>Затишок хочуть собі відшукать.</w:t>
      </w:r>
    </w:p>
    <w:p>
      <w:r>
        <w:br/>
        <w:t>Ось, вони вгляділи, кущик стоїть, —&lt;br /&gt;</w:t>
        <w:br/>
        <w:t>Годі! Давно вже лисичка там спить.</w:t>
      </w:r>
    </w:p>
    <w:p>
      <w:r>
        <w:br/>
        <w:t>Кинулись знову кудись на грядки —&lt;br /&gt;</w:t>
        <w:br/>
        <w:t>Ой, там ночують сьогодні вовки.</w:t>
      </w:r>
    </w:p>
    <w:p>
      <w:r>
        <w:br/>
        <w:t>Краще ви в поле біжіть, за лісок...&lt;br /&gt;</w:t>
        <w:br/>
        <w:t>Знайдете там ви соломи стіжок —</w:t>
      </w:r>
    </w:p>
    <w:p>
      <w:r>
        <w:br/>
        <w:t>Глибше забийтесь, зарийтесь в снопки,&lt;br /&gt;</w:t>
        <w:br/>
        <w:t>щоб не знайшли вас голодні вовки...</w:t>
      </w:r>
    </w:p>
    <w:p>
      <w:r>
        <w:br/>
        <w:t>Спи ж, мій малесенький, годі гулять...&lt;br /&gt;</w:t>
        <w:br/>
        <w:t>Зайчики білі давно уже сплять.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колискою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