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Наймичка</w:t>
      </w:r>
    </w:p>
    <w:p>
      <w:r>
        <w:br/>
        <w:t xml:space="preserve"> ПРОЛОГ</w:t>
      </w:r>
    </w:p>
    <w:p>
      <w:r>
        <w:br/>
        <w:t>У неділю вранці-рано&lt;br /&gt;</w:t>
        <w:br/>
        <w:t>Поле вкрилося туманом.&lt;br /&gt;</w:t>
        <w:br/>
        <w:t>У тумані на могилі,&lt;br /&gt;</w:t>
        <w:br/>
        <w:t>Як тополя, похилилась&lt;br /&gt;</w:t>
        <w:br/>
        <w:t>Молодиця молодая.&lt;br /&gt;</w:t>
        <w:br/>
        <w:t>Щось до лона пригортає&lt;br /&gt;</w:t>
        <w:br/>
        <w:t>Та з туманом розмовляє:</w:t>
      </w:r>
    </w:p>
    <w:p>
      <w:r>
        <w:br/>
        <w:t>— Ой, тумане, тумане,&lt;br /&gt;</w:t>
        <w:br/>
        <w:t>Мій латаний талане!&lt;br /&gt;</w:t>
        <w:br/>
        <w:t>Чому мене не сховаєш&lt;br /&gt;</w:t>
        <w:br/>
        <w:t>Отут серед лану?&lt;br /&gt;</w:t>
        <w:br/>
        <w:t>Чому мене не задавиш,&lt;br /&gt;</w:t>
        <w:br/>
        <w:t>У землю не вдавиш?&lt;br /&gt;</w:t>
        <w:br/>
        <w:t>Чому мені злої долі,&lt;br /&gt;</w:t>
        <w:br/>
        <w:t>Чом віку не збавиш?&lt;br /&gt;</w:t>
        <w:br/>
        <w:t>Ні, не дави, туманочку!&lt;br /&gt;</w:t>
        <w:br/>
        <w:t>Сховай тільки в полі,&lt;br /&gt;</w:t>
        <w:br/>
        <w:t>Щоб ніхто не знав, не бачив&lt;br /&gt;</w:t>
        <w:br/>
        <w:t>Моєї недолі!..&lt;br /&gt;</w:t>
        <w:br/>
        <w:t>Я не одна: єсть у мене&lt;br /&gt;</w:t>
        <w:br/>
        <w:t>І батько і мати...&lt;br /&gt;</w:t>
        <w:br/>
        <w:t>Єсть у мене... туманочку,&lt;br /&gt;</w:t>
        <w:br/>
        <w:t>Туманочку, брате!!.&lt;br /&gt;</w:t>
        <w:br/>
        <w:t>Дитя моє, мій синочку,&lt;br /&gt;</w:t>
        <w:br/>
        <w:t>Нехрещений сину!&lt;br /&gt;</w:t>
        <w:br/>
        <w:t>Не я тебе хреститиму&lt;br /&gt;</w:t>
        <w:br/>
        <w:t>На лиху годину.&lt;br /&gt;</w:t>
        <w:br/>
        <w:t>Чужі люди хреститимуть,&lt;br /&gt;</w:t>
        <w:br/>
        <w:t>Я не буду знати,&lt;br /&gt;</w:t>
        <w:br/>
        <w:t>Як і зовуть... Дитя моє!&lt;br /&gt;</w:t>
        <w:br/>
        <w:t>Я була багата...&lt;br /&gt;</w:t>
        <w:br/>
        <w:t>Не лай мене! Молитимусь,&lt;br /&gt;</w:t>
        <w:br/>
        <w:t>Із самого неба&lt;br /&gt;</w:t>
        <w:br/>
        <w:t>Долю виплачу сльозами&lt;br /&gt;</w:t>
        <w:br/>
        <w:t>І пошлю до тебе! —</w:t>
      </w:r>
    </w:p>
    <w:p>
      <w:r>
        <w:br/>
        <w:t>Пішла полем, ридаючи,&lt;br /&gt;</w:t>
        <w:br/>
        <w:t>В тумані ховалась&lt;br /&gt;</w:t>
        <w:br/>
        <w:t>Та крізь сльози тихесенько&lt;br /&gt;</w:t>
        <w:br/>
        <w:t>Про вдову співала,&lt;br /&gt;</w:t>
        <w:br/>
        <w:t>Як удова в Дунаєві&lt;br /&gt;</w:t>
        <w:br/>
        <w:t>Синів поховала:&lt;br /&gt;</w:t>
        <w:br/>
        <w:t>"Ой у полі могила;&lt;br /&gt;</w:t>
        <w:br/>
        <w:t>Там удова ходила, —&lt;br /&gt;</w:t>
        <w:br/>
        <w:t>Там ходила, гуляла,&lt;br /&gt;</w:t>
        <w:br/>
        <w:t>Трути-зілля шукала.&lt;br /&gt;</w:t>
        <w:br/>
        <w:t>Трути-зілля не найшла,&lt;br /&gt;</w:t>
        <w:br/>
        <w:t>Та синів двох привела,&lt;br /&gt;</w:t>
        <w:br/>
        <w:t>В китаєчку повила&lt;br /&gt;</w:t>
        <w:br/>
        <w:t>І на Дунай однесла:&lt;br /&gt;</w:t>
        <w:br/>
        <w:t>— Тихий, тихий Дунай!&lt;br /&gt;</w:t>
        <w:br/>
        <w:t>Моїх діток забавляй.&lt;br /&gt;</w:t>
        <w:br/>
        <w:t>Ти, жовтесенький пісок,&lt;br /&gt;</w:t>
        <w:br/>
        <w:t>Нагодуй моїх діток!&lt;br /&gt;</w:t>
        <w:br/>
        <w:t>І скупай, і сповий,&lt;br /&gt;</w:t>
        <w:br/>
        <w:t>І собою укрий!"</w:t>
      </w:r>
    </w:p>
    <w:p>
      <w:r>
        <w:br/>
        <w:t>І</w:t>
      </w:r>
    </w:p>
    <w:p>
      <w:r>
        <w:br/>
        <w:t>Був собі дід та баба.&lt;br /&gt;</w:t>
        <w:br/>
        <w:t>З давнього давна, у гаї над ставом&lt;br /&gt;</w:t>
        <w:br/>
        <w:t>Удвох собі на хуторі жили,&lt;br /&gt;</w:t>
        <w:br/>
        <w:t>Як діточок двоє,&lt;br /&gt;</w:t>
        <w:br/>
        <w:t>Усюди обоє.&lt;br /&gt;</w:t>
        <w:br/>
        <w:t>Ще змалечку удвох ягнята пасли,&lt;br /&gt;</w:t>
        <w:br/>
        <w:t>А потім побрали'ся,&lt;br /&gt;</w:t>
        <w:br/>
        <w:t>Худоби діждалися, —&lt;br /&gt;</w:t>
        <w:br/>
        <w:t>Придбали хутір, став і млин.&lt;br /&gt;</w:t>
        <w:br/>
        <w:t>Садок у гаї розвели&lt;br /&gt;</w:t>
        <w:br/>
        <w:t>І пасіку чималу —&lt;br /&gt;</w:t>
        <w:br/>
        <w:t>Всього надбали.&lt;br /&gt;</w:t>
        <w:br/>
        <w:t>Та діточок у їх бігма,&lt;br /&gt;</w:t>
        <w:br/>
        <w:t>А смерть з косою за плечима.</w:t>
      </w:r>
    </w:p>
    <w:p>
      <w:r>
        <w:br/>
        <w:t>Хто ж їх старість привітає,&lt;br /&gt;</w:t>
        <w:br/>
        <w:t>За дитину стане?&lt;br /&gt;</w:t>
        <w:br/>
        <w:t>Хто заплаче, поховає,&lt;br /&gt;</w:t>
        <w:br/>
        <w:t>Хто душу спом'яне?&lt;br /&gt;</w:t>
        <w:br/>
        <w:t>Хто поживе добро чесно&lt;br /&gt;</w:t>
        <w:br/>
        <w:t>В добрую годину&lt;br /&gt;</w:t>
        <w:br/>
        <w:t>І згадає, дякуючи,&lt;br /&gt;</w:t>
        <w:br/>
        <w:t>Як своя дитина?..&lt;br /&gt;</w:t>
        <w:br/>
        <w:t>Тяжко дітей годувати&lt;br /&gt;</w:t>
        <w:br/>
        <w:t>У безверхій хаті,&lt;br /&gt;</w:t>
        <w:br/>
        <w:t>А ще гірше старітися&lt;br /&gt;</w:t>
        <w:br/>
        <w:t>У білих палатах,&lt;br /&gt;</w:t>
        <w:br/>
        <w:t>Старітися, умирати,&lt;br /&gt;</w:t>
        <w:br/>
        <w:t>Добро покидати&lt;br /&gt;</w:t>
        <w:br/>
        <w:t>Чужим людям, чужим дітям&lt;br /&gt;</w:t>
        <w:br/>
        <w:t>На сміх, на розтрату!</w:t>
      </w:r>
    </w:p>
    <w:p>
      <w:r>
        <w:br/>
        <w:t>II</w:t>
      </w:r>
    </w:p>
    <w:p>
      <w:r>
        <w:br/>
        <w:t>І дід і баба у неділю&lt;br /&gt;</w:t>
        <w:br/>
        <w:t>На призьбі вдвох собі сиділи&lt;br /&gt;</w:t>
        <w:br/>
        <w:t>Гарненько, в білих сорочках.&lt;br /&gt;</w:t>
        <w:br/>
        <w:t>Сіяло сонце; в небесах&lt;br /&gt;</w:t>
        <w:br/>
        <w:t>Ані хмариночки; та тихо&lt;br /&gt;</w:t>
        <w:br/>
        <w:t>Та любо, як у раї.&lt;br /&gt;</w:t>
        <w:br/>
        <w:t>Сховалося у серці лихо, —&lt;br /&gt;</w:t>
        <w:br/>
        <w:t>Як звір у темнім гаї.</w:t>
      </w:r>
    </w:p>
    <w:p>
      <w:r>
        <w:br/>
        <w:t>В такім раї чого б, бачся,&lt;br /&gt;</w:t>
        <w:br/>
        <w:t>Старим сумувати?&lt;br /&gt;</w:t>
        <w:br/>
        <w:t>Чи то давнє яке лихо&lt;br /&gt;</w:t>
        <w:br/>
        <w:t>Прокинулось в хаті?&lt;br /&gt;</w:t>
        <w:br/>
        <w:t>Чи вчорашнє, задавлене&lt;br /&gt;</w:t>
        <w:br/>
        <w:t>Знов поворушилось?&lt;br /&gt;</w:t>
        <w:br/>
        <w:t>Чи ще тільки заклюнулось&lt;br /&gt;</w:t>
        <w:br/>
        <w:t>І рай запалило?&lt;br /&gt;</w:t>
        <w:br/>
        <w:t>Не знаю, що і після чого&lt;br /&gt;</w:t>
        <w:br/>
        <w:t>Старі сумують. Може, вже&lt;br /&gt;</w:t>
        <w:br/>
        <w:t>Оце збираються до бога,&lt;br /&gt;</w:t>
        <w:br/>
        <w:t>Та хто в далекую дорогу&lt;br /&gt;</w:t>
        <w:br/>
        <w:t>Їм добре коней запряже?&lt;br /&gt;</w:t>
        <w:br/>
        <w:t>— А хто нас, Насте, поховає,&lt;br /&gt;</w:t>
        <w:br/>
        <w:t>Як помремо? — Сама не знаю!&lt;br /&gt;</w:t>
        <w:br/>
        <w:t>Я все оце міркувала,&lt;br /&gt;</w:t>
        <w:br/>
        <w:t>Та аж сумно стало:&lt;br /&gt;</w:t>
        <w:br/>
        <w:t>Одинокі зостарілись...&lt;br /&gt;</w:t>
        <w:br/>
        <w:t>Кому понадбали&lt;br /&gt;</w:t>
        <w:br/>
        <w:t>Добра сього?.. — Стривай лишень!&lt;br /&gt;</w:t>
        <w:br/>
        <w:t>Чи чуєш? Щось плаче&lt;br /&gt;</w:t>
        <w:br/>
        <w:t>За ворітьми, мов дитина!&lt;br /&gt;</w:t>
        <w:br/>
        <w:t>Побіжім лиш... Бачиш —&lt;br /&gt;</w:t>
        <w:br/>
        <w:t>Я вгадував, що щось буде! —&lt;br /&gt;</w:t>
        <w:br/>
        <w:t>І разом схопились,&lt;br /&gt;</w:t>
        <w:br/>
        <w:t>Та до воріт... Прибігають —&lt;br /&gt;</w:t>
        <w:br/>
        <w:t>Мовчки зупинились.&lt;br /&gt;</w:t>
        <w:br/>
        <w:t>Перед самим перелазом&lt;br /&gt;</w:t>
        <w:br/>
        <w:t>Дитина сповита —&lt;br /&gt;</w:t>
        <w:br/>
        <w:t>Та й не туго й новенькою&lt;br /&gt;</w:t>
        <w:br/>
        <w:t>Свитиною вкрита.&lt;br /&gt;</w:t>
        <w:br/>
        <w:t>Бо то мати сповивала —&lt;br /&gt;</w:t>
        <w:br/>
        <w:t>І літом укрила&lt;br /&gt;</w:t>
        <w:br/>
        <w:t>Останньою свитиною!..&lt;br /&gt;</w:t>
        <w:br/>
        <w:t>Дивились, молилис&lt;br /&gt;</w:t>
        <w:br/>
        <w:t>Старі мої. А сердешне&lt;br /&gt;</w:t>
        <w:br/>
        <w:t>Неначе благає:&lt;br /&gt;</w:t>
        <w:br/>
        <w:t>Випручало рученята&lt;br /&gt;</w:t>
        <w:br/>
        <w:t>Й до їх простягає&lt;br /&gt;</w:t>
        <w:br/>
        <w:t>Манюсінькі... і замовкло,&lt;br /&gt;</w:t>
        <w:br/>
        <w:t>Неначе не плаче,&lt;br /&gt;</w:t>
        <w:br/>
        <w:t>Тільки пхика.&lt;br /&gt;</w:t>
        <w:br/>
        <w:t>— А що. Насте?&lt;br /&gt;</w:t>
        <w:br/>
        <w:t>Я й казав... От бачиш!&lt;br /&gt;</w:t>
        <w:br/>
        <w:t>От і талан, от і доля,&lt;br /&gt;</w:t>
        <w:br/>
        <w:t>І не одинокі!&lt;br /&gt;</w:t>
        <w:br/>
        <w:t>Бери ж лишень та сповивай...&lt;br /&gt;</w:t>
        <w:br/>
        <w:t>Ач, яке, нівроку!&lt;br /&gt;</w:t>
        <w:br/>
        <w:t>Неси ж в хату, а я верхи&lt;br /&gt;</w:t>
        <w:br/>
        <w:t>Кинусь за кумами&lt;br /&gt;</w:t>
        <w:br/>
        <w:t>В Городище... —&lt;br /&gt;</w:t>
        <w:br/>
        <w:t>Чудно якось&lt;br /&gt;</w:t>
        <w:br/>
        <w:t>Діється між нами!&lt;br /&gt;</w:t>
        <w:br/>
        <w:t>Один сина проклинає,&lt;br /&gt;</w:t>
        <w:br/>
        <w:t>З хати виганяє,&lt;br /&gt;</w:t>
        <w:br/>
        <w:t>Другий свічечку, сердешний,&lt;br /&gt;</w:t>
        <w:br/>
        <w:t>Потом заробляє&lt;br /&gt;</w:t>
        <w:br/>
        <w:t>Та, ридаючи, становить&lt;br /&gt;</w:t>
        <w:br/>
        <w:t>Перед образами —&lt;br /&gt;</w:t>
        <w:br/>
        <w:t>Нема дітей!.. Чудно якось&lt;br /&gt;</w:t>
        <w:br/>
        <w:t>Діється між нами!</w:t>
      </w:r>
    </w:p>
    <w:p>
      <w:r>
        <w:br/>
        <w:t>III</w:t>
      </w:r>
    </w:p>
    <w:p>
      <w:r>
        <w:br/>
        <w:t>Аж три пари на радощах&lt;br /&gt;</w:t>
        <w:br/>
        <w:t>Кумів назбирали&lt;br /&gt;</w:t>
        <w:br/>
        <w:t>Та ввечері й охрестили,&lt;br /&gt;</w:t>
        <w:br/>
        <w:t>І Марком назвали.&lt;br /&gt;</w:t>
        <w:br/>
        <w:t>Росте Марко; старі мої&lt;br /&gt;</w:t>
        <w:br/>
        <w:t>Не знають, де діти,&lt;br /&gt;</w:t>
        <w:br/>
        <w:t>Де посадить, де положить&lt;br /&gt;</w:t>
        <w:br/>
        <w:t>І що з ним робити.&lt;br /&gt;</w:t>
        <w:br/>
        <w:t>Минає рік. Росте Марко —&lt;br /&gt;</w:t>
        <w:br/>
        <w:t>І дійна корова&lt;br /&gt;</w:t>
        <w:br/>
        <w:t>У розкоші купається.&lt;br /&gt;</w:t>
        <w:br/>
        <w:t>Аж ось чорноброва&lt;br /&gt;</w:t>
        <w:br/>
        <w:t>Та молода, білолиця&lt;br /&gt;</w:t>
        <w:br/>
        <w:t>Прийшла молодиця&lt;br /&gt;</w:t>
        <w:br/>
        <w:t>На той хутір благодатний&lt;br /&gt;</w:t>
        <w:br/>
        <w:t>У найми проситься.</w:t>
      </w:r>
    </w:p>
    <w:p>
      <w:r>
        <w:br/>
        <w:t>— А що ж, каже, возьмім, Насте!&lt;br /&gt;</w:t>
        <w:br/>
        <w:t>— Возьмімо, Трохиме,&lt;br /&gt;</w:t>
        <w:br/>
        <w:t>Бо ми старі, нездужаєм,&lt;br /&gt;</w:t>
        <w:br/>
        <w:t>Та таки й дитина.&lt;br /&gt;</w:t>
        <w:br/>
        <w:t>Хоч воно вже й підросло,&lt;br /&gt;</w:t>
        <w:br/>
        <w:t>Та все ж таки треба&lt;br /&gt;</w:t>
        <w:br/>
        <w:t>Коло його піклуватись.&lt;br /&gt;</w:t>
        <w:br/>
        <w:t>— Та воно-то треба,&lt;br /&gt;</w:t>
        <w:br/>
        <w:t>Бо я й свою вже часточку&lt;br /&gt;</w:t>
        <w:br/>
        <w:t>Прожив, слава богу, —&lt;br /&gt;</w:t>
        <w:br/>
        <w:t>Підтоптався. Так що ж тепер,&lt;br /&gt;</w:t>
        <w:br/>
        <w:t>Що візьмеш, небого?&lt;br /&gt;</w:t>
        <w:br/>
        <w:t>За рік, чи як? — А що дасте.&lt;br /&gt;</w:t>
        <w:br/>
        <w:t>— Е, ні! Треба знати,&lt;br /&gt;</w:t>
        <w:br/>
        <w:t>Треба, дочко, лічить плату,&lt;br /&gt;</w:t>
        <w:br/>
        <w:t>Зароблену плату.&lt;br /&gt;</w:t>
        <w:br/>
        <w:t>Бо сказано: хто не лічить,&lt;br /&gt;</w:t>
        <w:br/>
        <w:t>То той і не має.&lt;br /&gt;</w:t>
        <w:br/>
        <w:t>Так отак хіба, небого:&lt;br /&gt;</w:t>
        <w:br/>
        <w:t>Ні ти нас не знаєш,&lt;br /&gt;</w:t>
        <w:br/>
        <w:t>Ні ми тебе; а поживеш,&lt;br /&gt;</w:t>
        <w:br/>
        <w:t>Роздивишся в хаті,&lt;br /&gt;</w:t>
        <w:br/>
        <w:t>Та й ми тебе побачимо —&lt;br /&gt;</w:t>
        <w:br/>
        <w:t>Отоді й за плату.&lt;br /&gt;</w:t>
        <w:br/>
        <w:t>Чи так, дочко? — Добре, дядьку.&lt;br /&gt;</w:t>
        <w:br/>
        <w:t>— Просимо ж у хату. —</w:t>
      </w:r>
    </w:p>
    <w:p>
      <w:r>
        <w:br/>
        <w:t>Поєднались. Молодиця&lt;br /&gt;</w:t>
        <w:br/>
        <w:t>Рада та весела;&lt;br /&gt;</w:t>
        <w:br/>
        <w:t>Ніби з паном повінчалась,&lt;br /&gt;</w:t>
        <w:br/>
        <w:t>Закупила села!&lt;br /&gt;</w:t>
        <w:br/>
        <w:t>І у хаті, і на дворі,&lt;br /&gt;</w:t>
        <w:br/>
        <w:t>І коло скотини —&lt;br /&gt;</w:t>
        <w:br/>
        <w:t>Увечері, і вдосвіта;&lt;br /&gt;</w:t>
        <w:br/>
        <w:t>А коло дитини —&lt;br /&gt;</w:t>
        <w:br/>
        <w:t>Так і пада, ніби мати,&lt;br /&gt;</w:t>
        <w:br/>
        <w:t>В будень і в неділю&lt;br /&gt;</w:t>
        <w:br/>
        <w:t>Головоньку йому змиє&lt;br /&gt;</w:t>
        <w:br/>
        <w:t>Й сорочечку білу&lt;br /&gt;</w:t>
        <w:br/>
        <w:t>Що день божий, надіває;&lt;br /&gt;</w:t>
        <w:br/>
        <w:t>Грається співає,&lt;br /&gt;</w:t>
        <w:br/>
        <w:t>Робить возики; а в свято —&lt;br /&gt;</w:t>
        <w:br/>
        <w:t>То й з рук не спускає.&lt;br /&gt;</w:t>
        <w:br/>
        <w:t>Дивуються старі мої&lt;br /&gt;</w:t>
        <w:br/>
        <w:t>Та моляться богу...&lt;br /&gt;</w:t>
        <w:br/>
        <w:t>А наймичка невсипуща&lt;br /&gt;</w:t>
        <w:br/>
        <w:t>Щовечір, небога,&lt;br /&gt;</w:t>
        <w:br/>
        <w:t>Свою долю проклинає,&lt;br /&gt;</w:t>
        <w:br/>
        <w:t>Тяжко, важко плаче;&lt;br /&gt;</w:t>
        <w:br/>
        <w:t>І ніхто того не чує,&lt;br /&gt;</w:t>
        <w:br/>
        <w:t>Незнає й не бачить,&lt;br /&gt;</w:t>
        <w:br/>
        <w:t>Опріч Марка маленького.&lt;br /&gt;</w:t>
        <w:br/>
        <w:t>Так воно не знає,&lt;br /&gt;</w:t>
        <w:br/>
        <w:t>Чого наймичка сльозами&lt;br /&gt;</w:t>
        <w:br/>
        <w:t>Його умиває.&lt;br /&gt;</w:t>
        <w:br/>
        <w:t>Не зна Марко, чого вона&lt;br /&gt;</w:t>
        <w:br/>
        <w:t>Так його цілує,&lt;br /&gt;</w:t>
        <w:br/>
        <w:t>Сама не з'їсть і не доп'є —&lt;br /&gt;</w:t>
        <w:br/>
        <w:t>Його нагодує.&lt;br /&gt;</w:t>
        <w:br/>
        <w:t>Не зна Марко. Як в колисці&lt;br /&gt;</w:t>
        <w:br/>
        <w:t>Часом серед ночі&lt;br /&gt;</w:t>
        <w:br/>
        <w:t>Прокинеться, ворухнеться, —&lt;br /&gt;</w:t>
        <w:br/>
        <w:t>То вона вже скочить,&lt;br /&gt;</w:t>
        <w:br/>
        <w:t>І укриє, й перехрестить,&lt;br /&gt;</w:t>
        <w:br/>
        <w:t>Тихо заколише —&lt;br /&gt;</w:t>
        <w:br/>
        <w:t>Вона чує з тії хати,&lt;br /&gt;</w:t>
        <w:br/>
        <w:t>Як дитина дише.&lt;br /&gt;</w:t>
        <w:br/>
        <w:t>Вранці Марко до наймички&lt;br /&gt;</w:t>
        <w:br/>
        <w:t>Ручки простягає&lt;br /&gt;</w:t>
        <w:br/>
        <w:t>І мамою невсипущу&lt;br /&gt;</w:t>
        <w:br/>
        <w:t>Ганну величає...&lt;br /&gt;</w:t>
        <w:br/>
        <w:t>Не зна Марко. Росте собі,&lt;br /&gt;</w:t>
        <w:br/>
        <w:t>Росте, виростає.</w:t>
      </w:r>
    </w:p>
    <w:p>
      <w:r>
        <w:br/>
        <w:t>IV</w:t>
      </w:r>
    </w:p>
    <w:p>
      <w:r>
        <w:br/>
        <w:t>Чимало літ перевернулось,&lt;br /&gt;</w:t>
        <w:br/>
        <w:t>Води чимало утекло.&lt;br /&gt;</w:t>
        <w:br/>
        <w:t>І в хутір лихо завернуло,&lt;br /&gt;</w:t>
        <w:br/>
        <w:t>І сльоз чимало принесло.&lt;br /&gt;</w:t>
        <w:br/>
        <w:t>Бабусю Настю поховали&lt;br /&gt;</w:t>
        <w:br/>
        <w:t>І ледве, ледве одволали&lt;br /&gt;</w:t>
        <w:br/>
        <w:t>Трохима діда. Прогуло&lt;br /&gt;</w:t>
        <w:br/>
        <w:t>Прокляте лихо та й заснуло —&lt;br /&gt;</w:t>
        <w:br/>
        <w:t>На хутір знову благодать&lt;br /&gt;</w:t>
        <w:br/>
        <w:t>З-за гаю темного вернулась&lt;br /&gt;</w:t>
        <w:br/>
        <w:t>До діда в хату спочивать.</w:t>
      </w:r>
    </w:p>
    <w:p>
      <w:r>
        <w:br/>
        <w:t>Уже Марко чумакує&lt;br /&gt;</w:t>
        <w:br/>
        <w:t>І восени не почує&lt;br /&gt;</w:t>
        <w:br/>
        <w:t>Ні під хатою, ні в хаті, —&lt;br /&gt;</w:t>
        <w:br/>
        <w:t>Кого-небудь треба сватать!&lt;br /&gt;</w:t>
        <w:br/>
        <w:t>— Кого ж би тут? — старий дума&lt;br /&gt;</w:t>
        <w:br/>
        <w:t>І просить поради&lt;br /&gt;</w:t>
        <w:br/>
        <w:t>У наймички. А наймичка&lt;br /&gt;</w:t>
        <w:br/>
        <w:t>До царівни б рада&lt;br /&gt;</w:t>
        <w:br/>
        <w:t>Слать старости: — Треба Марка&lt;br /&gt;</w:t>
        <w:br/>
        <w:t>Самого спитати.&lt;br /&gt;</w:t>
        <w:br/>
        <w:t>— Добре, дочко, спитаємо&lt;br /&gt;</w:t>
        <w:br/>
        <w:t>Та й будемо сватать. —</w:t>
      </w:r>
    </w:p>
    <w:p>
      <w:r>
        <w:br/>
        <w:t>Розпитали, порадились,&lt;br /&gt;</w:t>
        <w:br/>
        <w:t>Та й за старостами&lt;br /&gt;</w:t>
        <w:br/>
        <w:t>Пішов Марко. Вернулися&lt;br /&gt;</w:t>
        <w:br/>
        <w:t>Люди з рушниками,&lt;br /&gt;</w:t>
        <w:br/>
        <w:t>З святим хлібом обміненим.&lt;br /&gt;</w:t>
        <w:br/>
        <w:t>Панну у жупані,&lt;br /&gt;</w:t>
        <w:br/>
        <w:t>Таку кралю висватали,&lt;br /&gt;</w:t>
        <w:br/>
        <w:t>Що хоч за гетьмана,&lt;br /&gt;</w:t>
        <w:br/>
        <w:t>То не сором. Отаке-то&lt;br /&gt;</w:t>
        <w:br/>
        <w:t>Диво запопали.</w:t>
      </w:r>
    </w:p>
    <w:p>
      <w:r>
        <w:br/>
        <w:t>— Спасибі вам! — старий каже. —&lt;br /&gt;</w:t>
        <w:br/>
        <w:t>Тепер, щоб ви знали,&lt;br /&gt;</w:t>
        <w:br/>
        <w:t>Треба краю доводити,&lt;br /&gt;</w:t>
        <w:br/>
        <w:t>Коли й де вінчати,&lt;br /&gt;</w:t>
        <w:br/>
        <w:t>Та й весілля. Та ще ось що:&lt;br /&gt;</w:t>
        <w:br/>
        <w:t>Хто в нас буде мати?&lt;br /&gt;</w:t>
        <w:br/>
        <w:t>Не дожила моя Настя!.. —&lt;br /&gt;</w:t>
        <w:br/>
        <w:t>Та й заливсь сльозами.&lt;br /&gt;</w:t>
        <w:br/>
        <w:t>А наймичка у порогу&lt;br /&gt;</w:t>
        <w:br/>
        <w:t>Вхопилась руками&lt;br /&gt;</w:t>
        <w:br/>
        <w:t>За одвірок та й зомліла.&lt;br /&gt;</w:t>
        <w:br/>
        <w:t>Тихо стало в хаті;&lt;br /&gt;</w:t>
        <w:br/>
        <w:t>Тільки наймичка шептала:&lt;br /&gt;</w:t>
        <w:br/>
        <w:t>— Мати... мати... мати...</w:t>
      </w:r>
    </w:p>
    <w:p>
      <w:r>
        <w:br/>
        <w:t>V</w:t>
      </w:r>
    </w:p>
    <w:p>
      <w:r>
        <w:br/>
        <w:t>Через тиждень молодиці&lt;br /&gt;</w:t>
        <w:br/>
        <w:t>Коровай місили&lt;br /&gt;</w:t>
        <w:br/>
        <w:t>На хуторі. Старий батько&lt;br /&gt;</w:t>
        <w:br/>
        <w:t>З усієї сили&lt;br /&gt;</w:t>
        <w:br/>
        <w:t>З молодицями танцює,&lt;br /&gt;</w:t>
        <w:br/>
        <w:t>Та двір вимітає,&lt;br /&gt;</w:t>
        <w:br/>
        <w:t>Та прохожих, проїжджачих&lt;br /&gt;</w:t>
        <w:br/>
        <w:t>У двір закликає,&lt;br /&gt;</w:t>
        <w:br/>
        <w:t>Та вареною частує,&lt;br /&gt;</w:t>
        <w:br/>
        <w:t>На весілля просить.&lt;br /&gt;</w:t>
        <w:br/>
        <w:t>Знай бігає — а самого&lt;br /&gt;</w:t>
        <w:br/>
        <w:t>Ледве ноги носять.&lt;br /&gt;</w:t>
        <w:br/>
        <w:t>Скрізь гармидер та реготня,&lt;br /&gt;</w:t>
        <w:br/>
        <w:t>В хаті і надворі.&lt;br /&gt;</w:t>
        <w:br/>
        <w:t>І жолоби викотили&lt;br /&gt;</w:t>
        <w:br/>
        <w:t>З нової комори.&lt;br /&gt;</w:t>
        <w:br/>
        <w:t>Скрізь порання: печуть, варять,&lt;br /&gt;</w:t>
        <w:br/>
        <w:t>Вимітають, миють...&lt;br /&gt;</w:t>
        <w:br/>
        <w:t>Та все чужі. Де ж наймичка?&lt;br /&gt;</w:t>
        <w:br/>
        <w:t>На прощу у Київ&lt;br /&gt;</w:t>
        <w:br/>
        <w:t>Пішла Ганна. Благав старий,&lt;br /&gt;</w:t>
        <w:br/>
        <w:t>А Марко аж плакав,&lt;br /&gt;</w:t>
        <w:br/>
        <w:t>Щоб була вона за матір.&lt;br /&gt;</w:t>
        <w:br/>
        <w:t>— Ні, Марку! Ніяко&lt;br /&gt;</w:t>
        <w:br/>
        <w:t>Мені матір'ю сидіти:&lt;br /&gt;</w:t>
        <w:br/>
        <w:t>То багаті люди,&lt;br /&gt;</w:t>
        <w:br/>
        <w:t>А я наймичка... Ще й з тебе&lt;br /&gt;</w:t>
        <w:br/>
        <w:t>Сміятися будуть. —&lt;br /&gt;</w:t>
        <w:br/>
        <w:t>Нехай бог вам помагає!&lt;br /&gt;</w:t>
        <w:br/>
        <w:t>Піду помолюся.&lt;br /&gt;</w:t>
        <w:br/>
        <w:t>Усім святим у Києві,&lt;br /&gt;</w:t>
        <w:br/>
        <w:t>Та й знову вернуся&lt;br /&gt;</w:t>
        <w:br/>
        <w:t>В вашу хату, як приймете.&lt;br /&gt;</w:t>
        <w:br/>
        <w:t>Поки маю сили,&lt;br /&gt;</w:t>
        <w:br/>
        <w:t>Трудитимусь... — Чистим серцем&lt;br /&gt;</w:t>
        <w:br/>
        <w:t>Поблагословила&lt;br /&gt;</w:t>
        <w:br/>
        <w:t>Свого Марка... Заплакала&lt;br /&gt;</w:t>
        <w:br/>
        <w:t>Й пішла за ворота.</w:t>
      </w:r>
    </w:p>
    <w:p>
      <w:r>
        <w:br/>
        <w:t>Розвернулося весілля,&lt;br /&gt;</w:t>
        <w:br/>
        <w:t>Музикам робота —&lt;br /&gt;</w:t>
        <w:br/>
        <w:t>І підковам. Вареною&lt;br /&gt;</w:t>
        <w:br/>
        <w:t>Столи й лави миють.&lt;br /&gt;</w:t>
        <w:br/>
        <w:t>А наймичка шкандибає,&lt;br /&gt;</w:t>
        <w:br/>
        <w:t>Поспішає в Київ.&lt;br /&gt;</w:t>
        <w:br/>
        <w:t>Прийшла в Київ — не спочила,&lt;br /&gt;</w:t>
        <w:br/>
        <w:t>У міщанки стала,&lt;br /&gt;</w:t>
        <w:br/>
        <w:t>Найнялася носить воду,&lt;br /&gt;</w:t>
        <w:br/>
        <w:t>Бо грошей нестало&lt;br /&gt;</w:t>
        <w:br/>
        <w:t>На молебствіє Варварі.&lt;br /&gt;</w:t>
        <w:br/>
        <w:t>Носила, носила,&lt;br /&gt;</w:t>
        <w:br/>
        <w:t>Кіп із вісім заробила&lt;br /&gt;</w:t>
        <w:br/>
        <w:t>Й Маркові купила&lt;br /&gt;</w:t>
        <w:br/>
        <w:t>Святу шапочку в пещерах&lt;br /&gt;</w:t>
        <w:br/>
        <w:t>У Йвана святого,&lt;br /&gt;</w:t>
        <w:br/>
        <w:t>Щоб голова не боліла&lt;br /&gt;</w:t>
        <w:br/>
        <w:t>В Марка молодого.&lt;br /&gt;</w:t>
        <w:br/>
        <w:t>І перстеник у Варвари&lt;br /&gt;</w:t>
        <w:br/>
        <w:t>Невістці достала,&lt;br /&gt;</w:t>
        <w:br/>
        <w:t>І, всім святим поклонившись,&lt;br /&gt;</w:t>
        <w:br/>
        <w:t>Додому верталась.&lt;br /&gt;</w:t>
        <w:br/>
        <w:t>Вернулася. Катерина&lt;br /&gt;</w:t>
        <w:br/>
        <w:t>І Марко зустріли&lt;br /&gt;</w:t>
        <w:br/>
        <w:t>За ворітьми, ввели в хату&lt;br /&gt;</w:t>
        <w:br/>
        <w:t>Й за стіл посадили;&lt;br /&gt;</w:t>
        <w:br/>
        <w:t>Напували й годували,&lt;br /&gt;</w:t>
        <w:br/>
        <w:t>Про Київ питали,&lt;br /&gt;</w:t>
        <w:br/>
        <w:t>І в кімнаті Катерина&lt;br /&gt;</w:t>
        <w:br/>
        <w:t>Одпочить послала.&lt;br /&gt;</w:t>
        <w:br/>
        <w:t>— За що вони мене люблять?&lt;br /&gt;</w:t>
        <w:br/>
        <w:t>За що поважають?&lt;br /&gt;</w:t>
        <w:br/>
        <w:t>О боже мій милосердний,&lt;br /&gt;</w:t>
        <w:br/>
        <w:t>Може, вони знають...&lt;br /&gt;</w:t>
        <w:br/>
        <w:t>Може, вони догадались...&lt;br /&gt;</w:t>
        <w:br/>
        <w:t>Ні, не догадались —&lt;br /&gt;</w:t>
        <w:br/>
        <w:t>Вони добрі... — І наймичка&lt;br /&gt;</w:t>
        <w:br/>
        <w:t>Тяжко заридала.</w:t>
      </w:r>
    </w:p>
    <w:p>
      <w:r>
        <w:br/>
        <w:t>VI</w:t>
      </w:r>
    </w:p>
    <w:p>
      <w:r>
        <w:br/>
        <w:t>Тричі крига замерзала,&lt;br /&gt;</w:t>
        <w:br/>
        <w:t>Тричі розтавала,&lt;br /&gt;</w:t>
        <w:br/>
        <w:t>Тричі наймичку у Київ&lt;br /&gt;</w:t>
        <w:br/>
        <w:t>Катря провожала,&lt;br /&gt;</w:t>
        <w:br/>
        <w:t>Так, як матір. І в четвертий&lt;br /&gt;</w:t>
        <w:br/>
        <w:t>Провела небогу&lt;br /&gt;</w:t>
        <w:br/>
        <w:t>Аж у поле, до могили,&lt;br /&gt;</w:t>
        <w:br/>
        <w:t>І молила бога,&lt;br /&gt;</w:t>
        <w:br/>
        <w:t>Щоб швиденько верталася,&lt;br /&gt;</w:t>
        <w:br/>
        <w:t>Бо без неї в хаті&lt;br /&gt;</w:t>
        <w:br/>
        <w:t>Якось сумно — ніби мати&lt;br /&gt;</w:t>
        <w:br/>
        <w:t>Покинула хату.</w:t>
      </w:r>
    </w:p>
    <w:p>
      <w:r>
        <w:br/>
        <w:t>Після пречистої в неділю,&lt;br /&gt;</w:t>
        <w:br/>
        <w:t>Та після першої, Трохим&lt;br /&gt;</w:t>
        <w:br/>
        <w:t>Старий сидів в сорочці білій,&lt;br /&gt;</w:t>
        <w:br/>
        <w:t>В брилі, на призьбі. Перед ним&lt;br /&gt;</w:t>
        <w:br/>
        <w:t>З собакою онучок грався,&lt;br /&gt;</w:t>
        <w:br/>
        <w:t>А внучка в юпку одяглась&lt;br /&gt;</w:t>
        <w:br/>
        <w:t>У Катрину і ніби йшла&lt;br /&gt;</w:t>
        <w:br/>
        <w:t>До діда в гості. Засміявсь&lt;br /&gt;</w:t>
        <w:br/>
        <w:t>Старий і внучку привітав,&lt;br /&gt;</w:t>
        <w:br/>
        <w:t>Неначе справді молодицю:&lt;br /&gt;</w:t>
        <w:br/>
        <w:t>— А де ж ти діла паляницю?&lt;br /&gt;</w:t>
        <w:br/>
        <w:t>Чи, може, в лісі хто одняв?&lt;br /&gt;</w:t>
        <w:br/>
        <w:t>Чи попросту — забула взяти?&lt;br /&gt;</w:t>
        <w:br/>
        <w:t>Чи, може, ще й не напекла?&lt;br /&gt;</w:t>
        <w:br/>
        <w:t>Е, сором, сором! Лепська мати! —&lt;br /&gt;</w:t>
        <w:br/>
        <w:t>Аж зирк — і наймичка ввійшла&lt;br /&gt;</w:t>
        <w:br/>
        <w:t>На двір. Старий побіг стрічати&lt;br /&gt;</w:t>
        <w:br/>
        <w:t>З онуками свою Ганну...&lt;br /&gt;</w:t>
        <w:br/>
        <w:t>— А Марко в дорозі? —&lt;br /&gt;</w:t>
        <w:br/>
        <w:t>Ганна діда питалася.&lt;br /&gt;</w:t>
        <w:br/>
        <w:t>— В дорозі ще й досі.&lt;br /&gt;</w:t>
        <w:br/>
        <w:t>— А я ледве додибала&lt;br /&gt;</w:t>
        <w:br/>
        <w:t>До вашої хати,&lt;br /&gt;</w:t>
        <w:br/>
        <w:t>Не хотілось на чужині&lt;br /&gt;</w:t>
        <w:br/>
        <w:t>Одній умирати.&lt;br /&gt;</w:t>
        <w:br/>
        <w:t>Коли б Марка діждатися...&lt;br /&gt;</w:t>
        <w:br/>
        <w:t>Так щось тяжко стало! —&lt;br /&gt;</w:t>
        <w:br/>
        <w:t>І внучатам із клуночка&lt;br /&gt;</w:t>
        <w:br/>
        <w:t>Гостинці виймала —&lt;br /&gt;</w:t>
        <w:br/>
        <w:t>І хрестики, й дукачики,&lt;br /&gt;</w:t>
        <w:br/>
        <w:t>Й намиста разочок&lt;br /&gt;</w:t>
        <w:br/>
        <w:t>Яриночці, і червоний&lt;br /&gt;</w:t>
        <w:br/>
        <w:t>З фольги образочок,&lt;br /&gt;</w:t>
        <w:br/>
        <w:t>А Карпові соловейка&lt;br /&gt;</w:t>
        <w:br/>
        <w:t>Та коників пару,&lt;br /&gt;</w:t>
        <w:br/>
        <w:t>І четвертий уже перстень&lt;br /&gt;</w:t>
        <w:br/>
        <w:t>Святої Варвари&lt;br /&gt;</w:t>
        <w:br/>
        <w:t>Катерині. А дідові&lt;br /&gt;</w:t>
        <w:br/>
        <w:t>Із воску святого&lt;br /&gt;</w:t>
        <w:br/>
        <w:t>Три свічечки; а Маркові&lt;br /&gt;</w:t>
        <w:br/>
        <w:t>І собі нічого&lt;br /&gt;</w:t>
        <w:br/>
        <w:t>Не принесла, не купила,&lt;br /&gt;</w:t>
        <w:br/>
        <w:t>Бо грошей нестало,&lt;br /&gt;</w:t>
        <w:br/>
        <w:t>А заробить не здужала.&lt;br /&gt;</w:t>
        <w:br/>
        <w:t>— А ось ще осталось&lt;br /&gt;</w:t>
        <w:br/>
        <w:t>Півбубличка! — Й по шматочку&lt;br /&gt;</w:t>
        <w:br/>
        <w:t>Дітям розділила.</w:t>
      </w:r>
    </w:p>
    <w:p>
      <w:r>
        <w:br/>
        <w:t>VII</w:t>
      </w:r>
    </w:p>
    <w:p>
      <w:r>
        <w:br/>
        <w:t>Ввійшла в хату. Катерина&lt;br /&gt;</w:t>
        <w:br/>
        <w:t>Їй ноги умила&lt;br /&gt;</w:t>
        <w:br/>
        <w:t>Й полуднувать посадила.&lt;br /&gt;</w:t>
        <w:br/>
        <w:t>Не пила й не їла&lt;br /&gt;</w:t>
        <w:br/>
        <w:t>Стара Ганна. — Катерино!&lt;br /&gt;</w:t>
        <w:br/>
        <w:t>Коли в нас неділя? —&lt;br /&gt;</w:t>
        <w:br/>
        <w:t>— Післязавтра. — Треба буде&lt;br /&gt;</w:t>
        <w:br/>
        <w:t>Акафіст найняти&lt;br /&gt;</w:t>
        <w:br/>
        <w:t>Миколаєві святому&lt;br /&gt;</w:t>
        <w:br/>
        <w:t>Й на часточку дати;&lt;br /&gt;</w:t>
        <w:br/>
        <w:t>Бо щось Марко забарився...&lt;br /&gt;</w:t>
        <w:br/>
        <w:t>Може, де в дорозі&lt;br /&gt;</w:t>
        <w:br/>
        <w:t>Занедужав, сохрань боже! —&lt;br /&gt;</w:t>
        <w:br/>
        <w:t>Й покапали сльози&lt;br /&gt;</w:t>
        <w:br/>
        <w:t>З старих очей замучених,&lt;br /&gt;</w:t>
        <w:br/>
        <w:t>Ледве, ледве встала&lt;br /&gt;</w:t>
        <w:br/>
        <w:t>Із-за стола. — Катерино!&lt;br /&gt;</w:t>
        <w:br/>
        <w:t>Не та вже я стала:&lt;br /&gt;</w:t>
        <w:br/>
        <w:t>Зледащіла, не здужаю&lt;br /&gt;</w:t>
        <w:br/>
        <w:t>І на ноги встати.&lt;br /&gt;</w:t>
        <w:br/>
        <w:t>Тяжко, Катре, умирати&lt;br /&gt;</w:t>
        <w:br/>
        <w:t>В чужій теплій хаті.&lt;br /&gt;</w:t>
        <w:br/>
        <w:t>Занедужала небога.&lt;br /&gt;</w:t>
        <w:br/>
        <w:t>Уже й причащали,&lt;br /&gt;</w:t>
        <w:br/>
        <w:t>Й малосвятіє служили, —&lt;br /&gt;</w:t>
        <w:br/>
        <w:t>Ні, не помагало!&lt;br /&gt;</w:t>
        <w:br/>
        <w:t>Старий Трохим по надвір'ю,&lt;br /&gt;</w:t>
        <w:br/>
        <w:t>Мов убитий, ходить.&lt;br /&gt;</w:t>
        <w:br/>
        <w:t>Катерина ж з болящої&lt;br /&gt;</w:t>
        <w:br/>
        <w:t>І очей не зводить.&lt;br /&gt;</w:t>
        <w:br/>
        <w:t>Катерина коло неї&lt;br /&gt;</w:t>
        <w:br/>
        <w:t>І днює й ночує.&lt;br /&gt;</w:t>
        <w:br/>
        <w:t>А тимчасом сичі вночі&lt;br /&gt;</w:t>
        <w:br/>
        <w:t>Недобре віщують —&lt;br /&gt;</w:t>
        <w:br/>
        <w:t>На коморі. Болящая&lt;br /&gt;</w:t>
        <w:br/>
        <w:t>Щодень, що година&lt;br /&gt;</w:t>
        <w:br/>
        <w:t>Ледве чути питається:&lt;br /&gt;</w:t>
        <w:br/>
        <w:t>— Доню Катерино!&lt;br /&gt;</w:t>
        <w:br/>
        <w:t>Чи ще Марко не приїхав?&lt;br /&gt;</w:t>
        <w:br/>
        <w:t>Ох, якби я знала,&lt;br /&gt;</w:t>
        <w:br/>
        <w:t>Що діждуся, що побачу,&lt;br /&gt;</w:t>
        <w:br/>
        <w:t>То ще б підождала.</w:t>
      </w:r>
    </w:p>
    <w:p>
      <w:r>
        <w:br/>
        <w:t>VIII</w:t>
      </w:r>
    </w:p>
    <w:p>
      <w:r>
        <w:br/>
        <w:t>Іде Марко з чумаками;&lt;br /&gt;</w:t>
        <w:br/>
        <w:t>Ідучи співає.&lt;br /&gt;</w:t>
        <w:br/>
        <w:t>Не поспіша до господи —&lt;br /&gt;</w:t>
        <w:br/>
        <w:t>Воли попасає.&lt;br /&gt;</w:t>
        <w:br/>
        <w:t>Везе Марко Катерині&lt;br /&gt;</w:t>
        <w:br/>
        <w:t>Сукна дорогого,&lt;br /&gt;</w:t>
        <w:br/>
        <w:t>"А батькові шитий пояс&lt;br /&gt;</w:t>
        <w:br/>
        <w:t>Шовку червоного.&lt;br /&gt;</w:t>
        <w:br/>
        <w:t>А наймичці на очіпок&lt;br /&gt;</w:t>
        <w:br/>
        <w:t>Парчі золотої&lt;br /&gt;</w:t>
        <w:br/>
        <w:t>І червону добру хустку&lt;br /&gt;</w:t>
        <w:br/>
        <w:t>З білою габою.&lt;br /&gt;</w:t>
        <w:br/>
        <w:t>А діточкам черевички,&lt;br /&gt;</w:t>
        <w:br/>
        <w:t>Фіг та винограду.&lt;br /&gt;</w:t>
        <w:br/>
        <w:t>А всім вкупі — червоного&lt;br /&gt;</w:t>
        <w:br/>
        <w:t>Вина з Цареграду&lt;br /&gt;</w:t>
        <w:br/>
        <w:t>Відер з троє у барилі,&lt;br /&gt;</w:t>
        <w:br/>
        <w:t>І кав'яру з Дону, —&lt;br /&gt;</w:t>
        <w:br/>
        <w:t>Всього везе, та не знає,&lt;br /&gt;</w:t>
        <w:br/>
        <w:t>Що діється дома.&lt;br /&gt;</w:t>
        <w:br/>
        <w:t>Іде Марко, не журиться.&lt;br /&gt;</w:t>
        <w:br/>
        <w:t>Прийшов — слава богу!&lt;br /&gt;</w:t>
        <w:br/>
        <w:t>І ворота одчиняє,&lt;br /&gt;</w:t>
        <w:br/>
        <w:t>І молиться богу...&lt;br /&gt;</w:t>
        <w:br/>
        <w:t>— Чи чуєш ти, Катерино?&lt;br /&gt;</w:t>
        <w:br/>
        <w:t>Біжи зустрічати!&lt;br /&gt;</w:t>
        <w:br/>
        <w:t>Уже прийшов. Біжи швидше,&lt;br /&gt;</w:t>
        <w:br/>
        <w:t>Швидше веди в хату!..&lt;br /&gt;</w:t>
        <w:br/>
        <w:t>Слава тобі, Христе боже!&lt;br /&gt;</w:t>
        <w:br/>
        <w:t>Насилу діждала! —&lt;br /&gt;</w:t>
        <w:br/>
        <w:t>І "отче наш" тихо... тихо,&lt;br /&gt;</w:t>
        <w:br/>
        <w:t>Мов крізь сон, читала.</w:t>
      </w:r>
    </w:p>
    <w:p>
      <w:r>
        <w:br/>
        <w:t>Старий воли випрягає,&lt;br /&gt;</w:t>
        <w:br/>
        <w:t>Занози ховає&lt;br /&gt;</w:t>
        <w:br/>
        <w:t>Мережані. А Катруся&lt;br /&gt;</w:t>
        <w:br/>
        <w:t>Марка оглядає.&lt;br /&gt;</w:t>
        <w:br/>
        <w:t>— А де ж Ганна, Катерино?&lt;br /&gt;</w:t>
        <w:br/>
        <w:t>Я пак і байдуже.&lt;br /&gt;</w:t>
        <w:br/>
        <w:t>Чи не вмерла? — Ні, не вмерла,&lt;br /&gt;</w:t>
        <w:br/>
        <w:t>А дуже нездужа.&lt;br /&gt;</w:t>
        <w:br/>
        <w:t>Ходім лишень в малу хату,&lt;br /&gt;</w:t>
        <w:br/>
        <w:t>Поки випрягає&lt;br /&gt;</w:t>
        <w:br/>
        <w:t>Воли батько; вона тебе,&lt;br /&gt;</w:t>
        <w:br/>
        <w:t>Марку, дожидає. —</w:t>
      </w:r>
    </w:p>
    <w:p>
      <w:r>
        <w:br/>
        <w:t>Ввійшов Марко в малу хату&lt;br /&gt;</w:t>
        <w:br/>
        <w:t>І став у порогу...&lt;br /&gt;</w:t>
        <w:br/>
        <w:t>Аж злякався. Ганна шепче:&lt;br /&gt;</w:t>
        <w:br/>
        <w:t>— Слава... слава богу.&lt;br /&gt;</w:t>
        <w:br/>
        <w:t>Ходи сюди, не лякайся...&lt;br /&gt;</w:t>
        <w:br/>
        <w:t>Вийди, Катре, з хати:&lt;br /&gt;</w:t>
        <w:br/>
        <w:t>Я щось маю розпитати,&lt;br /&gt;</w:t>
        <w:br/>
        <w:t>Дещо розказати. — .&lt;br /&gt;</w:t>
        <w:br/>
        <w:t>Вийшла з хати Катерина,&lt;br /&gt;</w:t>
        <w:br/>
        <w:t>А Марко схилився&lt;br /&gt;</w:t>
        <w:br/>
        <w:t>До наймички у голови.&lt;br /&gt;</w:t>
        <w:br/>
        <w:t>— Марку! Подивися,&lt;br /&gt;</w:t>
        <w:br/>
        <w:t>Подивися ти на мене!&lt;br /&gt;</w:t>
        <w:br/>
        <w:t>Бач, як я змарніла.&lt;br /&gt;</w:t>
        <w:br/>
        <w:t>Я не Ганна, не наймичка,&lt;br /&gt;</w:t>
        <w:br/>
        <w:t>Я... — Та й оніміла.&lt;br /&gt;</w:t>
        <w:br/>
        <w:t>Марко плакав, дивувався.&lt;br /&gt;</w:t>
        <w:br/>
        <w:t>Знов очі одкрила,&lt;br /&gt;</w:t>
        <w:br/>
        <w:t>Пильно, пильно подивилась —&lt;br /&gt;</w:t>
        <w:br/>
        <w:t>Сльози покотились.&lt;br /&gt;</w:t>
        <w:br/>
        <w:t>— Прости мене. Я каралась&lt;br /&gt;</w:t>
        <w:br/>
        <w:t>Весь вік в чужій хаті...&lt;br /&gt;</w:t>
        <w:br/>
        <w:t>Прости мене, мій синочку!&lt;br /&gt;</w:t>
        <w:br/>
        <w:t>Я... я твоя мати. —&lt;br /&gt;</w:t>
        <w:br/>
        <w:t>Та й замовкла... Зомлів Марко,&lt;br /&gt;</w:t>
        <w:br/>
        <w:t>Й земля задрижала.&lt;br /&gt;</w:t>
        <w:br/>
        <w:t>Прокинувся... до матері —&lt;br /&gt;</w:t>
        <w:br/>
        <w:t>А мати вже спала.</w:t>
      </w:r>
    </w:p>
    <w:p>
      <w:r>
        <w:br/>
        <w:t>[13 листопада 1845 в Переяславі] — [1860]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Наймичка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