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 батько</w:t>
      </w:r>
    </w:p>
    <w:p>
      <w:r>
        <w:br/>
        <w:t xml:space="preserve"> &lt;p&gt;Оце він і є. Нашому батькові, як мені здається, ще немає вісімдесяти. Здоров'ям він, слава Богу, нівроку: і зварить сам, і попере, і робот)' яку коло хати зробить, і взагалі...</w:t>
      </w:r>
    </w:p>
    <w:p>
      <w:r>
        <w:br/>
        <w:t>Він уже сам забув, коли базарював на цьому базарі, але сьогодні, як бачите, приїхав і тиняється від машин до возів, від возів до лавки і так далі. Очевидно, батько вибрався зі своїм інтересом: побачити, що люди продають, по яких цінах, послухати, про що говорять, яка городська мода пішла на харчі та на одежу, або ж і самому купити що.</w:t>
      </w:r>
    </w:p>
    <w:p>
      <w:r>
        <w:br/>
        <w:t>Я пригадую, як одного разу до війни, ще наша мати була жива, привезли ми з батьком на цей базар шість мішків огірків. Простояли з тими огірками мало не до вечора, потім батько розсердився, здав огірки оптом Райспожшспілці, випив у чайній сто грам, купив півкіло "тульки" — і по тих грошах за шість мішків огірків...</w:t>
      </w:r>
    </w:p>
    <w:p>
      <w:r>
        <w:br/>
        <w:t>Візьме чи не візьме? Гляньте, як довго він прицінюється до цих чобіт. Мабуть, візьме, бо по тому, як колупає нігтем підошву — чи добре вичинена — як обмацує голенища, передки, ранти, залазить рукою всередину — чи рубчика якого нема, чи цвях не виліз із підошви, — дістає гроші. Купує. Перев'язує мотузком, перекидає через плече і зараз піде купувати морозиво. Точно: бачите, підходить до лотка... Батька нашого хлібом не годуй, але дай йому морозива або тульки. Він любить морозиво і любить тульку. Купує. Тепер він буде його їсти. Він не буде його їсти, ходячи по базару. Він зараз стане ось під цим деревом, де менше людей, і тут почне. Нехай їсть на здоров'я. Ми зачекаємо, доки він досмакує, оберточку зімне в кулаці, покладе у кишеню, бо нікуди кинути, потім ще раз подивиться на лоток та й піде собі з чобітьми через плече по базару далі...</w:t>
      </w:r>
    </w:p>
    <w:p>
      <w:r>
        <w:br/>
        <w:t>Кури, гуси, качки, підсвинки і поросята, а кабани які! Питає, по чому? Не купить, але питає. Гроші, правда, у нього є і на кабана, але навіщо він йому здався: хто того кабана буде їсти? Глечика, може б, і взяв, але як і в чому ти будеш везти по такій дорозі?</w:t>
      </w:r>
    </w:p>
    <w:p>
      <w:r>
        <w:br/>
        <w:t>Не треба ні кабана, ні глечика — підемо собі по базару далі. Коли б ще випивав, то можна було б і випити: ось молдавани вино продають. Недороге, можна було б і випити. Але все одно випивати не будемо, та і морозиво тільки що з'їли, та й спека — ну його к чорту.</w:t>
      </w:r>
    </w:p>
    <w:p>
      <w:r>
        <w:br/>
        <w:t>Чоботи. Батько знімає з плеча і знову починає, як бачите, їх розглядати, нюхати, обмацувати і знову нюхати: чоботи добрячі і знову ж не дуже такі вже і дорогі. На дві зими стачить. А може, й на три.</w:t>
      </w:r>
    </w:p>
    <w:p>
      <w:r>
        <w:br/>
        <w:t>Може б, іще морозива з'їсти? Чоботи є, тульки — хоч греблю гати: чого б то я її ще зранку купував та носив, щоб текла? — не треба, встигну з козами на торг.</w:t>
      </w:r>
    </w:p>
    <w:p>
      <w:r>
        <w:br/>
        <w:t>Заждіть, батько щось помітив. Що ж це він помітив? Ага, за тим оно возом іде корова на продаж: і роги, і вим'я, і нога під нею, як під доброю дівкою... Гляньте, як батько назирці дибає за цією коровою.</w:t>
      </w:r>
    </w:p>
    <w:p>
      <w:r>
        <w:br/>
        <w:t>Наш батько — пастух. Скільки він себе пам'ятає, і скільки ми його пам'ятаємо — наш батько пасе череду. Пасе колгоспних і людських корів, живе в достатку, телевізора має, має пасіку, сад, криницю викопав біля хати, щоб під гору воду не носить. Про нашу хату вам розкаже мій менший брат, бо мені нашої хати не видно, а братові видно, бо цей наш менший брат живе при нашій хаті.</w:t>
      </w:r>
    </w:p>
    <w:p>
      <w:r>
        <w:br/>
        <w:t>Отож, поки ми говорили про батькову професію та розглядали базарних корів на базарі, як уже наш батько веде сименталку по дорозі від райцентру в наше село додому, оберемок сіна під рукою. Навіщо вона йому? Молоко і сметана, масло і сир у погребі годами у нього глевіють. Але — купив. Купив та й купив, може, йому веселіше буде, бо як не є, а худобина в хліві біля ясел зимою дихає парко, як двері відчиниш — то все-таки клопіт. А клопіт^— діло велике.</w:t>
      </w:r>
    </w:p>
    <w:p>
      <w:r>
        <w:br/>
        <w:t>Оце бачите братську могилу? Біля цієї могили батько пустить корову попасом, а сам сяде і закурить. Так воно і є. Корова пасеться, наш батько курить, вітер, сонце, а в цій братській могилі лежу я, його старший син. Я лежу в цій могилі, нагороджений посмертно разом зі своїми товаришами. Ми бились, як нам здається, на совість і хоча перемогли уже мертвими, так би мовити, смертю смерть поправши, але справа зараз не в цьому: сонце, вітер, корова пасеться, наш батько курить. Нехай собі курить на здоров'я. Колись малим я любив кришити тютюнові корінці. Але тепер наш батько тютюну не сіє, та й мене давно вже нема, а курить папіроси лавочні "Север" Одеської тютюнової фабрики. Міг би курити папіроси й дорожчі, але звичка є звичка, а він до "Севера" звик.</w:t>
      </w:r>
    </w:p>
    <w:p>
      <w:r>
        <w:br/>
        <w:t>Тепер, по тому, як батько рушає з коровою далі, уже до села, я передаю слово нашому меншому братові, бо він цю дорогу знас краще за мене, бо вона, ця дорога, і село, і хата, так би мовити, це вже його володіння.</w:t>
      </w:r>
    </w:p>
    <w:p>
      <w:r>
        <w:br/>
        <w:t>...Ця дорога колись була стежкою. Вона була стежкою, і я ходив по споришу у райцентр до школи сім кілометрів десять літ. Тепер тут дорога. По цій дорозі, як бачите, веде наш батько корову, а наша хата крайня від села, оце вона і є. Фундамент і стіни уже старі, бо хату ставив ще наш дід. Усі часи вона була під соломою, а недавно, років зо три тому, батько вкрив її шифером.</w:t>
      </w:r>
    </w:p>
    <w:p>
      <w:r>
        <w:br/>
        <w:t>Зараз батько прив'яже корову до береста на причілку хати. Потім витягне з криниці відро води, нап'ється і дасть напитися корові. Так і є: бачите, батько прив'язує корову до береста.</w:t>
      </w:r>
    </w:p>
    <w:p>
      <w:r>
        <w:br/>
        <w:t>Берест — це я, його середній син. В одному з боїв я впав на міну і виріс оце коло нашої хати берестом. Батько не знає, що цей берест — це я, його середній син. Мені й самому дивно, чого це раптом я став берестом і чому саме берестом, а не іншою деревиною. Убило мене на Одері, і було б не так обидно, якби хто-небудь бачив, як мене вбило. Бо навіть батько до сих пір думає, що я живий, що, може, я десь є і не хочу до нього признаватися, — от що мені обидно! Сказати батькові, що я — це я, берест, я вже не можу, бо листя моє не говорить по-людському, з вітром хіба чи дощем — то інше діло.</w:t>
      </w:r>
    </w:p>
    <w:p>
      <w:r>
        <w:br/>
        <w:t>Якось посідали з сусідом отут на рядні піді мною, про се, про те говорили, де чиї діти, на шахтах чи в городі, а батько візьми та й скажи: немає у мене, крім череди, нікого, оце допасу до зими, та спиляю оцього береста, та витешу собі домовину із нього, помру, а хату передам у колгосп. Страшно стало мені від тих батькових слів: я подумав собі, як це батько лежатиме у мені, у своєму синові, у землі? Хотілось мені тої ночі усохнути чи зникнути десь від хати подалі в степи, але куди його зникнеш?</w:t>
      </w:r>
    </w:p>
    <w:p>
      <w:r>
        <w:br/>
        <w:t>А чоботи батько купив справді добрячі. Оце заносить він їх у хату. Відкриває скриню, обмотує чоботи газетами і кладе до осені. У цій скрині на дні лежать наші фотокартки. Батько не чіпляє наші фотокартки на стіну, щоб не відцвітали під сонцем та щоб мухи не гидили їх.</w:t>
      </w:r>
    </w:p>
    <w:p>
      <w:r>
        <w:br/>
        <w:t>Батько виходить з хати, дає собаці і курам їсти, бере косу, вкосює трави, підкидає на ніч корові, сонце заходить. Спати батько лягає рано, бо рано треба вставати. Це ліжко, яке він поставив піді мною і на якому він спить, — це ще наше хлоп'яче ліжко.</w:t>
      </w:r>
    </w:p>
    <w:p>
      <w:r>
        <w:br/>
        <w:t>Ніч. Батько спить. Лежить і глибоко дихає прив'язана до мене корова.</w:t>
      </w:r>
    </w:p>
    <w:p>
      <w:r>
        <w:br/>
        <w:t>З тієї миті, як я став берестом, я почуваю себе прекрасно. Земля піді мною така, що коріння у ній аж співає, — така ця земля благодатна. Повітря, як мед. Єдине, що заважає мені — це безсоння. Відколи я таким став, я не можу заснути. Завжди в моєму листі вітер якийсь ночує, взимку то сніг, то мороз — гніздечко тремтить на мені одиноке, весною бруньки і листя росте, аж гуде, потім цвіту, опадаю, і знову усе спочатку. Птахи люблять мене. Гілками і листям видався я нівроку, і то найкраща для мене пора, коли на мені у гнізді яка птаха сидить на яєчках, а потім уже й пташенята почнуть щебетати, та літати, та комах добувати, та мене молодого прославляти.</w:t>
      </w:r>
    </w:p>
    <w:p>
      <w:r>
        <w:br/>
        <w:t>Скоро зійде сонце. Батько вже вмився. Доїть корову.</w:t>
      </w:r>
    </w:p>
    <w:p>
      <w:r>
        <w:br/>
        <w:t>А ось він уже й у колгоспі. Доярки зливають молоко у бідони, батько вітається, настрій у нього чудовий — корову, чоботи купив, тульку дівчатам роздає — хто хоче. У кишені батькового плаща транзистор музику грає, а як селом буде череду гнати — транзистор заграє гімн, потім розкаже, що на світі робиться. Вижене батько череду якраз за село — транзистор зробить фіззарядку.</w:t>
      </w:r>
    </w:p>
    <w:p>
      <w:r>
        <w:br/>
        <w:t>Так воно і є. Тепер, коли мені вже батька за селом не видно, то вам про нього розкаже наш останній, найменший, брат.</w:t>
      </w:r>
    </w:p>
    <w:p>
      <w:r>
        <w:br/>
        <w:t>Мене нема. Тобто оце поле, на якому наш батько випасає череду, це я і є. Мій літак вибухнув у повітрі, і я осипався на землю вже попелом, так що ні могили у мене нема, нічого. Ходять по мені оце зараз корівки, травичку пасуть, а наш батько сідає на камені і починає снідати. Сніданок у нього як сніданок: тулька, картопля в шкаралупі, цибулина, пляшка води заткнута качаном та півбуханки житнього хліба. Батько любить житній хліб. Для цього він навіть і сіс біля хати персональне жито, бо колгосп жита не сіс...</w:t>
      </w:r>
    </w:p>
    <w:p>
      <w:r>
        <w:br/>
        <w:t>Наді мною, якраз саме над цим моїм вибалком, пролягає міжконтинентальна повітряна траса. Взимку літакового сліду не видно, а зараз видно: білим слідом своїм літак наче прострочує небо, ділить його на дві половини. Отак під цим переполовиненим небом наш батько і пасе свою череду. Іноді припадає, що цей білий літаковий слід переполовинює батькову череду. Іноді ж буває і так, якщо подивитися знизу, то цей реактивний слід пролягає якраз між рогами корови, наче і корову ділить наполовину: половина — сюди, половина — туди. Але своє я вже відлітав, і в цих полях я став пшеницею, гречкою, кукурудзою, навіть сам уже не знаю чим... Хоча це не зовсім точно: у цих полях лежать цілі покоління нашого народу, і так ми усі родимо, і так ми усі цвітемо...</w:t>
      </w:r>
    </w:p>
    <w:p>
      <w:r>
        <w:br/>
        <w:t>Батько поснідав, обдивляється свою череду і закурює. Ну, то хай собі й курить, аби на здоров'я.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 батько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