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Нашому юнацтву</w:t>
      </w:r>
    </w:p>
    <w:p>
      <w:r>
        <w:br/>
        <w:t xml:space="preserve"> Володимир Маяковський&lt;br /&gt;</w:t>
        <w:br/>
        <w:t>Нашому юнацтву</w:t>
      </w:r>
    </w:p>
    <w:p>
      <w:r>
        <w:br/>
        <w:t>Перекладач: Микола Бажан</w:t>
      </w:r>
    </w:p>
    <w:p>
      <w:r>
        <w:br/>
        <w:t>На сотні естрад слухняно йшов,&lt;br /&gt;</w:t>
        <w:br/>
        <w:t>під тисячі поглядів сходив.&lt;br /&gt;</w:t>
        <w:br/>
        <w:t>В країні моїй стільки різних є мов&lt;br /&gt;</w:t>
        <w:br/>
        <w:t>та різних убрань&lt;br /&gt;</w:t>
        <w:br/>
        <w:t>і народів!&lt;br /&gt;</w:t>
        <w:br/>
        <w:t>Насилу,&lt;br /&gt;</w:t>
        <w:br/>
        <w:t>піт проливши струмком,&lt;br /&gt;</w:t>
        <w:br/>
        <w:t>крізь горло тонеля продерся&lt;br /&gt;</w:t>
        <w:br/>
        <w:t>і виліз,&lt;br /&gt;</w:t>
        <w:br/>
        <w:t>і ось, простившись свистком,&lt;br /&gt;</w:t>
        <w:br/>
        <w:t>із Курського&lt;br /&gt;</w:t>
        <w:br/>
        <w:t>рушив&lt;br /&gt;</w:t>
        <w:br/>
        <w:t>кур'єрський!&lt;br /&gt;</w:t>
        <w:br/>
        <w:t>Заводи&lt;br /&gt;</w:t>
        <w:br/>
        <w:t>женуться від лісу до хат,&lt;br /&gt;</w:t>
        <w:br/>
        <w:t>хитливі берези&lt;br /&gt;</w:t>
        <w:br/>
        <w:t>й ялини,&lt;br /&gt;</w:t>
        <w:br/>
        <w:t>і чиста,&lt;br /&gt;</w:t>
        <w:br/>
        <w:t>неначе слухаєш МХАТ,&lt;br /&gt;</w:t>
        <w:br/>
        <w:t>московська говірка лине.&lt;br /&gt;</w:t>
        <w:br/>
        <w:t>З-за обріїв дальніх,&lt;br /&gt;</w:t>
        <w:br/>
        <w:t>де ліс чорно ліг,&lt;br /&gt;</w:t>
        <w:br/>
        <w:t>хатки виглядають&lt;br /&gt;</w:t>
        <w:br/>
        <w:t>заховані.&lt;br /&gt;</w:t>
        <w:br/>
        <w:t>Барвисті бочки їх&lt;br /&gt;</w:t>
        <w:br/>
        <w:t>з-під солом'яних стріх&lt;br /&gt;</w:t>
        <w:br/>
        <w:t>по-різному мальовані.&lt;br /&gt;</w:t>
        <w:br/>
        <w:t>Беріть із собою поезій мішок,&lt;br /&gt;</w:t>
        <w:br/>
        <w:t>талантом&lt;br /&gt;</w:t>
        <w:br/>
        <w:t>налийтесь по вінця,-&lt;br /&gt;</w:t>
        <w:br/>
        <w:t>у відповідь&lt;br /&gt;</w:t>
        <w:br/>
        <w:t>зичливий цідять смішок&lt;br /&gt;</w:t>
        <w:br/>
        <w:t>уста&lt;br /&gt;</w:t>
        <w:br/>
        <w:t>юнака-українця.&lt;br /&gt;</w:t>
        <w:br/>
        <w:t>Простори біжать,&lt;br /&gt;</w:t>
        <w:br/>
        <w:t>виростаючи знов,&lt;br /&gt;</w:t>
        <w:br/>
        <w:t>їх сонце пече —&lt;br /&gt;</w:t>
        <w:br/>
        <w:t>куховарка.&lt;br /&gt;</w:t>
        <w:br/>
        <w:t>І поїзд&lt;br /&gt;</w:t>
        <w:br/>
        <w:t>уже&lt;br /&gt;</w:t>
        <w:br/>
        <w:t>біжить на Ростов,&lt;br /&gt;</w:t>
        <w:br/>
        <w:t>далеко за димний Харків.&lt;br /&gt;</w:t>
        <w:br/>
        <w:t>Поля —&lt;br /&gt;</w:t>
        <w:br/>
        <w:t>на мільйони хлібних тонн,&lt;br /&gt;</w:t>
        <w:br/>
        <w:t>немов їх&lt;br /&gt;</w:t>
        <w:br/>
        <w:t>рівняють рубанки,&lt;br /&gt;</w:t>
        <w:br/>
        <w:t>а в охрі пшениць&lt;br /&gt;</w:t>
        <w:br/>
        <w:t>посріблений Дон&lt;br /&gt;</w:t>
        <w:br/>
        <w:t>блищить&lt;br /&gt;</w:t>
        <w:br/>
        <w:t>позументом&lt;br /&gt;</w:t>
        <w:br/>
        <w:t>кубанки.&lt;br /&gt;</w:t>
        <w:br/>
        <w:t>Захрипши, продовжує поїзд ревти,&lt;br /&gt;</w:t>
        <w:br/>
        <w:t>і ось&lt;br /&gt;</w:t>
        <w:br/>
        <w:t>почалось кавказьке,-&lt;br /&gt;</w:t>
        <w:br/>
        <w:t>то голови цукру підносять хребти,&lt;br /&gt;</w:t>
        <w:br/>
        <w:t>то в сонце —&lt;br /&gt;</w:t>
        <w:br/>
        <w:t>пожежні каски.&lt;br /&gt;</w:t>
        <w:br/>
        <w:t>Лечу&lt;br /&gt;</w:t>
        <w:br/>
        <w:t>ущелинами&lt;br /&gt;</w:t>
        <w:br/>
        <w:t>бистро я.&lt;br /&gt;</w:t>
        <w:br/>
        <w:t>Сивіють шапки й крижини.&lt;br /&gt;</w:t>
        <w:br/>
        <w:t>Затисши кинджали, горяни стоять,&lt;br /&gt;</w:t>
        <w:br/>
        <w:t>зорять&lt;br /&gt;</w:t>
        <w:br/>
        <w:t>із сідла&lt;br /&gt;</w:t>
        <w:br/>
        <w:t>осетини.&lt;br /&gt;</w:t>
        <w:br/>
        <w:t>Брила&lt;br /&gt;</w:t>
        <w:br/>
        <w:t>вгорі&lt;br /&gt;</w:t>
        <w:br/>
        <w:t>снігова,&lt;br /&gt;</w:t>
        <w:br/>
        <w:t>сохне&lt;br /&gt;</w:t>
        <w:br/>
        <w:t>внизу&lt;br /&gt;</w:t>
        <w:br/>
        <w:t>трава,&lt;br /&gt;</w:t>
        <w:br/>
        <w:t>і сонце свій йод розлива.&lt;br /&gt;</w:t>
        <w:br/>
        <w:t>Тбілісців&lt;br /&gt;</w:t>
        <w:br/>
        <w:t>пізнаєш за сотню метрів:&lt;br /&gt;</w:t>
        <w:br/>
        <w:t>гуляють годинами денними&lt;br /&gt;</w:t>
        <w:br/>
        <w:t>у модних шляпах,&lt;br /&gt;</w:t>
        <w:br/>
        <w:t>в блискучих гетрах&lt;br /&gt;</w:t>
        <w:br/>
        <w:t>парижанами отакенними.&lt;br /&gt;</w:t>
        <w:br/>
        <w:t>По-своєму&lt;br /&gt;</w:t>
        <w:br/>
        <w:t>вчиться абетки&lt;br /&gt;</w:t>
        <w:br/>
        <w:t>всяк,&lt;br /&gt;</w:t>
        <w:br/>
        <w:t>аж цифри по-своєму сняться їм.&lt;br /&gt;</w:t>
        <w:br/>
        <w:t>У кожного третього —&lt;br /&gt;</w:t>
        <w:br/>
        <w:t>мова своя&lt;br /&gt;</w:t>
        <w:br/>
        <w:t>і власна у нього нація.&lt;br /&gt;</w:t>
        <w:br/>
        <w:t>От якось,&lt;br /&gt;</w:t>
        <w:br/>
        <w:t>заклопотаний безліччю справ,&lt;br /&gt;</w:t>
        <w:br/>
        <w:t>забув я готель,&lt;br /&gt;</w:t>
        <w:br/>
        <w:t>де ночую.&lt;br /&gt;</w:t>
        <w:br/>
        <w:t>Адресу по-руськи&lt;br /&gt;</w:t>
        <w:br/>
        <w:t>в хохла&lt;br /&gt;</w:t>
        <w:br/>
        <w:t>я спитав.&lt;br /&gt;</w:t>
        <w:br/>
        <w:t>Хохол відповів:&lt;br /&gt;</w:t>
        <w:br/>
        <w:t>"не чую".&lt;br /&gt;</w:t>
        <w:br/>
        <w:t>Коли ж науковій&lt;br /&gt;</w:t>
        <w:br/>
        <w:t>віддаються темі,&lt;br /&gt;</w:t>
        <w:br/>
        <w:t>їм&lt;br /&gt;</w:t>
        <w:br/>
        <w:t>в російській мові завузько;&lt;br /&gt;</w:t>
        <w:br/>
        <w:t>з Тбіліською&lt;br /&gt;</w:t>
        <w:br/>
        <w:t>Казанська академія&lt;br /&gt;</w:t>
        <w:br/>
        <w:t>листується по-французьки.&lt;br /&gt;</w:t>
        <w:br/>
        <w:t>І&lt;br /&gt;</w:t>
        <w:br/>
        <w:t>я&lt;br /&gt;</w:t>
        <w:br/>
        <w:t>Париж люблю, бігме,-&lt;br /&gt;</w:t>
        <w:br/>
        <w:t>(чудові бульвари і площі).&lt;br /&gt;</w:t>
        <w:br/>
        <w:t>От взяти, наприклад,-&lt;br /&gt;</w:t>
        <w:br/>
        <w:t>Бодлер,&lt;br /&gt;</w:t>
        <w:br/>
        <w:t>Малларме&lt;br /&gt;</w:t>
        <w:br/>
        <w:t>тощо!&lt;br /&gt;</w:t>
        <w:br/>
        <w:t>Та нам хіба,&lt;br /&gt;</w:t>
        <w:br/>
        <w:t>війську, що твердо іде&lt;br /&gt;</w:t>
        <w:br/>
        <w:t>крізь бурі і роки&lt;br /&gt;</w:t>
        <w:br/>
        <w:t>колонами,&lt;br /&gt;</w:t>
        <w:br/>
        <w:t>ростити&lt;br /&gt;</w:t>
        <w:br/>
        <w:t>на зміну собі&lt;br /&gt;</w:t>
        <w:br/>
        <w:t>бульвардьє&lt;br /&gt;</w:t>
        <w:br/>
        <w:t>французистими піжонами?&lt;br /&gt;</w:t>
        <w:br/>
        <w:t>Хто був без'язикий,&lt;br /&gt;</w:t>
        <w:br/>
        <w:t>тим квітнуть дає&lt;br /&gt;</w:t>
        <w:br/>
        <w:t>свобода радянської влади.&lt;br /&gt;</w:t>
        <w:br/>
        <w:t>Шукайте свій корінь&lt;br /&gt;</w:t>
        <w:br/>
        <w:t>і слово своє,&lt;br /&gt;</w:t>
        <w:br/>
        <w:t>питайте в філологів ради.&lt;br /&gt;</w:t>
        <w:br/>
        <w:t>Вглядайтесь в життя своє&lt;br /&gt;</w:t>
        <w:br/>
        <w:t>на віддалі,&lt;br /&gt;</w:t>
        <w:br/>
        <w:t>змагайтеся в кожному заході&lt;br /&gt;</w:t>
        <w:br/>
        <w:t>за те,&lt;br /&gt;</w:t>
        <w:br/>
        <w:t>що є добре на нашій землі,&lt;br /&gt;</w:t>
        <w:br/>
        <w:t>за те, що є добре й на Заході.&lt;br /&gt;</w:t>
        <w:br/>
        <w:t>Та місця нема&lt;br /&gt;</w:t>
        <w:br/>
        <w:t>ворожнечі мазку,&lt;br /&gt;</w:t>
        <w:br/>
        <w:t>щоб душ молодих не вмастити!&lt;br /&gt;</w:t>
        <w:br/>
        <w:t>Товаришу молодь!&lt;br /&gt;</w:t>
        <w:br/>
        <w:t>Дивись — на Москву,&lt;br /&gt;</w:t>
        <w:br/>
        <w:t>на російську вуха гостріте.&lt;br /&gt;</w:t>
        <w:br/>
        <w:t>Та будь я&lt;br /&gt;</w:t>
        <w:br/>
        <w:t>хоч негром старим-престарим,&lt;br /&gt;</w:t>
        <w:br/>
        <w:t>труди&lt;br /&gt;</w:t>
        <w:br/>
        <w:t>поклав би&lt;br /&gt;</w:t>
        <w:br/>
        <w:t>шалені,&lt;br /&gt;</w:t>
        <w:br/>
        <w:t>щоб російську знати&lt;br /&gt;</w:t>
        <w:br/>
        <w:t>тільки затим,&lt;br /&gt;</w:t>
        <w:br/>
        <w:t>що мовив по-російськи&lt;br /&gt;</w:t>
        <w:br/>
        <w:t>Ленін.&lt;br /&gt;</w:t>
        <w:br/>
        <w:t>Коли в жовтні&lt;br /&gt;</w:t>
        <w:br/>
        <w:t>гарматні громи&lt;br /&gt;</w:t>
        <w:br/>
        <w:t>вогневі&lt;br /&gt;</w:t>
        <w:br/>
        <w:t>по вулицях&lt;br /&gt;</w:t>
        <w:br/>
        <w:t>кров'ю лилися,&lt;br /&gt;</w:t>
        <w:br/>
        <w:t>я знаю,-&lt;br /&gt;</w:t>
        <w:br/>
        <w:t>рішалася доля в Москві&lt;br /&gt;</w:t>
        <w:br/>
        <w:t>і Києві,&lt;br /&gt;</w:t>
        <w:br/>
        <w:t>і Тбілісі.&lt;br /&gt;</w:t>
        <w:br/>
        <w:t>Ми бачим&lt;br /&gt;</w:t>
        <w:br/>
        <w:t>в Москві&lt;br /&gt;</w:t>
        <w:br/>
        <w:t>не державну петлю,&lt;br /&gt;</w:t>
        <w:br/>
        <w:t>що землі, мовляв, заарканить.&lt;br /&gt;</w:t>
        <w:br/>
        <w:t>Москву&lt;br /&gt;</w:t>
        <w:br/>
        <w:t>я не тільки, як руський, люблю,-&lt;br /&gt;</w:t>
        <w:br/>
        <w:t>люблю,&lt;br /&gt;</w:t>
        <w:br/>
        <w:t>як мій стяг полум'яний!&lt;br /&gt;</w:t>
        <w:br/>
        <w:t>Ввібрав я&lt;br /&gt;</w:t>
        <w:br/>
        <w:t>трьох&lt;br /&gt;</w:t>
        <w:br/>
        <w:t>мовних джерел&lt;br /&gt;</w:t>
        <w:br/>
        <w:t>потік.&lt;br /&gt;</w:t>
        <w:br/>
        <w:t>я&lt;br /&gt;</w:t>
        <w:br/>
        <w:t>не з кацапів-роззяв.&lt;br /&gt;</w:t>
        <w:br/>
        <w:t>Я з діда — козак,&lt;br /&gt;</w:t>
        <w:br/>
        <w:t>з другого —&lt;br /&gt;</w:t>
        <w:br/>
        <w:t>січовик,&lt;br /&gt;</w:t>
        <w:br/>
        <w:t>а в Грузії&lt;br /&gt;</w:t>
        <w:br/>
        <w:t>жить&lt;br /&gt;</w:t>
        <w:br/>
        <w:t>починав.&lt;br /&gt;</w:t>
        <w:br/>
        <w:t>Три різних краплини&lt;br /&gt;</w:t>
        <w:br/>
        <w:t>в собі я вмістив&lt;br /&gt;</w:t>
        <w:br/>
        <w:t>і маю я&lt;br /&gt;</w:t>
        <w:br/>
        <w:t>право поета&lt;br /&gt;</w:t>
        <w:br/>
        <w:t>ганьбити&lt;br /&gt;</w:t>
        <w:br/>
        <w:t>всесоюзних радміщуків,&lt;br /&gt;</w:t>
        <w:br/>
        <w:t>і ваших,&lt;br /&gt;</w:t>
        <w:br/>
        <w:t>і русопетів.&lt;br /&gt;</w:t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Нашому юнацтву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