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Національний ідеал</w:t>
      </w:r>
    </w:p>
    <w:p>
      <w:r>
        <w:br/>
        <w:t xml:space="preserve"> Як налягло на Русь татарське лихоліттє,&lt;br /&gt;</w:t>
        <w:br/>
        <w:t>Зісталося в Києві немовби тілько сміттє.</w:t>
      </w:r>
    </w:p>
    <w:p>
      <w:r>
        <w:br/>
        <w:t>На Клязьму й на Москву позабігали люде&lt;br /&gt;</w:t>
        <w:br/>
        <w:t>І визирали, хто з Киян туди прибуде.</w:t>
      </w:r>
    </w:p>
    <w:p>
      <w:r>
        <w:br/>
        <w:t>І всі, що руської єдиності жадали,&lt;br /&gt;</w:t>
        <w:br/>
        <w:t>На Клязьму й на Москву помалу прибували.</w:t>
      </w:r>
    </w:p>
    <w:p>
      <w:r>
        <w:br/>
        <w:t>І засвітився світ по застумах московських,&lt;br /&gt;</w:t>
        <w:br/>
        <w:t>І надив буйтурів до себе запорозьких.</w:t>
      </w:r>
    </w:p>
    <w:p>
      <w:r>
        <w:br/>
        <w:t>І покидаючи свою руїнну дикость,&lt;br /&gt;</w:t>
        <w:br/>
        <w:t>Вбачали під Петром імперії великость.</w:t>
      </w:r>
    </w:p>
    <w:p>
      <w:r>
        <w:br/>
        <w:t>Імперія, се власть була над ворогами,&lt;br /&gt;</w:t>
        <w:br/>
        <w:t>Над Ханом, Турчином, Литвою і Ляхами.</w:t>
      </w:r>
    </w:p>
    <w:p>
      <w:r>
        <w:br/>
        <w:t>Боявсь про Чигирин султан і споминати,&lt;br /&gt;</w:t>
        <w:br/>
        <w:t>Давай на Буджаки необзир утікати.</w:t>
      </w:r>
    </w:p>
    <w:p>
      <w:r>
        <w:br/>
        <w:t>Ляхва з Литовцями не раз укурі бита,&lt;br /&gt;</w:t>
        <w:br/>
        <w:t>Під плахтою в жінок ховала єзуїта.</w:t>
      </w:r>
    </w:p>
    <w:p>
      <w:r>
        <w:br/>
        <w:t>І що б там ні було гіркого на Вкраїні,&lt;br /&gt;</w:t>
        <w:br/>
        <w:t>А густо забуяв наш нарід на руїні.</w:t>
      </w:r>
    </w:p>
    <w:p>
      <w:r>
        <w:br/>
        <w:t>Де нас десятками за Паліїв лічили,&lt;br /&gt;</w:t>
        <w:br/>
        <w:t>Там мільйонами край рідний ми осіли.</w:t>
      </w:r>
    </w:p>
    <w:p>
      <w:r>
        <w:br/>
        <w:t>Навчили ми Ляхву латину занедбати,&lt;br /&gt;</w:t>
        <w:br/>
        <w:t>Польщизною листи й літописи писати.</w:t>
      </w:r>
    </w:p>
    <w:p>
      <w:r>
        <w:br/>
        <w:t>Так само й Москалю живу вказали мову&lt;br /&gt;</w:t>
        <w:br/>
        <w:t>І привели його ід пушкінському слову.</w:t>
      </w:r>
    </w:p>
    <w:p>
      <w:r>
        <w:br/>
        <w:t>Собі ж добро своє найкраще приховали:&lt;br /&gt;</w:t>
        <w:br/>
        <w:t>Про рай, свій рідний край, з Тарасом заспівали.</w:t>
      </w:r>
    </w:p>
    <w:p>
      <w:r>
        <w:br/>
        <w:t>Та пісня по Урал і Волгу розлилася, —&lt;br /&gt;</w:t>
        <w:br/>
        <w:t>Стара в ній русчина з новою понялася.</w:t>
      </w:r>
    </w:p>
    <w:p>
      <w:r>
        <w:br/>
        <w:t>Тепер Боянська Русь козацтво занедбала,&lt;br /&gt;</w:t>
        <w:br/>
        <w:t>Руїнним полом'єм хвалитись перестала.</w:t>
      </w:r>
    </w:p>
    <w:p>
      <w:r>
        <w:br/>
        <w:t>І буде знов її той дух животворити,&lt;br /&gt;</w:t>
        <w:br/>
        <w:t>Що із Ляхви й Москви умів людей зробити.</w:t>
      </w:r>
    </w:p>
    <w:p>
      <w:r>
        <w:br/>
        <w:t>Той дух, що всю Ляхву одвадив од латини,&lt;br /&gt;</w:t>
        <w:br/>
        <w:t>Статарену Москву — од нагинання спини.</w:t>
      </w:r>
    </w:p>
    <w:p>
      <w:r>
        <w:br/>
        <w:t>Колись до Києва тягли народи многі, —&lt;br /&gt;</w:t>
        <w:br/>
        <w:t>Од Волхова, Карпат, Тмуторокані, Волги.</w:t>
      </w:r>
    </w:p>
    <w:p>
      <w:r>
        <w:br/>
        <w:t>Свобода їх узлом в'язала побратимським,&lt;br /&gt;</w:t>
        <w:br/>
        <w:t>Як средиземний мир під славним царством римським.</w:t>
      </w:r>
    </w:p>
    <w:p>
      <w:r>
        <w:br/>
        <w:t>Уставши з попелів козацької руїни,&lt;br /&gt;</w:t>
        <w:br/>
        <w:t>Кликнімо до синів славненької родини:</w:t>
      </w:r>
    </w:p>
    <w:p>
      <w:r>
        <w:br/>
        <w:t>Озвітеся, брати, з восходу і з заходу&lt;br /&gt;</w:t>
        <w:br/>
        <w:t>До неприязного всім деспотам народу.</w:t>
      </w:r>
    </w:p>
    <w:p>
      <w:r>
        <w:br/>
        <w:t>Під себе ми своїх сусід не підгортали,&lt;br /&gt;</w:t>
        <w:br/>
        <w:t>Над гегемонію свободу прекладали.</w:t>
      </w:r>
    </w:p>
    <w:p>
      <w:r>
        <w:br/>
        <w:t>Без єзуїта Лях, Москаль без бюрократа&lt;br /&gt;</w:t>
        <w:br/>
        <w:t>Зустріне серед нас приятеля і брата.</w:t>
      </w:r>
    </w:p>
    <w:p>
      <w:r>
        <w:br/>
        <w:t>Топімо ж у Дніпрі ненавись братню, дику,&lt;br /&gt;</w:t>
        <w:br/>
        <w:t>Спорудьмо втрьох одну імперію велику.</w:t>
      </w:r>
    </w:p>
    <w:p>
      <w:r>
        <w:br/>
        <w:t>І духом трьох братів освячений диктатор&lt;br /&gt;</w:t>
        <w:br/>
        <w:t>Нехай дає нам лад свободи імператор.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Національний ідеал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