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Назавжди</w:t>
      </w:r>
    </w:p>
    <w:p>
      <w:r>
        <w:br/>
        <w:t xml:space="preserve"> Мужчини в сірих пальтах тонуть в синяві провулка,&lt;br /&gt;</w:t>
        <w:br/>
        <w:t>і тінь замазує панни, мов образи затерті.&lt;br /&gt;</w:t>
        <w:br/>
        <w:t>У склянці золотавий чай. Так хочеться опертись&lt;br /&gt;</w:t>
        <w:br/>
        <w:t>об край вікна й міцний, терпкий і синій пити холод,&lt;br /&gt;</w:t>
        <w:br/>
        <w:t>дивитись, як сумна зоря останнім поцілунком&lt;br /&gt;</w:t>
        <w:br/>
        <w:t>прощається з сестрою, що у зореколі їй&lt;br /&gt;</w:t>
        <w:br/>
        <w:t>не сяяти&lt;br /&gt;</w:t>
        <w:br/>
        <w:t>вже більш.&lt;br /&gt;</w:t>
        <w:br/>
        <w:t>Так ніч&lt;br /&gt;</w:t>
        <w:br/>
        <w:t>блакитним снігом миє в місті маки меланхолії.&lt;br /&gt;</w:t>
        <w:br/>
        <w:t>Накривши плечі згорблені кожухом неба синім,&lt;br /&gt;</w:t>
        <w:br/>
        <w:t>колишеться шофер у сонній лімузині.&lt;br /&gt;</w:t>
        <w:br/>
        <w:t>Крива ліхтарня — квітка зламана і попіл снігу,&lt;br /&gt;</w:t>
        <w:br/>
        <w:t>і світло — лій зелений з дзбанка ночі в сутінь литий,&lt;br /&gt;</w:t>
        <w:br/>
        <w:t>круті і темні сходи, плащ дірявий, крапля сміху&lt;br /&gt;</w:t>
        <w:br/>
        <w:t>заблукана і місяць — білий птах натхнення злого,&lt;br /&gt;</w:t>
        <w:br/>
        <w:t>й шовкова куля горлорізів мрійних в тінях скритих,&lt;br /&gt;</w:t>
        <w:br/>
        <w:t>що, може, мов струни, колись торкнеться серця твого.&lt;br /&gt;</w:t>
        <w:br/>
        <w:t>Торкнеться й поцілує гордо й ніжно, і навіки&lt;br /&gt;</w:t>
        <w:br/>
        <w:t>закриє очі сплющені, немов сестра остання.&lt;br /&gt;</w:t>
        <w:br/>
        <w:t>Мужчини в сивих пальтах із кишень виймають зорі&lt;br /&gt;</w:t>
        <w:br/>
        <w:t>і платять їх паннам за п'ять хвилин кохання.&lt;br /&gt;</w:t>
        <w:br/>
        <w:t>Вдягнувши на горбаті плечі хутро неба синє,&lt;br /&gt;</w:t>
        <w:br/>
        <w:t>колишеться шофер у сонній лімузині.</w:t>
      </w:r>
    </w:p>
    <w:p>
      <w:r>
        <w:br/>
      </w:r>
    </w:p>
    <w:p>
      <w:r>
        <w:br/>
        <w:t>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Назавжди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