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дивись мені в спину</w:t>
      </w:r>
    </w:p>
    <w:p>
      <w:r>
        <w:br/>
        <w:t xml:space="preserve"> &lt;p&gt;Було вже холодно. Наближалась зима. Наступала зима, і в цих жовтих прибитих інеєм холодних лісах я повинен був закінчити зйомки кінофільму: вивезти у ці дубові ліси артистів і ще тисячу людей на померзлі трави, на вітри, на древлянську воду кам'янистого Тетерева. Ліс був порожнім.</w:t>
      </w:r>
    </w:p>
    <w:p>
      <w:r>
        <w:br/>
        <w:t>Порожні гнізда просвічували своїми чорними ребрами на синє небо і так само чорно мовчали.</w:t>
      </w:r>
    </w:p>
    <w:p>
      <w:r>
        <w:br/>
        <w:t>У небі ніхто не літав. Навіть літаки.</w:t>
      </w:r>
    </w:p>
    <w:p>
      <w:r>
        <w:br/>
        <w:t>Оператор з художником сиділи навпочіпки і щось креслили хворостинами. У битих валянках і кожухах вони скидалися на дідів-морозів, хоча снігу ще не було.</w:t>
      </w:r>
    </w:p>
    <w:p>
      <w:r>
        <w:br/>
        <w:t>Було холодно, і я запізнювався: цю битву я повинен був розпочати і закінчити ще літом, а вже наближалась зима.</w:t>
      </w:r>
    </w:p>
    <w:p>
      <w:r>
        <w:br/>
        <w:t>Хтось наче подивився мені в спину. Але коли я оглянувся — того лісового погляду вже не було.</w:t>
      </w:r>
    </w:p>
    <w:p>
      <w:r>
        <w:br/>
        <w:t>Було синьо.</w:t>
      </w:r>
    </w:p>
    <w:p>
      <w:r>
        <w:br/>
        <w:t>Жовті дуби твердо стояли в скляному повітрі, що і листя не падало, і не перекреслювало їхньої жовтої тиші.</w:t>
      </w:r>
    </w:p>
    <w:p>
      <w:r>
        <w:br/>
        <w:t>Я подумав собі: подумай про свою дружину. Де ти подінеш її, якщо, не дай Бог, все почнеться отут, у лісі?</w:t>
      </w:r>
    </w:p>
    <w:p>
      <w:r>
        <w:br/>
        <w:t>Художник сказав:</w:t>
      </w:r>
    </w:p>
    <w:p>
      <w:r>
        <w:br/>
        <w:t>— Ти собі не уявляєш, що нас чекає, якщо ми не виберемо натуру саме тут і поїдемо десь в інші місця.</w:t>
      </w:r>
    </w:p>
    <w:p>
      <w:r>
        <w:br/>
        <w:t>— Що ти пропонуєш?</w:t>
      </w:r>
    </w:p>
    <w:p>
      <w:r>
        <w:br/>
        <w:t>— Я пропоную: збудувати наигі землянки на місці оцих справжніх партизанських землянок. По-перше: нам не доведеться довбати мерзлу землю, а по-друге, ти глянь, яке тут чудове місце для оборони. Партизани знали, де розбивати свій табір.</w:t>
      </w:r>
    </w:p>
    <w:p>
      <w:r>
        <w:br/>
        <w:t>— Скільки тобі треба, щоб реставрувати все, як було?</w:t>
      </w:r>
    </w:p>
    <w:p>
      <w:r>
        <w:br/>
        <w:t>— Ти розумієш, якби це на той час і по тих людях — один-два дні, не більше. А по наших людях, боюсь, що не впораюсь і за тиждень.</w:t>
      </w:r>
    </w:p>
    <w:p>
      <w:r>
        <w:br/>
        <w:t>— Так-от, слухай: за день-два може випасти сніг. А випаде ложка снігу — нам нічого тут робити. Як собі хочеш, але даю тобі один день, хоч убий!</w:t>
      </w:r>
    </w:p>
    <w:p>
      <w:r>
        <w:br/>
        <w:t>Ми вже сідали в машину, як знову хтось подивився: якась невідома істота стояла за дубами і пантрувала нас.</w:t>
      </w:r>
    </w:p>
    <w:p>
      <w:r>
        <w:br/>
        <w:t>Я виліз із машини, накинув кожух наопашки і пошелестів між дубами до Тетерева, де, на моє відчуття, хтось-то мав бути: чи звір, чи людина у цих давно необжитих лісах.</w:t>
      </w:r>
    </w:p>
    <w:p>
      <w:r>
        <w:br/>
        <w:t>Німо стояли дуби, сиротіли гнізда на них, і примерзла по краях болота вода з повільними окунцями на дні, та пошматоване пір'я дикого голуба — нікого ніде не було.</w:t>
      </w:r>
    </w:p>
    <w:p>
      <w:r>
        <w:br/>
        <w:t>Що за чорт!</w:t>
      </w:r>
    </w:p>
    <w:p>
      <w:r>
        <w:br/>
        <w:t>На другий день почалося пекло: з дошками, кирками, лопатами, сокирами і всім іншим будівничим збіжжям одна за одною під'їжджали підводи і машини.</w:t>
      </w:r>
    </w:p>
    <w:p>
      <w:r>
        <w:br/>
        <w:t>З Житомира і навколишніх сіл прибували машини і автобуси з людьми, яких тут же переодягали в партизанів і німців.</w:t>
      </w:r>
    </w:p>
    <w:p>
      <w:r>
        <w:br/>
        <w:t>Видавали зброю.</w:t>
      </w:r>
    </w:p>
    <w:p>
      <w:r>
        <w:br/>
        <w:t>Наші партизанські кіннотники поралися з кіньми біля води. Від шляху тягнулись гармати.</w:t>
      </w:r>
    </w:p>
    <w:p>
      <w:r>
        <w:br/>
        <w:t>Землянки росли на очах, і побіля них копалися гнізда для кулеметів.</w:t>
      </w:r>
    </w:p>
    <w:p>
      <w:r>
        <w:br/>
        <w:t>Забіганим моїм асистентам не вистачало ніг.</w:t>
      </w:r>
    </w:p>
    <w:p>
      <w:r>
        <w:br/>
        <w:t>Адміністратори — так ті взагалі лізли із шкіри.</w:t>
      </w:r>
    </w:p>
    <w:p>
      <w:r>
        <w:br/>
        <w:t>Артистам не сиділось у теплому автобусі, і вони, як святі, буркочучи під ніс тексти, байдужі до всього гармидеру, взад-вперед, колами, по діагоналях вживалися у цей ліс і землю, з якими разом їм треба було створити художню правду давно відминулих подій.</w:t>
      </w:r>
    </w:p>
    <w:p>
      <w:r>
        <w:br/>
        <w:t>У повітрі пролітала крупа. Ця дрібненька безневинна крупа пахла катастрофою.</w:t>
      </w:r>
    </w:p>
    <w:p>
      <w:r>
        <w:br/>
        <w:t>Зі сльозами на очах до мене підбігла костюмерша.</w:t>
      </w:r>
    </w:p>
    <w:p>
      <w:r>
        <w:br/>
        <w:t>— Що таке?</w:t>
      </w:r>
    </w:p>
    <w:p>
      <w:r>
        <w:br/>
        <w:t>— Не хочуть одягатися...</w:t>
      </w:r>
    </w:p>
    <w:p>
      <w:r>
        <w:br/>
        <w:t>— Хто?</w:t>
      </w:r>
    </w:p>
    <w:p>
      <w:r>
        <w:br/>
        <w:t>— Та їх там душ сто...</w:t>
      </w:r>
    </w:p>
    <w:p>
      <w:r>
        <w:br/>
        <w:t>— П'яні?</w:t>
      </w:r>
    </w:p>
    <w:p>
      <w:r>
        <w:br/>
        <w:t>— Наче і не п'яні, але не хочуть...</w:t>
      </w:r>
    </w:p>
    <w:p>
      <w:r>
        <w:br/>
        <w:t>Біля костюмерної бази стояло дійсно душ сто дядьків з німецькими мундирами в руках.</w:t>
      </w:r>
    </w:p>
    <w:p>
      <w:r>
        <w:br/>
        <w:t>— Здрастуйте. В чому справа? Чому не одягаєтесь? Кремезний чолов'яга з мундиром німецького лейтенанта</w:t>
      </w:r>
    </w:p>
    <w:p>
      <w:r>
        <w:br/>
        <w:t>в червоних від морозу руках спитав:</w:t>
      </w:r>
    </w:p>
    <w:p>
      <w:r>
        <w:br/>
        <w:t>— А хто тут у вас самий главний?</w:t>
      </w:r>
    </w:p>
    <w:p>
      <w:r>
        <w:br/>
        <w:t>Коли я відповів, що "самий главний" тут я, то дядько відразу ж якось знітився, неначе вже й пожалкував за своє таке відверто войовниче запитання, мовляв, до самого "главного" в цій нашій справі можна було б і не звертатися. Але вже коли так, то нехай буде так:</w:t>
      </w:r>
    </w:p>
    <w:p>
      <w:r>
        <w:br/>
        <w:t>— Ви нас пробачте, не знаємо, як вас величати, але діло в тому, що ми не хочемо бути німцями... Діло в тому, що ми всі, скільки оце нас тут є, воювали у цьому ж лісі партизанами проти німців... З якої ж це речі зараз ми маємо бути своїми ворогами?</w:t>
      </w:r>
    </w:p>
    <w:p>
      <w:r>
        <w:br/>
        <w:t>Я глянув на дядьків, колишніх партизанів. Тихо і смирно вони стояли з німецькими мундирами в руках якісь беззахисні, як діти, навіть не курили від глибокої внутрішньої образи, що мають бути своїми ж ворогами.</w:t>
      </w:r>
    </w:p>
    <w:p>
      <w:r>
        <w:br/>
        <w:t>— Може б, ви той, пробачте, не знаємо, як вас величати, та наказали б віддати оці мундири отим оно-но, що приїхали із Житомира, людям городським. Може, між ними є й такі, що ніколи не були ні нами, ні німцями. То хай вони тепер хоч у кіні побудуть німцями, їм же ж, мабуть, все одно. Бо ми оце як узнали, що буде зніматися кіно про нас, так оце з колгоспу прямо сюди... А я оце, грішним ділом, цілу ніч не спав... Цілу ніч рана боліла, як проклята. А нащот всяких перебіжок, засідок, чи там, скажімо, повзань, чи на дуба якого влізти, то ви можете нам довіритись. Ми тут кожен горбик обчовгали своїми животами і на кожному дубі в дозорі сиділи.</w:t>
      </w:r>
    </w:p>
    <w:p>
      <w:r>
        <w:br/>
        <w:t>— А на конях умієте?</w:t>
      </w:r>
    </w:p>
    <w:p>
      <w:r>
        <w:br/>
        <w:t>— І на конях, і на чому ви схочете, уміємо. Геть-чисто усе уміємо, так що можете не сумніватись, тільки не віддавайте нас у німці.</w:t>
      </w:r>
    </w:p>
    <w:p>
      <w:r>
        <w:br/>
        <w:t>У цю хвилину якраз понад нами вгорі між пришерхлими золотими кронами дубів пропливала стріла операторського крана, і на кінці її, як лелека в гнізді, сидів мій оператор. Волосся його було набите крупою, і задубіла рука спокійно лежала на руці кінокамери.</w:t>
      </w:r>
    </w:p>
    <w:p>
      <w:r>
        <w:br/>
        <w:t>— Одягніть, будь ласка, цих людей партизанами.</w:t>
      </w:r>
    </w:p>
    <w:p>
      <w:r>
        <w:br/>
        <w:t>Не поспішаючи, статечно і поважно дядьки понесли здавати німецькі мундири, як явне непорозуміння.</w:t>
      </w:r>
    </w:p>
    <w:p>
      <w:r>
        <w:br/>
        <w:t>Біля гармат зупинилась "Волга", і з неї важко вийшла моя дружина.</w:t>
      </w:r>
    </w:p>
    <w:p>
      <w:r>
        <w:br/>
        <w:t>На ній була моя улюблена шерстяна українська чорна в червоних квітах хустина, зроблена в Японії, та білий кожух до землі.</w:t>
      </w:r>
    </w:p>
    <w:p>
      <w:r>
        <w:br/>
        <w:t>Вісім місяців тому у такий кожух могло увійти троє таких, як була моя дружина, але тепер, навіть здалеку, було помітно, що кожух для неї саме враз — з дня на день ми чекали дитину.</w:t>
      </w:r>
    </w:p>
    <w:p>
      <w:r>
        <w:br/>
        <w:t>Я посадив її під дубом, подалі від знімального майдану, і вже хотів іти, як раптом знову відчув на собі той учорашній лісовий невидимий погляд. На цей раз він був десь тут поблизу за дубами, і я миттю пішов на нього, в глибину лісу.</w:t>
      </w:r>
    </w:p>
    <w:p>
      <w:r>
        <w:br/>
        <w:t>За віковічним посивілим прадубом стояв сивий кінь і дивився на мене своїми сивими очима. Він не злякався, не відбіг, лише трохи підняв голову, наставивши око і вухо. Біля коня з перебитим крилом стояв обчухраний і худий лелека.</w:t>
      </w:r>
    </w:p>
    <w:p>
      <w:r>
        <w:br/>
        <w:t>Так вони і сивіли удвох переді мною між дубами, неначе примарні духи цього лісу і ще якогось іншого життя чи смерті. У сивих коневих повіках густо понабивалась крупа, наче кінь був в окулярах. Лелека ж дивився на мене своїм чорним крапе-лястим оком так, неначе він, лелека, і його сивий товариш спіймали мене на якійсь пщступності, і вже нікуди від них мені не втекти, мені та усім машинам моїм, гарматам, возам, людям, яких я привіз. Ну що ж, так тому буть!</w:t>
      </w:r>
    </w:p>
    <w:p>
      <w:r>
        <w:br/>
        <w:t>— Готово! Можемо знімати! — від майдану біг мій перший заступник, права рука, начальник штабу. В легких черевиках, у темному нігілітовому плащі він біг щасливо і легко. Коли Василь відпочивав — я не знаю. Він працював буквально вдень і вночі. Вдень — з ранку до вечора — порався на знімальному майданчику, вночі разом з директором фільму сидів над планами по забезпеченню наступних зйомок. Василь був людиною одержимою і шаленою у роботі. Для нього не існувало слова "ні". Він міг все дістати з води і вогню. Вільно володіючи майже усіма європейськими мовами, Василь, — хлопчиком він був вивезений німцями у Німеччину, — ким тільки не був по закордонню: старцював, крав, був рознощиком газет, служив солдатом у двох арміях двох країн, був перекладачем, потім навіть редактором якоїсь ганебної газетки, очолював різні комісії з повернення українців в Україну, аж доки не повернувся сам. У кіно він прийшов уже з нашого університету, де викладав в аспірантурі французьку мову.</w:t>
      </w:r>
    </w:p>
    <w:p>
      <w:r>
        <w:br/>
        <w:t>— Готово! Можемо знімати! — з Василя йшла пара. — О, а це що? — Василь помітив коня. —Ану, марш на зйомку!</w:t>
      </w:r>
    </w:p>
    <w:p>
      <w:r>
        <w:br/>
        <w:t>— Не чіпай його, Василю. Цей кінь не наш.</w:t>
      </w:r>
    </w:p>
    <w:p>
      <w:r>
        <w:br/>
        <w:t>— Як це не наш? А чий же? А якщо і не наш, то що? У мене не вистачає коней.</w:t>
      </w:r>
    </w:p>
    <w:p>
      <w:r>
        <w:br/>
        <w:t>Василь схопив хворостину і підбіг до коня. Кінь не рухався. Ні здивування, ні страху не було в його сивих під окулярами очах. Василь зупинився і, пильно придивившись до коня, обернувся до мене.</w:t>
      </w:r>
    </w:p>
    <w:p>
      <w:r>
        <w:br/>
        <w:t>— Божевільний якийсь, ти глянь!</w:t>
      </w:r>
    </w:p>
    <w:p>
      <w:r>
        <w:br/>
        <w:t>— Ходім, Василю. Бачиш — крупа. Якщо ми сьогодні не знімемо...</w:t>
      </w:r>
    </w:p>
    <w:p>
      <w:r>
        <w:br/>
        <w:t>— Знімемо. Мені снився символічний сон.</w:t>
      </w:r>
    </w:p>
    <w:p>
      <w:r>
        <w:br/>
        <w:t>— Значить, так: ти бери на себе, як завжди, головнокомандування. Накажи, щоб іще раз перевірили вибухи. Не покалічили б кого. Артисти в порядку?</w:t>
      </w:r>
    </w:p>
    <w:p>
      <w:r>
        <w:br/>
        <w:t>— У повнім.</w:t>
      </w:r>
    </w:p>
    <w:p>
      <w:r>
        <w:br/>
        <w:t>Ми підійшли до моєї дружини. Обмінявшись з нею люб'язностями, Василь побіг на командний пункт.</w:t>
      </w:r>
    </w:p>
    <w:p>
      <w:r>
        <w:br/>
        <w:t>Мікрофони працювали нормально, динаміки на дубах також.</w:t>
      </w:r>
    </w:p>
    <w:p>
      <w:r>
        <w:br/>
        <w:t>Я піднявся до оператора на кран, звідки ми і повинні були починати зйомку.</w:t>
      </w:r>
    </w:p>
    <w:p>
      <w:r>
        <w:br/>
        <w:t>Поле бою жовтіло внизу між дубами і далі аж туди до Тетерева. В землянках і за ними причаїлися наші партизанські загони. Між скелями стояла кіннота. Тихо чорніли гармати в кущах дубняку. За кулеметами вовтузились кулеметники. Від шосе тьмяно чорніли каральні загони есесівців.</w:t>
      </w:r>
    </w:p>
    <w:p>
      <w:r>
        <w:br/>
        <w:t>Усе було ясно. Можна розпочинати. Одне слово — і ця передбоєва тиша набере іншої подоби... Оця одна мить, цей момент — і все раптом заговорить не мовою паперових креслень, а мовою живого образу. Треба бути спокійним і особливо стооким, щоб усе побачити.</w:t>
      </w:r>
    </w:p>
    <w:p>
      <w:r>
        <w:br/>
        <w:t>— Можна?</w:t>
      </w:r>
    </w:p>
    <w:p>
      <w:r>
        <w:br/>
        <w:t>— Можна, — пошепки відповідає оператор: на лобі і на щоках у нього починає танути крупа.</w:t>
      </w:r>
    </w:p>
    <w:p>
      <w:r>
        <w:br/>
        <w:t>Я оглядаюсь на дружину. Внизу, під волохатим дубом, зливаючись з крупою і листям, вона дивиться на мене. Червоні рожі на хустині горять мені. Дружина не сама: з лісу підійшов сивий кінь і став біля неї, наче на чатах. Лелека, так той уже примостився під полою її кожуха і задоволено виглядає своїм крапелястим оком. Уявляю, як тремтить його змерзле тіло від раптової кожухової теплоти.</w:t>
      </w:r>
    </w:p>
    <w:p>
      <w:r>
        <w:br/>
        <w:t>— Зйомка! — пошепки кричу в мікрофон. Задвигтіла земля, заблищали язики кулеметів, захарапуди-</w:t>
      </w:r>
    </w:p>
    <w:p>
      <w:r>
        <w:br/>
        <w:t>лись коні, де не візьмись, раптом вітер піднявся, та такий, що гадюками закрутив дими між трубами, листя поніс, позривав з голів шапки і кашкети — все прийшло в рух, у сум'яття, в запеклість.</w:t>
      </w:r>
    </w:p>
    <w:p>
      <w:r>
        <w:br/>
        <w:t>Правий фланг есесівців зім'яв і розпорошив наші передні форпости і почав загинатись до Тетерева, щоб вийти в тил.</w:t>
      </w:r>
    </w:p>
    <w:p>
      <w:r>
        <w:br/>
        <w:t>Червона ракета. Це сигнал нашій кінноті. Я забоявся, що артист, головний герой нашого фільму, командувач кіннотою, за цими димовими смерчами і вибухами ракети не помітить.</w:t>
      </w:r>
    </w:p>
    <w:p>
      <w:r>
        <w:br/>
        <w:t>— Ще одну!</w:t>
      </w:r>
    </w:p>
    <w:p>
      <w:r>
        <w:br/>
        <w:t>Злетіла друга ракета, і наша кіннота вихопилась з-поза скель... Раптом кінь, на якому сидів герой нашого фільму, побачивши німців, кинувся в протилежний бік, де було тихо і порожньо, де ніякої битви не було. Артист з усіх сил намагався завернути коня, ударив його нагайкою по морді, але вигодуваний на кінематографічних хлібах білокопитий красень відразу ж дав такого сторчака, що артист, як птах, скинув руками, вилетів із сідла і впав обличчям на землю.</w:t>
      </w:r>
    </w:p>
    <w:p>
      <w:r>
        <w:br/>
        <w:t>— Сто-о-оп!!!</w:t>
      </w:r>
    </w:p>
    <w:p>
      <w:r>
        <w:br/>
        <w:t>Асистенти кинулись до артиста... Слава Богу, все обійшлось благополучно.</w:t>
      </w:r>
    </w:p>
    <w:p>
      <w:r>
        <w:br/>
        <w:t>— Давайте людям обід. Після обіду все почнемо спочатку.</w:t>
      </w:r>
    </w:p>
    <w:p>
      <w:r>
        <w:br/>
        <w:t>— Ну що? Як? — підійшли захекані дядьки-партизани, з недовірою дивлячись на кінокамеру. — Вийшло?</w:t>
      </w:r>
    </w:p>
    <w:p>
      <w:r>
        <w:br/>
        <w:t>— Вийшло. Але після обіду повторимо ще раз.</w:t>
      </w:r>
    </w:p>
    <w:p>
      <w:r>
        <w:br/>
        <w:t>— А я оце тільки-но підвівся з землі, так у мене коло вуха щось як гахнуло, точнісінько саме так, як і тоді колись, тільки ж тоді я дійсно двох ребер не дощитався, а тепер — красота! — присів собі та й побіг далі!</w:t>
      </w:r>
    </w:p>
    <w:p>
      <w:r>
        <w:br/>
        <w:t>— Скажіть, будь ласка, а той ваш останній бій, ну, хоча б чимось був подібний на оцей теперішній наш?</w:t>
      </w:r>
    </w:p>
    <w:p>
      <w:r>
        <w:br/>
        <w:t>— Та куди гам! Ваш оцей бій в тисячу раз дужчий та більший, ніж отой. Пригадуєш, Петре, коли в нас тільки за дні години було вже сорок душ поранених? Ні, нашого такого бою і не видно проти вашого. У вас он одних гармат тільки двадцять п'ять штук я нащитав, а у нас було дві, та коней із п'ять разів менше.</w:t>
      </w:r>
    </w:p>
    <w:p>
      <w:r>
        <w:br/>
        <w:t>— Ну п'ять, не з п'ять, Іване, не кажи, а разів зо два.</w:t>
      </w:r>
    </w:p>
    <w:p>
      <w:r>
        <w:br/>
        <w:t>— Може, й в зо два, коней я вже забув, але гармат, так тих було тільки дві, це я пам'ятаю достеменно. Отам-оно одна стояла на горі, — бачите? — а друга ось тут, де зараз їдять ваші коні...</w:t>
      </w:r>
    </w:p>
    <w:p>
      <w:r>
        <w:br/>
        <w:t>Наші коні сумлінно уминали сіно, і особливо старався білокопитий красень, що зіпсував нам зйомку.</w:t>
      </w:r>
    </w:p>
    <w:p>
      <w:r>
        <w:br/>
        <w:t>Тим часом обідав і сивий кінь: моя дружина піднімала з землі дубове листя і подавала його коневі. Кінь не жував, бо не було чим, а просто лигав його, не зводячи своїх сивих очей під окулярами з білокопитого красеня. Потім, начебто щось надумавши, неквапно опустив голову до листяної землі, пішов наче попаски до наших задимлених коней. Задня нога його волочилась і залишала на листі інеєвий слід. Кінь підійшов до білокопитого красеня і довго розглядав його своїми печальними очима. Здивована решта коней повідривала очі від сіна і, в свою чергу, витріщилася на Сивка. Сивко повільно оглянув їх. Здалося, мені почулася така розмова:</w:t>
      </w:r>
    </w:p>
    <w:p>
      <w:r>
        <w:br/>
        <w:t>— Ти хто такий?</w:t>
      </w:r>
    </w:p>
    <w:p>
      <w:r>
        <w:br/>
        <w:t>Сивко мовчав. Коні переглянулися між собою, а один із них — сірий жеребець в яблуках — продовжував:</w:t>
      </w:r>
    </w:p>
    <w:p>
      <w:r>
        <w:br/>
        <w:t>— Ти що, забув тут у лісі мову, чи, може, ти і взагалі ніколи не говорив?</w:t>
      </w:r>
    </w:p>
    <w:p>
      <w:r>
        <w:br/>
        <w:t>Деякі з коней зареготали.</w:t>
      </w:r>
    </w:p>
    <w:p>
      <w:r>
        <w:br/>
        <w:t>— Ану, давай, Уране, з ним по-німецькому?</w:t>
      </w:r>
    </w:p>
    <w:p>
      <w:r>
        <w:br/>
        <w:t>Уран справді був не тільки грамотною конякою, але і мав, як казали, вищу освіту, правда, не закінчену: знімався в багатьох фільмах, головних ролей йому поки що не доручали, але все ж таки.</w:t>
      </w:r>
    </w:p>
    <w:p>
      <w:r>
        <w:br/>
        <w:t>— Шпрехен зі дойч? — запитав Уран, махнувши два рази хвостом. — Інглиш?</w:t>
      </w:r>
    </w:p>
    <w:p>
      <w:r>
        <w:br/>
        <w:t>Сивко мовчав, хоча говорити він умів і знав і німецьку мову, вона сиділа йому в печінках, але, за відсутністю в роті зубів, йому не хотілося падати обличчям в калюжу перед таким вишуканим товариством.</w:t>
      </w:r>
    </w:p>
    <w:p>
      <w:r>
        <w:br/>
        <w:t>Він ще раз пильно подивився на білокопитого красеня, потім оглянувся на мою дружину та й поволік свою ногу до неї лигати листя.</w:t>
      </w:r>
    </w:p>
    <w:p>
      <w:r>
        <w:br/>
        <w:t>— Непонятний какой-то! — сказала молода кобила, занурюючи хтиві губи у сіно.</w:t>
      </w:r>
    </w:p>
    <w:p>
      <w:r>
        <w:br/>
        <w:t>Я запитав Івана:</w:t>
      </w:r>
    </w:p>
    <w:p>
      <w:r>
        <w:br/>
        <w:t>— Ви часом не знаєте, що це за кінь?</w:t>
      </w:r>
    </w:p>
    <w:p>
      <w:r>
        <w:br/>
        <w:t>— Який? Оцей? Сивий? Та, був колись кінь! Усю війну партизанив із нами, а тепер уже таке старе падло, що і вовки його не їдять. Правда, ще років скількись тому, як сутужно було на хліб та на м'ясо, хотів голова на ковбасу його перемолоти. Так я тоді пішов до голови та кажу: якщо ви його перемелете на ковбасу, то не буде добра ні вам, ні дітям вашим, бо аби не цей кінь, то хто його знає, щоб ще було б! От. З тих пір він так і перейшов жити в ліс, та оце ще звідкілясь лелека-каліка приблудився, та так і доживають удвох... На зиму, правда, я їх забираю до себе, бо все ж як-не-як, а жалко...</w:t>
      </w:r>
    </w:p>
    <w:p>
      <w:r>
        <w:br/>
        <w:t>Повторили зйомку ще раз і ще. Дуби почорніли від диму, і порвана вибухами земля набрала таковісінького вигляду, як і колись в останньому бою, — так сказав партизан Іван.</w:t>
      </w:r>
    </w:p>
    <w:p>
      <w:r>
        <w:br/>
        <w:t>Усі були стомлені і щасливі: битва знята. І саме пішов сніг. Доки вантажилися машини, доки всі переодягалися, сніг закрив собою порвану землю, наче тут нічого і не було.</w:t>
      </w:r>
    </w:p>
    <w:p>
      <w:r>
        <w:br/>
        <w:t>Я підійшов до дружини, подав їй руку. Холодна щока дружини вже пахла молоком.</w:t>
      </w:r>
    </w:p>
    <w:p>
      <w:r>
        <w:br/>
        <w:t>Сивко, забілений снігом, видавався ще сивішим, а лелека знову трусився біля нього від холоду.</w:t>
      </w:r>
    </w:p>
    <w:p>
      <w:r>
        <w:br/>
        <w:t>По коневих очах я зрозумів, що Сивкові ніхто не сподобався тут: ні люди, які удавали із себе партизанів і німців, ні артисти мої, ні коні...</w:t>
      </w:r>
    </w:p>
    <w:p>
      <w:r>
        <w:br/>
        <w:t>Йому сподобалась лише моя дружина. Вона сказала йому до побачення і понесла свій великий, як глобус, живіт до машини.</w:t>
      </w:r>
    </w:p>
    <w:p>
      <w:r>
        <w:br/>
        <w:t>Ми сіли в машину і поїхали. Сивко дивився нам услід. І коли вже не було нас видно, то на Сивкову спину вискочив лелека і, витяіуючи задубілу шию, іще клацав Сивкові про нас.</w:t>
      </w:r>
    </w:p>
    <w:p>
      <w:r>
        <w:br/>
        <w:t>1969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дивись мені в спину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