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треба класти руку на плече</w:t>
      </w:r>
    </w:p>
    <w:p>
      <w:r>
        <w:br/>
        <w:t xml:space="preserve"> Не треба класти руку на плече.&lt;br /&gt;</w:t>
        <w:br/>
        <w:t>Цей рух доречний, може, тільки в танці.&lt;br /&gt;</w:t>
        <w:br/>
        <w:t>Довіра — звір полоханий, втече.&lt;br /&gt;</w:t>
        <w:br/>
        <w:t>Він любить тиху паморозь дистанцій.</w:t>
      </w:r>
    </w:p>
    <w:p>
      <w:r>
        <w:br/>
      </w:r>
    </w:p>
    <w:p>
      <w:r>
        <w:br/>
        <w:t>Він любить час. Хвилини. Дні. Роки.&lt;br /&gt;</w:t>
        <w:br/>
        <w:t>Він дивний звір, він любить навіть муку.&lt;br /&gt;</w:t>
        <w:br/>
        <w:t>Він любить навіть відстань і розлуку.&lt;br /&gt;</w:t>
        <w:br/>
        <w:t>Але не любить на плечі руки.</w:t>
      </w:r>
    </w:p>
    <w:p>
      <w:r>
        <w:br/>
      </w:r>
    </w:p>
    <w:p>
      <w:r>
        <w:br/>
        <w:t>У цих садах, в сонатах солов'їв,&lt;br /&gt;</w:t>
        <w:br/>
        <w:t>Він чує тихі кроки браконьєра.&lt;br /&gt;</w:t>
        <w:br/>
        <w:t>Він пастки жде від погляду, від слів,&lt;br /&gt;</w:t>
        <w:br/>
        <w:t>І цей спектакль йому вже не прем'єра.</w:t>
      </w:r>
    </w:p>
    <w:p>
      <w:r>
        <w:br/>
      </w:r>
    </w:p>
    <w:p>
      <w:r>
        <w:br/>
        <w:t>Душі людської туго і тайго!&lt;br /&gt;</w:t>
        <w:br/>
        <w:t>Це гарний звір, без нього зле живеться.&lt;br /&gt;</w:t>
        <w:br/>
        <w:t>Але не треба кликати його.&lt;br /&gt;</w:t>
        <w:br/>
        <w:t>Він прийде сам і вже не відсахнеться.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треба класти руку на плече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