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Неминуча</w:t>
      </w:r>
    </w:p>
    <w:p>
      <w:r>
        <w:br/>
        <w:t xml:space="preserve"> &lt;p&gt;Моріс Матерлінк</w:t>
      </w:r>
    </w:p>
    <w:p>
      <w:r>
        <w:br/>
        <w:t>Неминуча</w:t>
      </w:r>
    </w:p>
    <w:p>
      <w:r>
        <w:br/>
        <w:t>(Драма в одній дії)</w:t>
      </w:r>
    </w:p>
    <w:p>
      <w:r>
        <w:br/>
        <w:t>(Переклад Лесі Українки)</w:t>
      </w:r>
    </w:p>
    <w:p>
      <w:r>
        <w:br/>
        <w:t>--------------------------------------------------------------------------------</w:t>
      </w:r>
    </w:p>
    <w:p>
      <w:r>
        <w:br/>
        <w:t>ДІЙОВІ ОСОБИ</w:t>
      </w:r>
    </w:p>
    <w:p>
      <w:r>
        <w:br/>
        <w:t>Дід (сліпий).</w:t>
      </w:r>
    </w:p>
    <w:p>
      <w:r>
        <w:br/>
        <w:t>Батько.</w:t>
      </w:r>
    </w:p>
    <w:p>
      <w:r>
        <w:br/>
        <w:t>Дядько.</w:t>
      </w:r>
    </w:p>
    <w:p>
      <w:r>
        <w:br/>
        <w:t>Три дочки.</w:t>
      </w:r>
    </w:p>
    <w:p>
      <w:r>
        <w:br/>
        <w:t>Сестра милосердя.</w:t>
      </w:r>
    </w:p>
    <w:p>
      <w:r>
        <w:br/>
        <w:t>Служниця.</w:t>
      </w:r>
    </w:p>
    <w:p>
      <w:r>
        <w:br/>
        <w:t>Діється в новітні часи.</w:t>
      </w:r>
    </w:p>
    <w:p>
      <w:r>
        <w:br/>
        <w:t>Доволі темна зала в старому замку. Двері праворуч, двері ліворуч і скриті двері в кутку. В глибині вікна з кольоровими шибами, найбільше зеленої барви. Шкляні двері на терасу. В кутку великий фламандський дзиґар. Лампа горить.</w:t>
      </w:r>
    </w:p>
    <w:p>
      <w:r>
        <w:br/>
        <w:t>Три дочки. Ходіть сюди, діду, сядьте при лампі.</w:t>
      </w:r>
    </w:p>
    <w:p>
      <w:r>
        <w:br/>
        <w:t>Дід. Мені здається, що тут не дуже ясно.</w:t>
      </w:r>
    </w:p>
    <w:p>
      <w:r>
        <w:br/>
        <w:t>Батько. Чи підемо на терасу, чи зостанемось тут, в хаті?</w:t>
      </w:r>
    </w:p>
    <w:p>
      <w:r>
        <w:br/>
        <w:t>Дядько. Чи не краще б зостатись тут? Цілий тиждень йшов дощ, і ночі тепер холодні та вогкі...</w:t>
      </w:r>
    </w:p>
    <w:p>
      <w:r>
        <w:br/>
        <w:t>Старша дочка. Однак же тепер зоряно.</w:t>
      </w:r>
    </w:p>
    <w:p>
      <w:r>
        <w:br/>
        <w:t>Дядько. То що? Зорі нічого не значать.</w:t>
      </w:r>
    </w:p>
    <w:p>
      <w:r>
        <w:br/>
        <w:t>Дід. Краще зостатись тут — хто знає, що може статись?</w:t>
      </w:r>
    </w:p>
    <w:p>
      <w:r>
        <w:br/>
        <w:t>Батько. Нема чого турбуватись більше. Тепер безпечно, вона вже врятована.</w:t>
      </w:r>
    </w:p>
    <w:p>
      <w:r>
        <w:br/>
        <w:t>Дід. Я думаю, що вона нездорова.</w:t>
      </w:r>
    </w:p>
    <w:p>
      <w:r>
        <w:br/>
        <w:t>Батько. Чого ви се говорите?</w:t>
      </w:r>
    </w:p>
    <w:p>
      <w:r>
        <w:br/>
        <w:t>Дід. Я чув її голос.</w:t>
      </w:r>
    </w:p>
    <w:p>
      <w:r>
        <w:br/>
        <w:t>Батько. Але ж лікарі запевняють, що ми можемо бути спокійними... [221]</w:t>
      </w:r>
    </w:p>
    <w:p>
      <w:r>
        <w:br/>
        <w:t>Дядько. Ви ж добре знаєте, що ваш дідусь любить нас даремно турбувати.</w:t>
      </w:r>
    </w:p>
    <w:p>
      <w:r>
        <w:br/>
        <w:t>Дід. Я не бачу того що ви.</w:t>
      </w:r>
    </w:p>
    <w:p>
      <w:r>
        <w:br/>
        <w:t>Дядько. То треба вірити тому, хто бачить. Вона мала дуже добрий вигляд по обіді. Тепер вона міцно спить, і ми не маємо чого труїти собі перший спокійний вечір, що нам доля дала... Я гадаю, що ми маємо право відпочити, навіть посміятись трохи сього вечора.</w:t>
      </w:r>
    </w:p>
    <w:p>
      <w:r>
        <w:br/>
        <w:t>Батько. Справді, се перший раз, що я почуваюся дома межи своїх після сих її страшних пологів.</w:t>
      </w:r>
    </w:p>
    <w:p>
      <w:r>
        <w:br/>
        <w:t>Дядько Вже як тільки хвороба ввійде до хати, то здається, немов хто чужий є в родині.</w:t>
      </w:r>
    </w:p>
    <w:p>
      <w:r>
        <w:br/>
        <w:t>Батько. Але тоді теж видко, що поза родиною нема на кого надіятись.</w:t>
      </w:r>
    </w:p>
    <w:p>
      <w:r>
        <w:br/>
        <w:t>Дядько. Правда ваша.</w:t>
      </w:r>
    </w:p>
    <w:p>
      <w:r>
        <w:br/>
        <w:t>Дід. Чому се я сьогодні не міг одвідати бідної донечки?</w:t>
      </w:r>
    </w:p>
    <w:p>
      <w:r>
        <w:br/>
        <w:t>Дядько. Ви знаєте, що лікар заборонив.</w:t>
      </w:r>
    </w:p>
    <w:p>
      <w:r>
        <w:br/>
        <w:t>Дід. Я не знаю, що й думати.</w:t>
      </w:r>
    </w:p>
    <w:p>
      <w:r>
        <w:br/>
        <w:t>Дядько. Зовсім нема чого вам турбуватись.</w:t>
      </w:r>
    </w:p>
    <w:p>
      <w:r>
        <w:br/>
        <w:t>Дід (показує на двері ліворуч). Вона не може почути нас?</w:t>
      </w:r>
    </w:p>
    <w:p>
      <w:r>
        <w:br/>
        <w:t>Батько. Ми не будемо надто голосно говорити, та й двері товсті, і сестра милосердя там при ній, вона нам скаже, коли здіймемо гомін.</w:t>
      </w:r>
    </w:p>
    <w:p>
      <w:r>
        <w:br/>
        <w:t>Дід (показує на двері праворуч). Він нас не почує?</w:t>
      </w:r>
    </w:p>
    <w:p>
      <w:r>
        <w:br/>
        <w:t>Батько. Ні-ні!</w:t>
      </w:r>
    </w:p>
    <w:p>
      <w:r>
        <w:br/>
        <w:t>Дід. Він спить?</w:t>
      </w:r>
    </w:p>
    <w:p>
      <w:r>
        <w:br/>
        <w:t>Батько. Так, я гадаю.</w:t>
      </w:r>
    </w:p>
    <w:p>
      <w:r>
        <w:br/>
        <w:t>Дід. Слід би довідатись.</w:t>
      </w:r>
    </w:p>
    <w:p>
      <w:r>
        <w:br/>
        <w:t>Дядько. Я б за нього більше боявся, ніж за вашу жінку, за того малого. Вже кілька тижнів, як він вродився, а ледве ворушиться. Досі й разу не крикнув, так наче з воску дитина.</w:t>
      </w:r>
    </w:p>
    <w:p>
      <w:r>
        <w:br/>
        <w:t>Дід. Я думаю, що він буде глухий, а може, й німий... От що то значить споріднені шлюби...</w:t>
      </w:r>
    </w:p>
    <w:p>
      <w:r>
        <w:br/>
        <w:t>Мовчання незгоди.</w:t>
      </w:r>
    </w:p>
    <w:p>
      <w:r>
        <w:br/>
        <w:t>Батько. Я сливе лихий на нього за ті болі, що він завдав своїй мамі.</w:t>
      </w:r>
    </w:p>
    <w:p>
      <w:r>
        <w:br/>
        <w:t>Дядько. Треба ж мати розум: що ж винна та бідна дитина? Він там сам в хаті? [222]</w:t>
      </w:r>
    </w:p>
    <w:p>
      <w:r>
        <w:br/>
        <w:t>Батько. Так, лікар не хоче, щоб він був при матері.</w:t>
      </w:r>
    </w:p>
    <w:p>
      <w:r>
        <w:br/>
        <w:t>Дядько. Але мамка є при ньому?</w:t>
      </w:r>
    </w:p>
    <w:p>
      <w:r>
        <w:br/>
        <w:t>Батько. Ні, вона пішла заснути на хвилинку, вона ж таки се заслужила за остатні доби. Урсуло, піди лиш поглянь, чи він спить.</w:t>
      </w:r>
    </w:p>
    <w:p>
      <w:r>
        <w:br/>
        <w:t>Старша дочка. Добре, тату.</w:t>
      </w:r>
    </w:p>
    <w:p>
      <w:r>
        <w:br/>
        <w:t>Всі три дочки встають і, держачись за руки, йдуть в хату праворуч.</w:t>
      </w:r>
    </w:p>
    <w:p>
      <w:r>
        <w:br/>
        <w:t>Батько. В котрій годині має прибути наша сестра?</w:t>
      </w:r>
    </w:p>
    <w:p>
      <w:r>
        <w:br/>
        <w:t>Дядько. Здається, так коло дев'ятої.</w:t>
      </w:r>
    </w:p>
    <w:p>
      <w:r>
        <w:br/>
        <w:t>Батько. Вже дев'ята минула. Я хотів би, щоб вона прибула таки сього вечора. Жінка дуже бажає побачити її.</w:t>
      </w:r>
    </w:p>
    <w:p>
      <w:r>
        <w:br/>
        <w:t>Дядько. Прибуде напевне. Чи се вона вперше має тут бути?</w:t>
      </w:r>
    </w:p>
    <w:p>
      <w:r>
        <w:br/>
        <w:t>Батько. Вона ще ніколи не вступала до хати.</w:t>
      </w:r>
    </w:p>
    <w:p>
      <w:r>
        <w:br/>
        <w:t>Дядько. їй тяжко вибратися з монастиря.</w:t>
      </w:r>
    </w:p>
    <w:p>
      <w:r>
        <w:br/>
        <w:t>Батько. Вона прибуде сама?</w:t>
      </w:r>
    </w:p>
    <w:p>
      <w:r>
        <w:br/>
        <w:t>Дядько. Ні, гадаю, певне, котра з черниць проведе її. їм же не вільно ходити самим.</w:t>
      </w:r>
    </w:p>
    <w:p>
      <w:r>
        <w:br/>
        <w:t>Батько. Але ж вона ігуменя.</w:t>
      </w:r>
    </w:p>
    <w:p>
      <w:r>
        <w:br/>
        <w:t>Дядько. Устав для всіх один.</w:t>
      </w:r>
    </w:p>
    <w:p>
      <w:r>
        <w:br/>
        <w:t>Дід. Ви вже не турбуєтесь?</w:t>
      </w:r>
    </w:p>
    <w:p>
      <w:r>
        <w:br/>
        <w:t>Дядько. А чого ж би мали турбуватись? Не треба про се говорити. Вже ж нема чого боятись.</w:t>
      </w:r>
    </w:p>
    <w:p>
      <w:r>
        <w:br/>
        <w:t>Дід. Ваша сестра старша від вас?</w:t>
      </w:r>
    </w:p>
    <w:p>
      <w:r>
        <w:br/>
        <w:t>Дядько. Вона в нас найстарша.</w:t>
      </w:r>
    </w:p>
    <w:p>
      <w:r>
        <w:br/>
        <w:t>Дід. Я не знаю, що се зо мною,— я не спокійний. Я хтів би, щоб ваша сестра була вже тут.</w:t>
      </w:r>
    </w:p>
    <w:p>
      <w:r>
        <w:br/>
        <w:t>Дядько. Вона буде, вона обіцяла.</w:t>
      </w:r>
    </w:p>
    <w:p>
      <w:r>
        <w:br/>
        <w:t>Дід. Я хтів би, щоб сей вечір вже минув.</w:t>
      </w:r>
    </w:p>
    <w:p>
      <w:r>
        <w:br/>
        <w:t>Три дівчини вертаються.</w:t>
      </w:r>
    </w:p>
    <w:p>
      <w:r>
        <w:br/>
        <w:t>Батько. Снить він?</w:t>
      </w:r>
    </w:p>
    <w:p>
      <w:r>
        <w:br/>
        <w:t>Старша дочка. Дуже міцно спить, татку.</w:t>
      </w:r>
    </w:p>
    <w:p>
      <w:r>
        <w:br/>
        <w:t>Дядько. Що ж будемо робити, чекаючи?</w:t>
      </w:r>
    </w:p>
    <w:p>
      <w:r>
        <w:br/>
        <w:t>Дід. Чого чекаючи?</w:t>
      </w:r>
    </w:p>
    <w:p>
      <w:r>
        <w:br/>
        <w:t>Дядько. Сестри чекаючи.</w:t>
      </w:r>
    </w:p>
    <w:p>
      <w:r>
        <w:br/>
        <w:t>Батько. Ти нічого не бачиш, Урсуло?</w:t>
      </w:r>
    </w:p>
    <w:p>
      <w:r>
        <w:br/>
        <w:t>Старша дочка (край вікна). Ні, тату.</w:t>
      </w:r>
    </w:p>
    <w:p>
      <w:r>
        <w:br/>
        <w:t>Батько. А на дорозі? Ти бачиш дорогу? [223]</w:t>
      </w:r>
    </w:p>
    <w:p>
      <w:r>
        <w:br/>
        <w:t>Старша дочка. Бачу, тату; місяць світить, мені видко дорогу аж ген до кипарисів.</w:t>
      </w:r>
    </w:p>
    <w:p>
      <w:r>
        <w:br/>
        <w:t>Дід. І ти нікого не бачиш?</w:t>
      </w:r>
    </w:p>
    <w:p>
      <w:r>
        <w:br/>
        <w:t>Старша дочка. Нікого, дідусю.</w:t>
      </w:r>
    </w:p>
    <w:p>
      <w:r>
        <w:br/>
        <w:t>Дядько. Як там надворі?</w:t>
      </w:r>
    </w:p>
    <w:p>
      <w:r>
        <w:br/>
        <w:t>Старша дочка. Дуже гарно; ви чуєте соловейків?</w:t>
      </w:r>
    </w:p>
    <w:p>
      <w:r>
        <w:br/>
        <w:t>Дядько. Авжеж.</w:t>
      </w:r>
    </w:p>
    <w:p>
      <w:r>
        <w:br/>
        <w:t>Старша дочка. Щось трохи вітрець по дорозі.</w:t>
      </w:r>
    </w:p>
    <w:p>
      <w:r>
        <w:br/>
        <w:t>Дід. Трохи вітрець по дорозі?</w:t>
      </w:r>
    </w:p>
    <w:p>
      <w:r>
        <w:br/>
        <w:t>Старша дочка. Еге ж, і дерева трошки затремтіли.</w:t>
      </w:r>
    </w:p>
    <w:p>
      <w:r>
        <w:br/>
        <w:t>Дядько. Дивно, що сестри все немає.</w:t>
      </w:r>
    </w:p>
    <w:p>
      <w:r>
        <w:br/>
        <w:t>Дід. Я вже не чую солов'їв.</w:t>
      </w:r>
    </w:p>
    <w:p>
      <w:r>
        <w:br/>
        <w:t>Старша дочка. Здається, мов хтось увійшов у садок, діду.</w:t>
      </w:r>
    </w:p>
    <w:p>
      <w:r>
        <w:br/>
        <w:t>Дід. Хто ж?</w:t>
      </w:r>
    </w:p>
    <w:p>
      <w:r>
        <w:br/>
        <w:t>Старша дочка. Не знаю, не бачу нікого.</w:t>
      </w:r>
    </w:p>
    <w:p>
      <w:r>
        <w:br/>
        <w:t>Дядько. Бо нікого й нема.</w:t>
      </w:r>
    </w:p>
    <w:p>
      <w:r>
        <w:br/>
        <w:t>Старша дочка. Хтось мусить бути в садку, соловейки раптом замовкли.</w:t>
      </w:r>
    </w:p>
    <w:p>
      <w:r>
        <w:br/>
        <w:t>Дядько. Однак же я не чую, щоб хто йшов.</w:t>
      </w:r>
    </w:p>
    <w:p>
      <w:r>
        <w:br/>
        <w:t>Старша дочка. Певне, хтось іде понад ставком, бо лебеді сполохались.</w:t>
      </w:r>
    </w:p>
    <w:p>
      <w:r>
        <w:br/>
        <w:t>Друга дочка. Всі риби на ставку раптом плюснули на дно.</w:t>
      </w:r>
    </w:p>
    <w:p>
      <w:r>
        <w:br/>
        <w:t>Батько. Нікого не бачиш?</w:t>
      </w:r>
    </w:p>
    <w:p>
      <w:r>
        <w:br/>
        <w:t>Старша дочка. Нікого, тату.</w:t>
      </w:r>
    </w:p>
    <w:p>
      <w:r>
        <w:br/>
        <w:t>Батько. Адже ставок освічений місяцем.</w:t>
      </w:r>
    </w:p>
    <w:p>
      <w:r>
        <w:br/>
        <w:t>Старша дочка. Так, я бачу, як лебеді сполохались.</w:t>
      </w:r>
    </w:p>
    <w:p>
      <w:r>
        <w:br/>
        <w:t>Дядько. Я певен, що їх сестра сполохала. Вона, певне, ввійшла малою хвірткою.</w:t>
      </w:r>
    </w:p>
    <w:p>
      <w:r>
        <w:br/>
        <w:t>Батько. Не розумію, чому ж собаки не брешуть...</w:t>
      </w:r>
    </w:p>
    <w:p>
      <w:r>
        <w:br/>
        <w:t>Старша дочка. Я бачу собаку отам у будці. Лебеді пливуть на той бік!</w:t>
      </w:r>
    </w:p>
    <w:p>
      <w:r>
        <w:br/>
        <w:t>Дядько. Сестри злякались. Погляну лишень. (Кличе.) Сестро! Сестро! Се ти? Нема нікого.</w:t>
      </w:r>
    </w:p>
    <w:p>
      <w:r>
        <w:br/>
        <w:t>Старша дочка. Я певна, що хтось є в садку. Ось побачите.</w:t>
      </w:r>
    </w:p>
    <w:p>
      <w:r>
        <w:br/>
        <w:t>Дядько. Але вона обізвалась би!</w:t>
      </w:r>
    </w:p>
    <w:p>
      <w:r>
        <w:br/>
        <w:t>Дід. Чи солов'ї знов не щебечуть, Урсуло?</w:t>
      </w:r>
    </w:p>
    <w:p>
      <w:r>
        <w:br/>
        <w:t>Старша дочка. Не чую більш ні одного нігде навколо. [224]</w:t>
      </w:r>
    </w:p>
    <w:p>
      <w:r>
        <w:br/>
        <w:t>Дядько. Тим часом і гомін стих.</w:t>
      </w:r>
    </w:p>
    <w:p>
      <w:r>
        <w:br/>
        <w:t>Батько. Мертва тиша.</w:t>
      </w:r>
    </w:p>
    <w:p>
      <w:r>
        <w:br/>
        <w:t>Дід. Певне, хтось чужий їх лякає, бо якби се хто свій, вони б не замовкли.</w:t>
      </w:r>
    </w:p>
    <w:p>
      <w:r>
        <w:br/>
        <w:t>Старша дочка. Он там сидить соловейко на плакучій вербі. Полетів!..</w:t>
      </w:r>
    </w:p>
    <w:p>
      <w:r>
        <w:br/>
        <w:t>Дядько. Чи вам оце тепер в голові ті соловейки?</w:t>
      </w:r>
    </w:p>
    <w:p>
      <w:r>
        <w:br/>
        <w:t>Дід. Чи всі вікна одчинеці, Урсуло?</w:t>
      </w:r>
    </w:p>
    <w:p>
      <w:r>
        <w:br/>
        <w:t>Старша дочка. Шкляні двері одчинені, дідусю.</w:t>
      </w:r>
    </w:p>
    <w:p>
      <w:r>
        <w:br/>
        <w:t>Дід. Здається, холод суне в хату.</w:t>
      </w:r>
    </w:p>
    <w:p>
      <w:r>
        <w:br/>
        <w:t>Старша дочка. Трохи вітряно в садку, дідусю, і рожі облітають.</w:t>
      </w:r>
    </w:p>
    <w:p>
      <w:r>
        <w:br/>
        <w:t>Батько. Ну, то зачини двері, Урсуло. Пізно вже.</w:t>
      </w:r>
    </w:p>
    <w:p>
      <w:r>
        <w:br/>
        <w:t>Старша дочка. Добре, тату. Я не можу зачинити дверей.</w:t>
      </w:r>
    </w:p>
    <w:p>
      <w:r>
        <w:br/>
        <w:t>Дві другі дочки. Ми не можемо зачинити.</w:t>
      </w:r>
    </w:p>
    <w:p>
      <w:r>
        <w:br/>
        <w:t>Дід. Що ж там таке, дітоньки?</w:t>
      </w:r>
    </w:p>
    <w:p>
      <w:r>
        <w:br/>
        <w:t>Дядько. Нащо то говорити таким непевним голосом? Я їм поможу.</w:t>
      </w:r>
    </w:p>
    <w:p>
      <w:r>
        <w:br/>
        <w:t>Старша дочка. Ніяк не всилкуємось гаразд зачинити.</w:t>
      </w:r>
    </w:p>
    <w:p>
      <w:r>
        <w:br/>
        <w:t>Дядько. Се вогкість. Натиснімо всі. Щось, певне, є в дверях.</w:t>
      </w:r>
    </w:p>
    <w:p>
      <w:r>
        <w:br/>
        <w:t>Батько. Столяр завтра направить.</w:t>
      </w:r>
    </w:p>
    <w:p>
      <w:r>
        <w:br/>
        <w:t>Дід. Хіба завтра столяр прийде?</w:t>
      </w:r>
    </w:p>
    <w:p>
      <w:r>
        <w:br/>
        <w:t>Старша дочка. Авжеж, дідусю, він має роботу в льоху.</w:t>
      </w:r>
    </w:p>
    <w:p>
      <w:r>
        <w:br/>
        <w:t>Дід. Буде тут грюкати в хаті!..</w:t>
      </w:r>
    </w:p>
    <w:p>
      <w:r>
        <w:br/>
        <w:t>Старша дочка. Я скажу йому, щоб робив помалу.</w:t>
      </w:r>
    </w:p>
    <w:p>
      <w:r>
        <w:br/>
        <w:t>Раптом чутно, як хтось клепає косу надворі.</w:t>
      </w:r>
    </w:p>
    <w:p>
      <w:r>
        <w:br/>
        <w:t>Дід (здригнувся). Ой!</w:t>
      </w:r>
    </w:p>
    <w:p>
      <w:r>
        <w:br/>
        <w:t>Дядько. Урсуло, що се таке?</w:t>
      </w:r>
    </w:p>
    <w:p>
      <w:r>
        <w:br/>
        <w:t>Старша дочка. Не знаю гаразд; думаю, що то садівничий. Щось недобачаю, він у затінку, під будинком.</w:t>
      </w:r>
    </w:p>
    <w:p>
      <w:r>
        <w:br/>
        <w:t>Батько. То садівничий косити збирається.</w:t>
      </w:r>
    </w:p>
    <w:p>
      <w:r>
        <w:br/>
        <w:t>Дядько. Вночі косити?</w:t>
      </w:r>
    </w:p>
    <w:p>
      <w:r>
        <w:br/>
        <w:t>Батько. Адже завтра неділя. Так. Я завважив, що трава дуже висока навколо дому.</w:t>
      </w:r>
    </w:p>
    <w:p>
      <w:r>
        <w:br/>
        <w:t>Дід. Мені здається, що коса занадто свище...</w:t>
      </w:r>
    </w:p>
    <w:p>
      <w:r>
        <w:br/>
        <w:t>Батько. Він косить біля дому.</w:t>
      </w:r>
    </w:p>
    <w:p>
      <w:r>
        <w:br/>
        <w:t>Дід. Ти його бачиш, Урсуло?</w:t>
      </w:r>
    </w:p>
    <w:p>
      <w:r>
        <w:br/>
        <w:t>Старша дочка. Ні, діду, він у темряві. [225]</w:t>
      </w:r>
    </w:p>
    <w:p>
      <w:r>
        <w:br/>
        <w:t>Дід. Я боюся, коли б він дочки не збудив.</w:t>
      </w:r>
    </w:p>
    <w:p>
      <w:r>
        <w:br/>
        <w:t>Дядько. Нам його ледве чутно.</w:t>
      </w:r>
    </w:p>
    <w:p>
      <w:r>
        <w:br/>
        <w:t>Дід. А мені так, якби він у хаті косив.</w:t>
      </w:r>
    </w:p>
    <w:p>
      <w:r>
        <w:br/>
        <w:t>Дядько. Хвора його не почує, не бійтесь!</w:t>
      </w:r>
    </w:p>
    <w:p>
      <w:r>
        <w:br/>
        <w:t>Батько. Здається, лампа щось не добре горить сього вечора.</w:t>
      </w:r>
    </w:p>
    <w:p>
      <w:r>
        <w:br/>
        <w:t>Дядько. Треба долити.</w:t>
      </w:r>
    </w:p>
    <w:p>
      <w:r>
        <w:br/>
        <w:t>Батько. Я бачив, як доливали рано. Вона тьмяно горить, відколи вікно зачинили.</w:t>
      </w:r>
    </w:p>
    <w:p>
      <w:r>
        <w:br/>
        <w:t>Дядько. Я гадаю, скло запотіло.</w:t>
      </w:r>
    </w:p>
    <w:p>
      <w:r>
        <w:br/>
        <w:t>Батько. Зараз горітиме ліпше.</w:t>
      </w:r>
    </w:p>
    <w:p>
      <w:r>
        <w:br/>
        <w:t>Старша дочка. Дід заснув. Він три ночі не спав.</w:t>
      </w:r>
    </w:p>
    <w:p>
      <w:r>
        <w:br/>
        <w:t>Батько. Мав багато турботи.</w:t>
      </w:r>
    </w:p>
    <w:p>
      <w:r>
        <w:br/>
        <w:t>Дядько. Турбується без міри. Часом просто нічим його не вмовиш, і слухати нічого не хоче.</w:t>
      </w:r>
    </w:p>
    <w:p>
      <w:r>
        <w:br/>
        <w:t>Батько. Можна йому вибачити при його старощах.</w:t>
      </w:r>
    </w:p>
    <w:p>
      <w:r>
        <w:br/>
        <w:t>Дядько. Хто зна, які ми будемо в його літа.</w:t>
      </w:r>
    </w:p>
    <w:p>
      <w:r>
        <w:br/>
        <w:t>Батько. Він має вже років з вісімдесят.</w:t>
      </w:r>
    </w:p>
    <w:p>
      <w:r>
        <w:br/>
        <w:t>Дядько. Ну, то вже має право бути диваком.</w:t>
      </w:r>
    </w:p>
    <w:p>
      <w:r>
        <w:br/>
        <w:t>Батько. Всі сліпці такі.</w:t>
      </w:r>
    </w:p>
    <w:p>
      <w:r>
        <w:br/>
        <w:t>Дядько. Вени занадто думають.</w:t>
      </w:r>
    </w:p>
    <w:p>
      <w:r>
        <w:br/>
        <w:t>Батько. Мають багато зайвого часу.</w:t>
      </w:r>
    </w:p>
    <w:p>
      <w:r>
        <w:br/>
        <w:t>Дядько. Бо не мають чого іншого робити.</w:t>
      </w:r>
    </w:p>
    <w:p>
      <w:r>
        <w:br/>
        <w:t>Батько. До того ж не мають жадної розривки.</w:t>
      </w:r>
    </w:p>
    <w:p>
      <w:r>
        <w:br/>
        <w:t>Дядько. Се мусить бути страшенно!</w:t>
      </w:r>
    </w:p>
    <w:p>
      <w:r>
        <w:br/>
        <w:t>Батько. Здається, і до того можна звикнути.</w:t>
      </w:r>
    </w:p>
    <w:p>
      <w:r>
        <w:br/>
        <w:t>Дядько. Я собі того не можу здумати.</w:t>
      </w:r>
    </w:p>
    <w:p>
      <w:r>
        <w:br/>
        <w:t>Батько. Та звісно, вони нещасливі люди.</w:t>
      </w:r>
    </w:p>
    <w:p>
      <w:r>
        <w:br/>
        <w:t>Дядько. Не знати, де сидиш, не знати, куди йдеш, не знати, звідки приходиш, не одрізняти полудня від півночі, літа від зими... і завжди ся темрява, ся темрява... Я б волів не жити... Чи се вже так-таки й не вигоїться?</w:t>
      </w:r>
    </w:p>
    <w:p>
      <w:r>
        <w:br/>
        <w:t>Батько. Здається, що так.</w:t>
      </w:r>
    </w:p>
    <w:p>
      <w:r>
        <w:br/>
        <w:t>Дядько. Але ж він не безпросвітно сліпий?</w:t>
      </w:r>
    </w:p>
    <w:p>
      <w:r>
        <w:br/>
        <w:t>Батько. Він одрізняє дуже ясне світло.</w:t>
      </w:r>
    </w:p>
    <w:p>
      <w:r>
        <w:br/>
        <w:t>Дядько. Бережімо наші оченьки.</w:t>
      </w:r>
    </w:p>
    <w:p>
      <w:r>
        <w:br/>
        <w:t>Батько. Часами він має дивні думки.</w:t>
      </w:r>
    </w:p>
    <w:p>
      <w:r>
        <w:br/>
        <w:t>Дядько. Часами він не дуже приємний.</w:t>
      </w:r>
    </w:p>
    <w:p>
      <w:r>
        <w:br/>
        <w:t>Батько. Він говорить все чисто, що думає.</w:t>
      </w:r>
    </w:p>
    <w:p>
      <w:r>
        <w:br/>
        <w:t>Дядько. Але давніш він не був таким?</w:t>
      </w:r>
    </w:p>
    <w:p>
      <w:r>
        <w:br/>
        <w:t>Батько. Де ж там! Колись він був собі тямущий, як от і ми, і не говорив нічого незвичайного. Правда, що [226] Урсула його призводить де того, вона відповідає йому на всі питання...</w:t>
      </w:r>
    </w:p>
    <w:p>
      <w:r>
        <w:br/>
        <w:t>Дядько. Краще б не відповідала, бо то для нього лиха послуга.</w:t>
      </w:r>
    </w:p>
    <w:p>
      <w:r>
        <w:br/>
        <w:t>Б'є десята родина.</w:t>
      </w:r>
    </w:p>
    <w:p>
      <w:r>
        <w:br/>
        <w:t>Дід (прокидаючись). Чи я обернений до шкляних дверей?</w:t>
      </w:r>
    </w:p>
    <w:p>
      <w:r>
        <w:br/>
        <w:t>Старша дочка. Добре проспались, дідусю?</w:t>
      </w:r>
    </w:p>
    <w:p>
      <w:r>
        <w:br/>
        <w:t>Дід. Чи я обернений до шкляних дверей?</w:t>
      </w:r>
    </w:p>
    <w:p>
      <w:r>
        <w:br/>
        <w:t>Старша дочка. Так, дідусю.</w:t>
      </w:r>
    </w:p>
    <w:p>
      <w:r>
        <w:br/>
        <w:t>Дід. Нема нікого біля шкляиих дверей?</w:t>
      </w:r>
    </w:p>
    <w:p>
      <w:r>
        <w:br/>
        <w:t>Старша дочка. Але ж, дідусю, я нікого не бачу.</w:t>
      </w:r>
    </w:p>
    <w:p>
      <w:r>
        <w:br/>
        <w:t>Дід. Мені здавалось, що там жде хтось. Ніхто не приходив, Урсуло?</w:t>
      </w:r>
    </w:p>
    <w:p>
      <w:r>
        <w:br/>
        <w:t>Старша дочка. Ніхто, дідусю.</w:t>
      </w:r>
    </w:p>
    <w:p>
      <w:r>
        <w:br/>
        <w:t>Дід (до дядька і батька). Сестри не було?</w:t>
      </w:r>
    </w:p>
    <w:p>
      <w:r>
        <w:br/>
        <w:t>Дядько. Вже пізно; вона вже не прибуде; не гаразд вона се робить.</w:t>
      </w:r>
    </w:p>
    <w:p>
      <w:r>
        <w:br/>
        <w:t>Батько. Вона починав турбувати мене.</w:t>
      </w:r>
    </w:p>
    <w:p>
      <w:r>
        <w:br/>
        <w:t>Чутно гомін, мов хтось іде до хати.</w:t>
      </w:r>
    </w:p>
    <w:p>
      <w:r>
        <w:br/>
        <w:t>Дядько. Вона тут. Ви чули?</w:t>
      </w:r>
    </w:p>
    <w:p>
      <w:r>
        <w:br/>
        <w:t>Батько. Так, хтось увійшов долом.</w:t>
      </w:r>
    </w:p>
    <w:p>
      <w:r>
        <w:br/>
        <w:t>Дядько. Напевне, то сестра. Я пізнав її ходу.</w:t>
      </w:r>
    </w:p>
    <w:p>
      <w:r>
        <w:br/>
        <w:t>Дід. Я чув, як хтось поволі йшов.</w:t>
      </w:r>
    </w:p>
    <w:p>
      <w:r>
        <w:br/>
        <w:t>Батько. Вона ввійшла дуже поволі.</w:t>
      </w:r>
    </w:p>
    <w:p>
      <w:r>
        <w:br/>
        <w:t>Дядько. Вона знає, що в хаті хворі.</w:t>
      </w:r>
    </w:p>
    <w:p>
      <w:r>
        <w:br/>
        <w:t>Дід. Я вже більш нічого не чую.</w:t>
      </w:r>
    </w:p>
    <w:p>
      <w:r>
        <w:br/>
        <w:t>Дядько. Вона зараз прийде сюди, ш скажуть, що ми тут.</w:t>
      </w:r>
    </w:p>
    <w:p>
      <w:r>
        <w:br/>
        <w:t>Батько. Я радий, що вона прибула.</w:t>
      </w:r>
    </w:p>
    <w:p>
      <w:r>
        <w:br/>
        <w:t>Дядько. Я був певен, що вона таки тепер буде.</w:t>
      </w:r>
    </w:p>
    <w:p>
      <w:r>
        <w:br/>
        <w:t>Дід. Щось вона забарилась там долі</w:t>
      </w:r>
    </w:p>
    <w:p>
      <w:r>
        <w:br/>
        <w:t>Дядько. Однак се напевне вона.</w:t>
      </w:r>
    </w:p>
    <w:p>
      <w:r>
        <w:br/>
        <w:t>Батько. Ми більше нікого не сподіваємось.</w:t>
      </w:r>
    </w:p>
    <w:p>
      <w:r>
        <w:br/>
        <w:t>Дід. Я чую гомін долі.</w:t>
      </w:r>
    </w:p>
    <w:p>
      <w:r>
        <w:br/>
        <w:t>Батько. Я закличу служницю; хоч знатимем щось певного. (Дзвонить.)</w:t>
      </w:r>
    </w:p>
    <w:p>
      <w:r>
        <w:br/>
        <w:t>Дід. Я чую гомін на сходах.</w:t>
      </w:r>
    </w:p>
    <w:p>
      <w:r>
        <w:br/>
        <w:t>Батько. Се йде служниця.</w:t>
      </w:r>
    </w:p>
    <w:p>
      <w:r>
        <w:br/>
        <w:t>Дід. Здається, вона не сама.</w:t>
      </w:r>
    </w:p>
    <w:p>
      <w:r>
        <w:br/>
        <w:t>Батько. Вона йде помалу...</w:t>
      </w:r>
    </w:p>
    <w:p>
      <w:r>
        <w:br/>
        <w:t>Дід. Я чую ходу вашої сестри! [227]</w:t>
      </w:r>
    </w:p>
    <w:p>
      <w:r>
        <w:br/>
        <w:t>Батько. А я чую тільки служниці ходу.</w:t>
      </w:r>
    </w:p>
    <w:p>
      <w:r>
        <w:br/>
        <w:t>Дід. Се ваша сестра, се вона!</w:t>
      </w:r>
    </w:p>
    <w:p>
      <w:r>
        <w:br/>
        <w:t>Хтось стукається в двері.</w:t>
      </w:r>
    </w:p>
    <w:p>
      <w:r>
        <w:br/>
        <w:t>Дядько. Вона стукає в скриті двері.</w:t>
      </w:r>
    </w:p>
    <w:p>
      <w:r>
        <w:br/>
        <w:t>Батько. Я сам їй одчиню, бо сі малі двері страх риплять; їх тільки тоді одчиняють, коли хотять увійти в хату, щоб ніхто не бачив. (Одхиляє двері; служниця не ввіходить, а стоїть у дверях.) Де ви?</w:t>
      </w:r>
    </w:p>
    <w:p>
      <w:r>
        <w:br/>
        <w:t>Служниця. Тут, пане.</w:t>
      </w:r>
    </w:p>
    <w:p>
      <w:r>
        <w:br/>
        <w:t>Дід. Се ваша сестра на порозі?</w:t>
      </w:r>
    </w:p>
    <w:p>
      <w:r>
        <w:br/>
        <w:t>Дядько. Я бачу тільки служницю.</w:t>
      </w:r>
    </w:p>
    <w:p>
      <w:r>
        <w:br/>
        <w:t>Батько. Тут тільки служниця. (До служниці.) Хто прийшов до нас?</w:t>
      </w:r>
    </w:p>
    <w:p>
      <w:r>
        <w:br/>
        <w:t>Служниця. Хто мав прийти, пане?</w:t>
      </w:r>
    </w:p>
    <w:p>
      <w:r>
        <w:br/>
        <w:t>Батько. Авжеж, хтось тільки що прийшов?</w:t>
      </w:r>
    </w:p>
    <w:p>
      <w:r>
        <w:br/>
        <w:t>Служниця. Ніхто не приходив, пане.</w:t>
      </w:r>
    </w:p>
    <w:p>
      <w:r>
        <w:br/>
        <w:t>Дід. Хто се так зітхає?</w:t>
      </w:r>
    </w:p>
    <w:p>
      <w:r>
        <w:br/>
        <w:t>Дядько. То служниця, вона задихалась.</w:t>
      </w:r>
    </w:p>
    <w:p>
      <w:r>
        <w:br/>
        <w:t>Дід. Вона плаче?</w:t>
      </w:r>
    </w:p>
    <w:p>
      <w:r>
        <w:br/>
        <w:t>Дядько. Де ж там! І чого б вона плакала? (До служниці.) Так ніхто не приходив от тільки що?</w:t>
      </w:r>
    </w:p>
    <w:p>
      <w:r>
        <w:br/>
        <w:t>Служниця. Але ж ні, пане.</w:t>
      </w:r>
    </w:p>
    <w:p>
      <w:r>
        <w:br/>
        <w:t>Батько. Але ж ми чули, як одчиняли двері.</w:t>
      </w:r>
    </w:p>
    <w:p>
      <w:r>
        <w:br/>
        <w:t>Служниця. Се я зачиняла двері, пане.</w:t>
      </w:r>
    </w:p>
    <w:p>
      <w:r>
        <w:br/>
        <w:t>Батько. То вони були одчинені?</w:t>
      </w:r>
    </w:p>
    <w:p>
      <w:r>
        <w:br/>
        <w:t>Служниця. Так, пане.</w:t>
      </w:r>
    </w:p>
    <w:p>
      <w:r>
        <w:br/>
        <w:t>Батько. Чого ж вони були одчинені в таку пору?</w:t>
      </w:r>
    </w:p>
    <w:p>
      <w:r>
        <w:br/>
        <w:t>Служниця. Не знаю, пане, я їх зачинила.</w:t>
      </w:r>
    </w:p>
    <w:p>
      <w:r>
        <w:br/>
        <w:t>Батько. Коли так, то хто ж їх одчинив?</w:t>
      </w:r>
    </w:p>
    <w:p>
      <w:r>
        <w:br/>
        <w:t>Служниця. Не знаю, пане, певне, хтось виходив після мене, пане.</w:t>
      </w:r>
    </w:p>
    <w:p>
      <w:r>
        <w:br/>
        <w:t>Батько. Треба уважати. Але не кидайте дверима, ви знаєте, що вони грімкі.</w:t>
      </w:r>
    </w:p>
    <w:p>
      <w:r>
        <w:br/>
        <w:t>Служниця. Та я, пане, не чіпаю дверей!</w:t>
      </w:r>
    </w:p>
    <w:p>
      <w:r>
        <w:br/>
        <w:t>Батько. Як же ні? Ви беретесь за двері, мов хочете увійти в хату.</w:t>
      </w:r>
    </w:p>
    <w:p>
      <w:r>
        <w:br/>
        <w:t>Служниця. Але ж, пане, я стою на три кроки від дверей.</w:t>
      </w:r>
    </w:p>
    <w:p>
      <w:r>
        <w:br/>
        <w:t>Батько. Говоріть трохи тихше.</w:t>
      </w:r>
    </w:p>
    <w:p>
      <w:r>
        <w:br/>
        <w:t>Дід. Чи хто згасив світло?</w:t>
      </w:r>
    </w:p>
    <w:p>
      <w:r>
        <w:br/>
        <w:t>Старша дочка. Та ні, дідусю.</w:t>
      </w:r>
    </w:p>
    <w:p>
      <w:r>
        <w:br/>
        <w:t>Дід. Мені здається, що раптом стало чорно. [228]</w:t>
      </w:r>
    </w:p>
    <w:p>
      <w:r>
        <w:br/>
        <w:t>Батько (до служниці). Ідіть собі, тільки не робіть галасу на сходах.</w:t>
      </w:r>
    </w:p>
    <w:p>
      <w:r>
        <w:br/>
        <w:t>Служниця. Я й так не робила галасу.</w:t>
      </w:r>
    </w:p>
    <w:p>
      <w:r>
        <w:br/>
        <w:t>Батько. А я вам кажу, що робили. Ідіть тихенько; ви збудите пані. А як хто прийде, кажіть, що нас нема дома.</w:t>
      </w:r>
    </w:p>
    <w:p>
      <w:r>
        <w:br/>
        <w:t>Дядько. Так, кажіть, що нас нема дома.</w:t>
      </w:r>
    </w:p>
    <w:p>
      <w:r>
        <w:br/>
        <w:t>Дід (здригнувся). Не слід було сього казати!</w:t>
      </w:r>
    </w:p>
    <w:p>
      <w:r>
        <w:br/>
        <w:t>Батько. Хіба що приїде сестра або лікар.</w:t>
      </w:r>
    </w:p>
    <w:p>
      <w:r>
        <w:br/>
        <w:t>Дядько. В которій годині приїде лікар?</w:t>
      </w:r>
    </w:p>
    <w:p>
      <w:r>
        <w:br/>
        <w:t>Батько. До півночі не приїде.</w:t>
      </w:r>
    </w:p>
    <w:p>
      <w:r>
        <w:br/>
        <w:t>Зачиняються двері. Чутно, як б'є одинадцята.</w:t>
      </w:r>
    </w:p>
    <w:p>
      <w:r>
        <w:br/>
        <w:t>Дід. Вона ввійшла?</w:t>
      </w:r>
    </w:p>
    <w:p>
      <w:r>
        <w:br/>
        <w:t>Батько. Хто?</w:t>
      </w:r>
    </w:p>
    <w:p>
      <w:r>
        <w:br/>
        <w:t>Дід. Служниця.</w:t>
      </w:r>
    </w:p>
    <w:p>
      <w:r>
        <w:br/>
        <w:t>Батько. Та ні, вона пішла.</w:t>
      </w:r>
    </w:p>
    <w:p>
      <w:r>
        <w:br/>
        <w:t>Дід. Я думав, що вона сіла до стола.</w:t>
      </w:r>
    </w:p>
    <w:p>
      <w:r>
        <w:br/>
        <w:t>Дядько. Служниця?</w:t>
      </w:r>
    </w:p>
    <w:p>
      <w:r>
        <w:br/>
        <w:t>Дід. Так.</w:t>
      </w:r>
    </w:p>
    <w:p>
      <w:r>
        <w:br/>
        <w:t>Дядько. Ще тільки сього бракувало!</w:t>
      </w:r>
    </w:p>
    <w:p>
      <w:r>
        <w:br/>
        <w:t>Дід. Ніхто не входив до хати?</w:t>
      </w:r>
    </w:p>
    <w:p>
      <w:r>
        <w:br/>
        <w:t>Батько. Та не входив ніхто.</w:t>
      </w:r>
    </w:p>
    <w:p>
      <w:r>
        <w:br/>
        <w:t>Дід. А сестри вашої нема?</w:t>
      </w:r>
    </w:p>
    <w:p>
      <w:r>
        <w:br/>
        <w:t>Дядько. Сестра не приходила.</w:t>
      </w:r>
    </w:p>
    <w:p>
      <w:r>
        <w:br/>
        <w:t>Дід. Ви мене дурите!</w:t>
      </w:r>
    </w:p>
    <w:p>
      <w:r>
        <w:br/>
        <w:t>Дядько. Ми вас дуримо?</w:t>
      </w:r>
    </w:p>
    <w:p>
      <w:r>
        <w:br/>
        <w:t>Дід. Урсуло, скажи мені правду, на бога святого!</w:t>
      </w:r>
    </w:p>
    <w:p>
      <w:r>
        <w:br/>
        <w:t>Старша дочка. Дідусю, дідусю! Що вам такого?</w:t>
      </w:r>
    </w:p>
    <w:p>
      <w:r>
        <w:br/>
        <w:t>Дід. Щось тут сталося! Я певний, що моїй донечці погіршало!..</w:t>
      </w:r>
    </w:p>
    <w:p>
      <w:r>
        <w:br/>
        <w:t>Дядько. Чи вам приснилось?</w:t>
      </w:r>
    </w:p>
    <w:p>
      <w:r>
        <w:br/>
        <w:t>Дід. Ви не хочете мені сказати!.. Я бачу добре, що сталося щось.</w:t>
      </w:r>
    </w:p>
    <w:p>
      <w:r>
        <w:br/>
        <w:t>Дядько. Коли так, то ви більше бачите, ніж ми.</w:t>
      </w:r>
    </w:p>
    <w:p>
      <w:r>
        <w:br/>
        <w:t>Дід. Урсуло, скажи правду!</w:t>
      </w:r>
    </w:p>
    <w:p>
      <w:r>
        <w:br/>
        <w:t>Старша дочка. Та вам же правду кажуть, дідусю.</w:t>
      </w:r>
    </w:p>
    <w:p>
      <w:r>
        <w:br/>
        <w:t>Дід. В тебе не такий голос, як завжди!</w:t>
      </w:r>
    </w:p>
    <w:p>
      <w:r>
        <w:br/>
        <w:t>Батько. Бо ви її лякаєте.</w:t>
      </w:r>
    </w:p>
    <w:p>
      <w:r>
        <w:br/>
        <w:t>Дід. І ваш голос змінився, і ваш!</w:t>
      </w:r>
    </w:p>
    <w:p>
      <w:r>
        <w:br/>
        <w:t>Батько. Та схаменіться!</w:t>
      </w:r>
    </w:p>
    <w:p>
      <w:r>
        <w:br/>
        <w:t>Батько і дядько показують один одному на митах, що дід либонь стратив розум.</w:t>
      </w:r>
    </w:p>
    <w:p>
      <w:r>
        <w:br/>
        <w:t>[229]</w:t>
      </w:r>
    </w:p>
    <w:p>
      <w:r>
        <w:br/>
        <w:t>Дід. Я чую, що вам страшно.</w:t>
      </w:r>
    </w:p>
    <w:p>
      <w:r>
        <w:br/>
        <w:t>Батько. Та чого б нам було страшне?</w:t>
      </w:r>
    </w:p>
    <w:p>
      <w:r>
        <w:br/>
        <w:t>Дід. Нащо ви хочете одурити мене?</w:t>
      </w:r>
    </w:p>
    <w:p>
      <w:r>
        <w:br/>
        <w:t>Дядько. Та кому там хочеться вас дурити?</w:t>
      </w:r>
    </w:p>
    <w:p>
      <w:r>
        <w:br/>
        <w:t>Дід. Нащо ви згасили світло?</w:t>
      </w:r>
    </w:p>
    <w:p>
      <w:r>
        <w:br/>
        <w:t>Дядько. Ніхто його не гасив, так саме видно, як і перше.</w:t>
      </w:r>
    </w:p>
    <w:p>
      <w:r>
        <w:br/>
        <w:t>Старша дочка. Здається, лампа треяшкв пригасла.</w:t>
      </w:r>
    </w:p>
    <w:p>
      <w:r>
        <w:br/>
        <w:t>Батько. Мені так само видне, як і завжди.</w:t>
      </w:r>
    </w:p>
    <w:p>
      <w:r>
        <w:br/>
        <w:t>Дід. У мене немов жорна на очах. Діти, скажіть мені, що тут робиться? Скажіть на Бога, ви ж видющі! Тільки я тут у вічній темряві! Я не знаю, хто се сів біля мене! Я не знаю, що тут робиться за два кроки від мене!.. Що се ви там нишком говорили тільки що?</w:t>
      </w:r>
    </w:p>
    <w:p>
      <w:r>
        <w:br/>
        <w:t>Батько, Ніхто нічого не говорив нишком.</w:t>
      </w:r>
    </w:p>
    <w:p>
      <w:r>
        <w:br/>
        <w:t>Дід. Ви нишком говорили коло дверей.</w:t>
      </w:r>
    </w:p>
    <w:p>
      <w:r>
        <w:br/>
        <w:t>Батько. Ви чули все, що я казав.</w:t>
      </w:r>
    </w:p>
    <w:p>
      <w:r>
        <w:br/>
        <w:t>Дід. Ви когось увели в хату?</w:t>
      </w:r>
    </w:p>
    <w:p>
      <w:r>
        <w:br/>
        <w:t>Батько. Та я ж вам кажу, що ніхто не приходив!</w:t>
      </w:r>
    </w:p>
    <w:p>
      <w:r>
        <w:br/>
        <w:t>Дід. Чи то сестра, чи панотець? Нема чого намагатись одурити мене. Урсуло, хто прийшов?</w:t>
      </w:r>
    </w:p>
    <w:p>
      <w:r>
        <w:br/>
        <w:t>Старша дочка. Нікого не було, дідусю.</w:t>
      </w:r>
    </w:p>
    <w:p>
      <w:r>
        <w:br/>
        <w:t>Дід. Не пробуйте одурити мене, я все знаю. Скільки нас тут?</w:t>
      </w:r>
    </w:p>
    <w:p>
      <w:r>
        <w:br/>
        <w:t>Старша дочка. Нас шестеро коло стола, дідусю.</w:t>
      </w:r>
    </w:p>
    <w:p>
      <w:r>
        <w:br/>
        <w:t>Дід. Ви всі коло стола?</w:t>
      </w:r>
    </w:p>
    <w:p>
      <w:r>
        <w:br/>
        <w:t>Старша дочка. Всі, дідусю.</w:t>
      </w:r>
    </w:p>
    <w:p>
      <w:r>
        <w:br/>
        <w:t>Дід. Ви тут, Павле?</w:t>
      </w:r>
    </w:p>
    <w:p>
      <w:r>
        <w:br/>
        <w:t>Батько. Тут.</w:t>
      </w:r>
    </w:p>
    <w:p>
      <w:r>
        <w:br/>
        <w:t>Дід. Ви тут, Олів'є?</w:t>
      </w:r>
    </w:p>
    <w:p>
      <w:r>
        <w:br/>
        <w:t>Дядько. Та вже ж, та вже ж, тут я, на своєму місці. Чи ви жартуєте, чи що?</w:t>
      </w:r>
    </w:p>
    <w:p>
      <w:r>
        <w:br/>
        <w:t>Дід. Ти тут, Женев'єво?</w:t>
      </w:r>
    </w:p>
    <w:p>
      <w:r>
        <w:br/>
        <w:t>Одна з дочок. Тут, дідусю.</w:t>
      </w:r>
    </w:p>
    <w:p>
      <w:r>
        <w:br/>
        <w:t>Дід. Ти тут, Гертрудо?</w:t>
      </w:r>
    </w:p>
    <w:p>
      <w:r>
        <w:br/>
        <w:t>Друга дочка. Тут, дідусю.</w:t>
      </w:r>
    </w:p>
    <w:p>
      <w:r>
        <w:br/>
        <w:t>Дід. Ти тут, Урсуло?</w:t>
      </w:r>
    </w:p>
    <w:p>
      <w:r>
        <w:br/>
        <w:t>Старша дочка. Тут, дідусю, коло вас.</w:t>
      </w:r>
    </w:p>
    <w:p>
      <w:r>
        <w:br/>
        <w:t>Дід. А хто ж там сидить?</w:t>
      </w:r>
    </w:p>
    <w:p>
      <w:r>
        <w:br/>
        <w:t>Старша дочка. Де, дідусю? Нема ж нікого.</w:t>
      </w:r>
    </w:p>
    <w:p>
      <w:r>
        <w:br/>
        <w:t>Дід. Тут, тут, посеред нас.</w:t>
      </w:r>
    </w:p>
    <w:p>
      <w:r>
        <w:br/>
        <w:t>Старша дочка. Та нема ж нікогісінько, дідусю.</w:t>
      </w:r>
    </w:p>
    <w:p>
      <w:r>
        <w:br/>
        <w:t>Батько. Сказано ж вам, нема нікого! [230]</w:t>
      </w:r>
    </w:p>
    <w:p>
      <w:r>
        <w:br/>
        <w:t>Дід. Але ж се ви тільки не бачите!</w:t>
      </w:r>
    </w:p>
    <w:p>
      <w:r>
        <w:br/>
        <w:t>Дядько. Що се ви, на сміх?</w:t>
      </w:r>
    </w:p>
    <w:p>
      <w:r>
        <w:br/>
        <w:t>Дід. Мані же до смішків, вірте мені!</w:t>
      </w:r>
    </w:p>
    <w:p>
      <w:r>
        <w:br/>
        <w:t>Дядько. Ну, то й ви ж вірте видющим.</w:t>
      </w:r>
    </w:p>
    <w:p>
      <w:r>
        <w:br/>
        <w:t>Дід (нерішуче). Я думав, що хтось тут є... Я, певне, довго не житиму...</w:t>
      </w:r>
    </w:p>
    <w:p>
      <w:r>
        <w:br/>
        <w:t>Дядько. Ну, і нащо б ми вас мали дурити? Навіщо б вам те здалось?</w:t>
      </w:r>
    </w:p>
    <w:p>
      <w:r>
        <w:br/>
        <w:t>Батько. Однаково ж прийшлось би потім вам правду сказати.</w:t>
      </w:r>
    </w:p>
    <w:p>
      <w:r>
        <w:br/>
        <w:t>Дядько. Нащо нам одно одного дурити?</w:t>
      </w:r>
    </w:p>
    <w:p>
      <w:r>
        <w:br/>
        <w:t>Батько. Од вас би довго неправда не сховалась.</w:t>
      </w:r>
    </w:p>
    <w:p>
      <w:r>
        <w:br/>
        <w:t>Дід. Я хтів би вже додому.</w:t>
      </w:r>
    </w:p>
    <w:p>
      <w:r>
        <w:br/>
        <w:t>Батька. Але ж ви дома!</w:t>
      </w:r>
    </w:p>
    <w:p>
      <w:r>
        <w:br/>
        <w:t>Дядько. Хіба ж ми не дома?</w:t>
      </w:r>
    </w:p>
    <w:p>
      <w:r>
        <w:br/>
        <w:t>Батько. Хіба ви в чужих?</w:t>
      </w:r>
    </w:p>
    <w:p>
      <w:r>
        <w:br/>
        <w:t>Дядько. Ви сьогодні чудні!</w:t>
      </w:r>
    </w:p>
    <w:p>
      <w:r>
        <w:br/>
        <w:t>Дід. Се ви чудні, здається мені.</w:t>
      </w:r>
    </w:p>
    <w:p>
      <w:r>
        <w:br/>
        <w:t>Батько. Чого вам бракує?</w:t>
      </w:r>
    </w:p>
    <w:p>
      <w:r>
        <w:br/>
        <w:t>Дід. Я не знаю, чого!</w:t>
      </w:r>
    </w:p>
    <w:p>
      <w:r>
        <w:br/>
        <w:t>Старша дочка. Дідусю, дідусю, чого вам треба, дідусю?</w:t>
      </w:r>
    </w:p>
    <w:p>
      <w:r>
        <w:br/>
        <w:t>Дід. Додайте мані ваші руки, донечки.</w:t>
      </w:r>
    </w:p>
    <w:p>
      <w:r>
        <w:br/>
        <w:t>Три дочки. Ось наші руки, дідусю.</w:t>
      </w:r>
    </w:p>
    <w:p>
      <w:r>
        <w:br/>
        <w:t>Дід. Чого ви всі тремтите, всі три, чого, донечки?</w:t>
      </w:r>
    </w:p>
    <w:p>
      <w:r>
        <w:br/>
        <w:t>Старша дочка. Ми не тремтимо, дідусю.</w:t>
      </w:r>
    </w:p>
    <w:p>
      <w:r>
        <w:br/>
        <w:t>Дід. Я думаю, що ви всі три поблідли.</w:t>
      </w:r>
    </w:p>
    <w:p>
      <w:r>
        <w:br/>
        <w:t>Старша дочка. Вже пізно, дідусю, ми потомлені.</w:t>
      </w:r>
    </w:p>
    <w:p>
      <w:r>
        <w:br/>
        <w:t>Батько. Вам слід би лягти спати, і дідусь краще б трохи спочив.</w:t>
      </w:r>
    </w:p>
    <w:p>
      <w:r>
        <w:br/>
        <w:t>Дід. Я не зможу спати сеї ночі!</w:t>
      </w:r>
    </w:p>
    <w:p>
      <w:r>
        <w:br/>
        <w:t>Дядько. Пождім лікаря.</w:t>
      </w:r>
    </w:p>
    <w:p>
      <w:r>
        <w:br/>
        <w:t>Дід. Приготуйте мене, щоб я міг вислухати правду.</w:t>
      </w:r>
    </w:p>
    <w:p>
      <w:r>
        <w:br/>
        <w:t>Дядько. Та лема жодної правди!</w:t>
      </w:r>
    </w:p>
    <w:p>
      <w:r>
        <w:br/>
        <w:t>Дід. Ну, то я не знаю, що ж є!</w:t>
      </w:r>
    </w:p>
    <w:p>
      <w:r>
        <w:br/>
        <w:t>Дядько. Я вам кажу, що нема нічогісінько.</w:t>
      </w:r>
    </w:p>
    <w:p>
      <w:r>
        <w:br/>
        <w:t>Дід. Я хтів би побачити свою донечку.</w:t>
      </w:r>
    </w:p>
    <w:p>
      <w:r>
        <w:br/>
        <w:t>Батько. Ви знаєте сама, що се неможливо; її не можна будити без потреби.</w:t>
      </w:r>
    </w:p>
    <w:p>
      <w:r>
        <w:br/>
        <w:t>Дядько Побачите завтра.</w:t>
      </w:r>
    </w:p>
    <w:p>
      <w:r>
        <w:br/>
        <w:t>Дід. Нічого же чутно з її хати.</w:t>
      </w:r>
    </w:p>
    <w:p>
      <w:r>
        <w:br/>
        <w:t>Дядько. Я б турбувався, якби було щось чутно.</w:t>
      </w:r>
    </w:p>
    <w:p>
      <w:r>
        <w:br/>
        <w:t>Дід. Я вже так давно не бачив своєї доні!.. Вчора я [231] взяв її за руки, але я не бачив її!.. Я не знаю, що з нею робиться!.. Я вже не знаю, яка вона... Я не знаю обличчя її... Вона, певне, змінилась за сі тижні... Я чув під руками, що в неї щоки схудли... Тільки темрява межи нею і мною та ви всі!.. Я не можу більш так жити... се не життя! Ви всі тут дивитесь на мої мертві очі, і ніхто не змилується надо мною!.. Я не знаю, що зо мною... мені ніколи не кажуть того, що треба сказати... і все таке страшне, коли подумати... Та чому ж ви не говорите?</w:t>
      </w:r>
    </w:p>
    <w:p>
      <w:r>
        <w:br/>
        <w:t>Дядько. Що ж ми маємо говорити, коли ви не хочете нам вірити?</w:t>
      </w:r>
    </w:p>
    <w:p>
      <w:r>
        <w:br/>
        <w:t>Дід. Ви боїтесь, коли б не зрадити себе!</w:t>
      </w:r>
    </w:p>
    <w:p>
      <w:r>
        <w:br/>
        <w:t>Батько. Але ж майте розум, нарешті!</w:t>
      </w:r>
    </w:p>
    <w:p>
      <w:r>
        <w:br/>
        <w:t>Дід. Од мене тут вже давно щось ховають!.. Щось в хаті сталося... Але я починаю розуміти... Надто вже довго дурили мене!.. Отже, ви думаєте, що я ніколи нічого не довідаюсь? Часами я буваю менше сліпий, ніж ви, знаєте?.. Хіба я не чую, як ви шепочетесь по цілих днях, так мов у хаті вішальник є? Я не смію сказати того, що я тепер знаю... Я довідаюсь правди! Я пожду, поки ви сами скажете мені правду, але я давно її знаю без вас! А тепер я чую, що ви всі бліді як смерть!</w:t>
      </w:r>
    </w:p>
    <w:p>
      <w:r>
        <w:br/>
        <w:t>Три дочки. Діду, дідусю! Що вам такого, дідусю?</w:t>
      </w:r>
    </w:p>
    <w:p>
      <w:r>
        <w:br/>
        <w:t>Дід. Я не про вас говорю, дітоньки, ні, я не про вас говорю... Я знаю, що ви б мені правду сказали, якби їх не було коло вас!.. А врешті, я певен, що вони і вас дурять... Ось побачите, дітоньки, ось побачите!.. Хіба я не чув, як ви всі три оце ридали?</w:t>
      </w:r>
    </w:p>
    <w:p>
      <w:r>
        <w:br/>
        <w:t>Батько. А може, справді, чи не погіршало жінці?</w:t>
      </w:r>
    </w:p>
    <w:p>
      <w:r>
        <w:br/>
        <w:t>Дід. Не кваптесь одурити мене! Тепер вже пізно, я знаю правду ліпше од вас.</w:t>
      </w:r>
    </w:p>
    <w:p>
      <w:r>
        <w:br/>
        <w:t>Дядько. Але ж ми не сліпі, нарешті!</w:t>
      </w:r>
    </w:p>
    <w:p>
      <w:r>
        <w:br/>
        <w:t>Батько. Хочете піти в хату до вашої дочки? Тут якесь непорозуміння, якась помилка, час їх роз'яснити. Що ж, підете?</w:t>
      </w:r>
    </w:p>
    <w:p>
      <w:r>
        <w:br/>
        <w:t>Дід (раптом несміло). Ні-ні, не тепер... ще ні...</w:t>
      </w:r>
    </w:p>
    <w:p>
      <w:r>
        <w:br/>
        <w:t>Дядько. От бачите, які ви нерозумні.</w:t>
      </w:r>
    </w:p>
    <w:p>
      <w:r>
        <w:br/>
        <w:t>Дід. Ніхто не знає, скільки чоловік в своєму житті промовчить!.. Хто се загомонів?</w:t>
      </w:r>
    </w:p>
    <w:p>
      <w:r>
        <w:br/>
        <w:t>Старша дочка. Се лампа тріпотить, дідусю.</w:t>
      </w:r>
    </w:p>
    <w:p>
      <w:r>
        <w:br/>
        <w:t>Дід. Здається, вона дуже неспокійна... дуже неспокійна...</w:t>
      </w:r>
    </w:p>
    <w:p>
      <w:r>
        <w:br/>
        <w:t>Старша дочка. Се на неї холодний вітер віє... [232]</w:t>
      </w:r>
    </w:p>
    <w:p>
      <w:r>
        <w:br/>
        <w:t>Дядько. Звідки ж холодний вітер? Вікна зачинені.</w:t>
      </w:r>
    </w:p>
    <w:p>
      <w:r>
        <w:br/>
        <w:t>Старша дочка. Здається, вона гасне.</w:t>
      </w:r>
    </w:p>
    <w:p>
      <w:r>
        <w:br/>
        <w:t>Батько. Вигоріла.</w:t>
      </w:r>
    </w:p>
    <w:p>
      <w:r>
        <w:br/>
        <w:t>Старша дочка. Зовсім гасне.</w:t>
      </w:r>
    </w:p>
    <w:p>
      <w:r>
        <w:br/>
        <w:t>Батько. Не можна так у темряві сидіти.</w:t>
      </w:r>
    </w:p>
    <w:p>
      <w:r>
        <w:br/>
        <w:t>Дядько. Чому ні?.. Я вже до того звик.</w:t>
      </w:r>
    </w:p>
    <w:p>
      <w:r>
        <w:br/>
        <w:t>Батько. В жінчиній хаті є світло.</w:t>
      </w:r>
    </w:p>
    <w:p>
      <w:r>
        <w:br/>
        <w:t>Дядько. Зараз його візьмемо, ось нехай як лікар прийде.</w:t>
      </w:r>
    </w:p>
    <w:p>
      <w:r>
        <w:br/>
        <w:t>Батько. Воно, правду кажучи, видно; надворі ясно.</w:t>
      </w:r>
    </w:p>
    <w:p>
      <w:r>
        <w:br/>
        <w:t>Дід. Хіба ясно надворі?</w:t>
      </w:r>
    </w:p>
    <w:p>
      <w:r>
        <w:br/>
        <w:t>Батько. Ясніше, ніж тут.</w:t>
      </w:r>
    </w:p>
    <w:p>
      <w:r>
        <w:br/>
        <w:t>Дядько. А я собі люблю отак розмовляти в потемках.</w:t>
      </w:r>
    </w:p>
    <w:p>
      <w:r>
        <w:br/>
        <w:t>Батько. Я теж.</w:t>
      </w:r>
    </w:p>
    <w:p>
      <w:r>
        <w:br/>
        <w:t>Дід. Мені здається, що дзиґар занадто цокає.</w:t>
      </w:r>
    </w:p>
    <w:p>
      <w:r>
        <w:br/>
        <w:t>Старша дочка. Бо ніхто не говорить, дідусю.</w:t>
      </w:r>
    </w:p>
    <w:p>
      <w:r>
        <w:br/>
        <w:t>Дід. Чого ж ви мовчите?</w:t>
      </w:r>
    </w:p>
    <w:p>
      <w:r>
        <w:br/>
        <w:t>Дядько. А що ж ми маємо говорити, по-вашому? Ви глузуєте собі з нас!</w:t>
      </w:r>
    </w:p>
    <w:p>
      <w:r>
        <w:br/>
        <w:t>Дід. Чи воно дуже темно в хаті?</w:t>
      </w:r>
    </w:p>
    <w:p>
      <w:r>
        <w:br/>
        <w:t>Дядько. Та не дуже й видно.</w:t>
      </w:r>
    </w:p>
    <w:p>
      <w:r>
        <w:br/>
        <w:t>Мовчання.</w:t>
      </w:r>
    </w:p>
    <w:p>
      <w:r>
        <w:br/>
        <w:t>Дід. Мені щось недобре, Урсуло; одчини трохи вікно. Батько. Справді, доню, одчини трохи вікно; оце вже й мені бракує повітря.</w:t>
      </w:r>
    </w:p>
    <w:p>
      <w:r>
        <w:br/>
        <w:t>Старша дочка одчиняє вікно.</w:t>
      </w:r>
    </w:p>
    <w:p>
      <w:r>
        <w:br/>
        <w:t>Дядько. Я так думаю, що ми всі надто вже довго сиділи замкнені.</w:t>
      </w:r>
    </w:p>
    <w:p>
      <w:r>
        <w:br/>
        <w:t>Дід. Чи вікно одчинене?</w:t>
      </w:r>
    </w:p>
    <w:p>
      <w:r>
        <w:br/>
        <w:t>Старша дочка. Авжеж, дідусю, одчинене настежи.</w:t>
      </w:r>
    </w:p>
    <w:p>
      <w:r>
        <w:br/>
        <w:t>Дід. Не сказав би, що відчинене; не чутно нічогісінько знадвору.</w:t>
      </w:r>
    </w:p>
    <w:p>
      <w:r>
        <w:br/>
        <w:t>Батько. Надзвичайна тиша.</w:t>
      </w:r>
    </w:p>
    <w:p>
      <w:r>
        <w:br/>
        <w:t>Старша дочка. Тихий ангол пролетів.</w:t>
      </w:r>
    </w:p>
    <w:p>
      <w:r>
        <w:br/>
        <w:t>Дядько. От за се не люблю села.</w:t>
      </w:r>
    </w:p>
    <w:p>
      <w:r>
        <w:br/>
        <w:t>Дід. Я б хотів, щоб хоч загомоніло що. Котора година, Урсуло?</w:t>
      </w:r>
    </w:p>
    <w:p>
      <w:r>
        <w:br/>
        <w:t>Старша дочка. Хутко північ, дідусю.</w:t>
      </w:r>
    </w:p>
    <w:p>
      <w:r>
        <w:br/>
        <w:t>Тут дядько починає ходити з кутка в куток по хаті. [233]</w:t>
      </w:r>
    </w:p>
    <w:p>
      <w:r>
        <w:br/>
        <w:t>Дід. Хто се ходить коло вас?</w:t>
      </w:r>
    </w:p>
    <w:p>
      <w:r>
        <w:br/>
        <w:t>Дядько. Се я, се я, те бійтесь. Мені хочеться трохи розійтись.</w:t>
      </w:r>
    </w:p>
    <w:p>
      <w:r>
        <w:br/>
        <w:t>Мовчання.</w:t>
      </w:r>
    </w:p>
    <w:p>
      <w:r>
        <w:br/>
        <w:t>Та вже хіба сяду — не видко ходити.</w:t>
      </w:r>
    </w:p>
    <w:p>
      <w:r>
        <w:br/>
        <w:t>Мовчання.</w:t>
      </w:r>
    </w:p>
    <w:p>
      <w:r>
        <w:br/>
        <w:t>Дід. Я хотів би десь інде бути!</w:t>
      </w:r>
    </w:p>
    <w:p>
      <w:r>
        <w:br/>
        <w:t>Старша дочка. Куди ж би ви хтіли йти, дідусю?</w:t>
      </w:r>
    </w:p>
    <w:p>
      <w:r>
        <w:br/>
        <w:t>Дід. Не знаю, куди,— в іншу жату; куди-небудь! Все одно, куди!</w:t>
      </w:r>
    </w:p>
    <w:p>
      <w:r>
        <w:br/>
        <w:t>Батько. Куди ж ми підемо?</w:t>
      </w:r>
    </w:p>
    <w:p>
      <w:r>
        <w:br/>
        <w:t>Дядько. Вже пізно, щоб іти.</w:t>
      </w:r>
    </w:p>
    <w:p>
      <w:r>
        <w:br/>
        <w:t>Мовчання. Всі посідали нерухомо навколо стола.</w:t>
      </w:r>
    </w:p>
    <w:p>
      <w:r>
        <w:br/>
        <w:t>Дід. Що се я чую, Урсуло?</w:t>
      </w:r>
    </w:p>
    <w:p>
      <w:r>
        <w:br/>
        <w:t>Старша дочка. Нічого, дідусю, то листя спадає; так, то листя спадає на терасу.</w:t>
      </w:r>
    </w:p>
    <w:p>
      <w:r>
        <w:br/>
        <w:t>Дід. Зачини вікно, Урсуло.</w:t>
      </w:r>
    </w:p>
    <w:p>
      <w:r>
        <w:br/>
        <w:t>Старша дочка. Добре, дідусю. (Зачиняє вікно і вертається.)</w:t>
      </w:r>
    </w:p>
    <w:p>
      <w:r>
        <w:br/>
        <w:t>Дід. Мені холодно.</w:t>
      </w:r>
    </w:p>
    <w:p>
      <w:r>
        <w:br/>
        <w:t>Мовчання. Три сестри обіймаються.</w:t>
      </w:r>
    </w:p>
    <w:p>
      <w:r>
        <w:br/>
        <w:t>Що се я чую тепер?</w:t>
      </w:r>
    </w:p>
    <w:p>
      <w:r>
        <w:br/>
        <w:t>Батько. То три сестриці поцілувались.</w:t>
      </w:r>
    </w:p>
    <w:p>
      <w:r>
        <w:br/>
        <w:t>Дядько. Здається, вони дуже бліді сьогодні.</w:t>
      </w:r>
    </w:p>
    <w:p>
      <w:r>
        <w:br/>
        <w:t>Мовчання.</w:t>
      </w:r>
    </w:p>
    <w:p>
      <w:r>
        <w:br/>
        <w:t>Дід. Що я чую тепер, Урсуло?</w:t>
      </w:r>
    </w:p>
    <w:p>
      <w:r>
        <w:br/>
        <w:t>Старша дочка. Нічого, дідусю, то я склала руки.</w:t>
      </w:r>
    </w:p>
    <w:p>
      <w:r>
        <w:br/>
        <w:t>Мовчання.</w:t>
      </w:r>
    </w:p>
    <w:p>
      <w:r>
        <w:br/>
        <w:t>Дід. Що я чую ще?</w:t>
      </w:r>
    </w:p>
    <w:p>
      <w:r>
        <w:br/>
        <w:t>Старша дочка. Не знаю, дідусю... То, може, мої сестри тремтять.</w:t>
      </w:r>
    </w:p>
    <w:p>
      <w:r>
        <w:br/>
        <w:t>Дід. Я теж боюся, дітоньки.</w:t>
      </w:r>
    </w:p>
    <w:p>
      <w:r>
        <w:br/>
        <w:t>Тут місячний промінь падає крізь шибу і розсипав кілька дивних плям по хаті. Північ б'є, і за останнім гуком здається декому, немов хтось підвівся дуже раптово.</w:t>
      </w:r>
    </w:p>
    <w:p>
      <w:r>
        <w:br/>
        <w:t>Дід (здригнувся від якого особливого жаху). Хто се встав?</w:t>
      </w:r>
    </w:p>
    <w:p>
      <w:r>
        <w:br/>
        <w:t>Дядько. Ніхто не вставав!</w:t>
      </w:r>
    </w:p>
    <w:p>
      <w:r>
        <w:br/>
        <w:t>Батько. Я не вставав. [234]</w:t>
      </w:r>
    </w:p>
    <w:p>
      <w:r>
        <w:br/>
        <w:t>Три дочки. Ні я! — Ні я! — Ні я!</w:t>
      </w:r>
    </w:p>
    <w:p>
      <w:r>
        <w:br/>
        <w:t>Дід. Але хтось таки встав від стола.</w:t>
      </w:r>
    </w:p>
    <w:p>
      <w:r>
        <w:br/>
        <w:t>Дядько. Світла!</w:t>
      </w:r>
    </w:p>
    <w:p>
      <w:r>
        <w:br/>
        <w:t>Раптом чутно крик жаху праворуч, з дитячої хати; і сей крик чутно аж до кінця сцени з різними градаціями жаху.</w:t>
      </w:r>
    </w:p>
    <w:p>
      <w:r>
        <w:br/>
        <w:t>Батько. Слухайте! Дитина!</w:t>
      </w:r>
    </w:p>
    <w:p>
      <w:r>
        <w:br/>
        <w:t>Дядько. Воно ще ніколи не плакало!</w:t>
      </w:r>
    </w:p>
    <w:p>
      <w:r>
        <w:br/>
        <w:t>Батько. Ходім подивімось!</w:t>
      </w:r>
    </w:p>
    <w:p>
      <w:r>
        <w:br/>
        <w:t>Дядько. Світла, світла!</w:t>
      </w:r>
    </w:p>
    <w:p>
      <w:r>
        <w:br/>
        <w:t>В сю хвилину чутно раптову біганину, приглушені кроки в хаті ліворуч. Потім мертва, тиша. Всі прислухаються з німим жахом, врешті одчиняються помалу двері з тієї хати, де хвора, і світло вривається до зали з дверей. На порозі з'являється сестра милосердя в чорних шатах, склоняється, хрестячись, даючи тим звістку, ще жінка вже вмерла. Вони розуміють се і по хвилі вагання та жаху йдуть мовчки в хату до померлої, тим часом дядько затримується на порозі і ввічливо відступає набік, щоб дати дорогу трьом дівчатам. Сліпий; зоставшись сам, встає і метушиться; хапаючись руками за стіл у темряві.</w:t>
      </w:r>
    </w:p>
    <w:p>
      <w:r>
        <w:br/>
        <w:t>Дід. Куди, ви йдете? Куди ви йдете? Вони мене покинули самого!</w:t>
      </w:r>
    </w:p>
    <w:p>
      <w:r>
        <w:br/>
        <w:t>Завіса.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Неминуча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