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Незнаному воякові (уривок з редакції 1940 року)</w:t>
      </w:r>
    </w:p>
    <w:p>
      <w:r>
        <w:br/>
        <w:t xml:space="preserve"> НЕЗНАНОМУ ВОЯКОВІ&lt;br /&gt;</w:t>
        <w:br/>
        <w:t>(уривок)</w:t>
      </w:r>
    </w:p>
    <w:p>
      <w:r>
        <w:br/>
        <w:t>Багато нам вогників кволих мани&lt;br /&gt;</w:t>
        <w:br/>
        <w:t>На всяких трясовинах квітло.&lt;br /&gt;</w:t>
        <w:br/>
        <w:t>У мряку сьогодні й будучини&lt;br /&gt;</w:t>
        <w:br/>
        <w:t>Прожектором кинуто світло.</w:t>
      </w:r>
    </w:p>
    <w:p>
      <w:r>
        <w:br/>
        <w:t>Ви вийшли, незнані, із темряви нор&lt;br /&gt;</w:t>
        <w:br/>
        <w:t>Позничити шлях перемоги.&lt;br /&gt;</w:t>
        <w:br/>
        <w:t>І знав вас поштовий брудний коридор&lt;br /&gt;</w:t>
        <w:br/>
        <w:t>І сірі обніжки дороги.</w:t>
      </w:r>
    </w:p>
    <w:p>
      <w:r>
        <w:br/>
        <w:t>Це ви написали на брукові міст&lt;br /&gt;</w:t>
        <w:br/>
        <w:t>Трьох літер багряну рекляму.&lt;br /&gt;</w:t>
        <w:br/>
        <w:t>Не роки життєвою мірою — зміст&lt;br /&gt;</w:t>
        <w:br/>
        <w:t>Для того, хто дивиться прямо.</w:t>
      </w:r>
    </w:p>
    <w:p>
      <w:r>
        <w:br/>
        <w:t>Лягла постанова на спокій лиця&lt;br /&gt;</w:t>
        <w:br/>
        <w:t>І буря за погляди тихі.&lt;br /&gt;</w:t>
        <w:br/>
        <w:t>Йдете неухильно, йдете до кінця,&lt;br /&gt;</w:t>
        <w:br/>
        <w:t>І вибух голосить ваш прихід.</w:t>
      </w:r>
    </w:p>
    <w:p>
      <w:r>
        <w:br/>
        <w:t>О, втіхо, що серце виповнюєш вкрай&lt;br /&gt;</w:t>
        <w:br/>
        <w:t>По сумнівах і по ваганні!&lt;br /&gt;</w:t>
        <w:br/>
        <w:t>Дорога, рогачка, березовий гай,&lt;br /&gt;</w:t>
        <w:br/>
        <w:t>Як брила, як камінь на грані.</w:t>
      </w:r>
    </w:p>
    <w:p>
      <w:r>
        <w:br/>
        <w:t>— Свідомі присяги? Свідомі шляхів?&lt;br /&gt;</w:t>
        <w:br/>
        <w:t>І як небезпечні шляхи ці?&lt;br /&gt;</w:t>
        <w:br/>
        <w:t>На стяг жовто-синій і зброю батьків…&lt;br /&gt;</w:t>
        <w:br/>
        <w:t>І пальці холонуть на цівці.</w:t>
      </w:r>
    </w:p>
    <w:p>
      <w:r>
        <w:br/>
        <w:t>Тепер вже тобі не відняти вінця&lt;br /&gt;</w:t>
        <w:br/>
        <w:t>Твоєї єдиної пихи.&lt;br /&gt;</w:t>
        <w:br/>
        <w:t>Підеш неухильно, підеш до кінця,&lt;br /&gt;</w:t>
        <w:br/>
        <w:t>І вибух зголосить твій прихід.</w:t>
      </w:r>
    </w:p>
    <w:p>
      <w:r>
        <w:br/>
        <w:t>Чекає спокуса тебе не одна&lt;br /&gt;</w:t>
        <w:br/>
        <w:t>І, повні зрадливої знади,&lt;br /&gt;</w:t>
        <w:br/>
        <w:t>Прозорі озера науки, вина,&lt;br /&gt;</w:t>
        <w:br/>
        <w:t>Поезії цінні каскади.</w:t>
      </w:r>
    </w:p>
    <w:p>
      <w:r>
        <w:br/>
        <w:t>Та де той п'янкіший знайдеш водограй&lt;br /&gt;</w:t>
        <w:br/>
        <w:t>І плеса синіші холодні&lt;br /&gt;</w:t>
        <w:br/>
        <w:t>Як ставити ногу недбало на край&lt;br /&gt;</w:t>
        <w:br/>
        <w:t>Блакитної чаші безодні!</w:t>
      </w:r>
    </w:p>
    <w:p>
      <w:r>
        <w:br/>
        <w:t>Захочеш — і будеш. В людині, затям,&lt;br /&gt;</w:t>
        <w:br/>
        <w:t>Лежить невідгадана сила.&lt;br /&gt;</w:t>
        <w:br/>
        <w:t>Зрослась небезпека з одважним життям,&lt;br /&gt;</w:t>
        <w:br/>
        <w:t>Як з тілом смертельника крила.</w:t>
      </w:r>
    </w:p>
    <w:p>
      <w:r>
        <w:br/>
        <w:t>І легко тобі, хоч і дивишся ниць,&lt;br /&gt;</w:t>
        <w:br/>
        <w:t>Аби не спіткнутись ні разу,&lt;br /&gt;</w:t>
        <w:br/>
        <w:t>І нести солодкий тягар таємниць&lt;br /&gt;</w:t>
        <w:br/>
        <w:t>І гостру петарду наказу.</w:t>
      </w:r>
    </w:p>
    <w:p>
      <w:r>
        <w:br/>
        <w:t>Навчишся надать блискавичность думкам&lt;br /&gt;</w:t>
        <w:br/>
        <w:t>І рішенням важкість каміння.&lt;br /&gt;</w:t>
        <w:br/>
        <w:t>Піти чи послати і стать сам-на-сам&lt;br /&gt;</w:t>
        <w:br/>
        <w:t>З своїм неблаганним сумлінням.</w:t>
      </w:r>
    </w:p>
    <w:p>
      <w:r>
        <w:br/>
        <w:t>Холодна очей твоїх синя вода,&lt;br /&gt;</w:t>
        <w:br/>
        <w:t>Що бачать гостріше і далі.&lt;br /&gt;</w:t>
        <w:br/>
        <w:t>І навіть любов твоя буде тверда&lt;br /&gt;</w:t>
        <w:br/>
        <w:t>Як бронза, рубін і емалі.</w:t>
      </w:r>
    </w:p>
    <w:p>
      <w:r>
        <w:br/>
        <w:t>Вона не зверне тебе в соняшний сад,&lt;br /&gt;</w:t>
        <w:br/>
        <w:t>Де смокви і ґрона сочисті…&lt;br /&gt;</w:t>
        <w:br/>
        <w:t>Ні кроку зі шляху, ні думки назад,&lt;br /&gt;</w:t>
        <w:br/>
        <w:t>Ні хвилі даремне на місці.</w:t>
      </w:r>
    </w:p>
    <w:p>
      <w:r>
        <w:br/>
        <w:t>Далеко в безодні ланцюг поколінь,&lt;br /&gt;</w:t>
        <w:br/>
        <w:t>Лик часу сіріє і гине.&lt;br /&gt;</w:t>
        <w:br/>
        <w:t>Тобі бо самому найвищих горінь&lt;br /&gt;</w:t>
        <w:br/>
        <w:t>Дано осягнути вершини.</w:t>
      </w:r>
    </w:p>
    <w:p>
      <w:r>
        <w:br/>
        <w:t>На страх і за кару — суди польові,&lt;br /&gt;</w:t>
        <w:br/>
        <w:t>І землю поглинула тиша.&lt;br /&gt;</w:t>
        <w:br/>
        <w:t>Щоб відповідь ваша — атаки нові —&lt;br /&gt;</w:t>
        <w:br/>
        <w:t>Ударила тим голосніша.</w:t>
      </w:r>
    </w:p>
    <w:p>
      <w:r>
        <w:br/>
        <w:t>Вона покотилась луною до гір,&lt;br /&gt;</w:t>
        <w:br/>
        <w:t>Ясніше займаються ранки:&lt;br /&gt;</w:t>
        <w:br/>
        <w:t>Команда відкрила поновний побір —&lt;br /&gt;</w:t>
        <w:br/>
        <w:t>Всі брами нарозтіж до бранки.</w:t>
      </w:r>
    </w:p>
    <w:p>
      <w:r>
        <w:br/>
        <w:t>І йдуть по шляхах звідусіль, як один,&lt;br /&gt;</w:t>
        <w:br/>
        <w:t>Одною густою юрбою:&lt;br /&gt;</w:t>
        <w:br/>
        <w:t>Меткий робітник і важкий селянин,&lt;br /&gt;</w:t>
        <w:br/>
        <w:t>По зброю і просто до бою.</w:t>
      </w:r>
    </w:p>
    <w:p>
      <w:r>
        <w:br/>
        <w:t>Державу не твориться в будучині,&lt;br /&gt;</w:t>
        <w:br/>
        <w:t>Державу будується нині.&lt;br /&gt;</w:t>
        <w:br/>
        <w:t>Це люди на сталь перекуті в огні,&lt;br /&gt;</w:t>
        <w:br/>
        <w:t>Це люди, як брили каміння.</w:t>
      </w:r>
    </w:p>
    <w:p>
      <w:r>
        <w:br/>
        <w:t>Не втішені власники пенсій і рент,&lt;br /&gt;</w:t>
        <w:br/>
        <w:t>Тендітні квітки пансіонів,&lt;br /&gt;</w:t>
        <w:br/>
        <w:t>Хто кров'ю і волею сціпить в цемент&lt;br /&gt;</w:t>
        <w:br/>
        <w:t>Безвладний пісок міліонів.</w:t>
      </w:r>
    </w:p>
    <w:p>
      <w:r>
        <w:br/>
        <w:t>Був час над усе легковажних гадок —&lt;br /&gt;</w:t>
        <w:br/>
        <w:t>Імпреза і знову імпреза —&lt;br /&gt;</w:t>
        <w:br/>
        <w:t>Коли заблищав по ріллі Городок&lt;br /&gt;</w:t>
        <w:br/>
        <w:t>Безжалісним холодом леза.</w:t>
      </w:r>
    </w:p>
    <w:p>
      <w:r>
        <w:br/>
        <w:t>Суспільносте блідо-рожевих півслів,&lt;br /&gt;</w:t>
        <w:br/>
        <w:t>Гурра — наукової бздури,&lt;br /&gt;</w:t>
        <w:br/>
        <w:t>Огрядно — тупих патріотів-послів&lt;br /&gt;</w:t>
        <w:br/>
        <w:t>І всіх ювілятів культури!</w:t>
      </w:r>
    </w:p>
    <w:p>
      <w:r>
        <w:br/>
        <w:t>Ці стріли безумні ударом бича&lt;br /&gt;</w:t>
        <w:br/>
        <w:t>По рабському виді твоєму,&lt;br /&gt;</w:t>
        <w:br/>
        <w:t>В просвіти і пасіки стрільно влуча,&lt;br /&gt;</w:t>
        <w:br/>
        <w:t>В рожеві лаштунки едему.</w:t>
      </w:r>
    </w:p>
    <w:p>
      <w:r>
        <w:br/>
        <w:t>Хвала ж Тобі, Ти, що в рішаючий час&lt;br /&gt;</w:t>
        <w:br/>
        <w:t>Все маєш духовного гарту&lt;br /&gt;</w:t>
        <w:br/>
        <w:t>На стіл побойовища кинути нас&lt;br /&gt;</w:t>
        <w:br/>
        <w:t>Тверезо, без жалю, як карту.</w:t>
      </w:r>
    </w:p>
    <w:p>
      <w:r>
        <w:br/>
        <w:t>О, вір, у відваги ясне багаття,&lt;br /&gt;</w:t>
        <w:br/>
        <w:t>І скинеш, як порвану лаху,&lt;br /&gt;</w:t>
        <w:br/>
        <w:t>І слабість, і сумнів, і марність життя,&lt;br /&gt;</w:t>
        <w:br/>
        <w:t>Коли ти не відаєш страху.</w:t>
      </w:r>
    </w:p>
    <w:p>
      <w:r>
        <w:br/>
        <w:t>І так тебе хміль наливає ущерть&lt;br /&gt;</w:t>
        <w:br/>
        <w:t>І так опановує тіло,&lt;br /&gt;</w:t>
        <w:br/>
        <w:t>Що входить твоя упокорена смерть,&lt;br /&gt;</w:t>
        <w:br/>
        <w:t>Як служка, бентежно-несміло.</w:t>
      </w:r>
    </w:p>
    <w:p>
      <w:r>
        <w:br/>
        <w:t>О, Націє, дужа і вічна, як Бог, —&lt;br /&gt;</w:t>
        <w:br/>
        <w:t>Не це покоління холопів, —&lt;br /&gt;</w:t>
        <w:br/>
        <w:t>Хто злото знеславить твоїх перемог&lt;br /&gt;</w:t>
        <w:br/>
        <w:t>При Корсуні і Конотопі?</w:t>
      </w:r>
    </w:p>
    <w:p>
      <w:r>
        <w:br/>
        <w:t>О, Націє, що над добро і над зло,&lt;br /&gt;</w:t>
        <w:br/>
        <w:t>Над долю і ласку, і кару,&lt;br /&gt;</w:t>
        <w:br/>
        <w:t>Поставила тих, що їх сотні лягло&lt;br /&gt;</w:t>
        <w:br/>
        <w:t>У дні незабуті Базару.</w:t>
      </w:r>
    </w:p>
    <w:p>
      <w:r>
        <w:br/>
        <w:t>Товаришу, ти, чиє тіло вжила&lt;br /&gt;</w:t>
        <w:br/>
        <w:t>Рішуча рука як штилета.&lt;br /&gt;</w:t>
        <w:br/>
        <w:t>Тремтять молоді і здорові тіла&lt;br /&gt;</w:t>
        <w:br/>
        <w:t>І зводяться крила до лету.</w:t>
      </w:r>
    </w:p>
    <w:p>
      <w:r>
        <w:br/>
        <w:t>І ми будем гідні не слави й похвал,&lt;br /&gt;</w:t>
        <w:br/>
        <w:t>Учинку, що горами руха!&lt;br /&gt;</w:t>
        <w:br/>
        <w:t>Ґранати, петарди, живий арсенал&lt;br /&gt;</w:t>
        <w:br/>
        <w:t>Із плоті розкутого духа.</w:t>
      </w:r>
    </w:p>
    <w:p>
      <w:r>
        <w:br/>
        <w:t>О, думка, що тіло без жалю руба,&lt;br /&gt;</w:t>
        <w:br/>
        <w:t>Що очі й уста твої сушить.&lt;br /&gt;</w:t>
        <w:br/>
        <w:t>Архангельська срібноголоса труба&lt;br /&gt;</w:t>
        <w:br/>
        <w:t>Гремить крізь простори і душі.</w:t>
      </w:r>
    </w:p>
    <w:p>
      <w:r>
        <w:br/>
        <w:t>І мертві встають, і шукають хреста,&lt;br /&gt;</w:t>
        <w:br/>
        <w:t>Їх очі розчахнуто-тьмяні.&lt;br /&gt;</w:t>
        <w:br/>
        <w:t>Встають, наче поросль, струнка і густа, —&lt;br /&gt;</w:t>
        <w:br/>
        <w:t>Страшне покоління титанів.</w:t>
      </w:r>
    </w:p>
    <w:p>
      <w:r>
        <w:br/>
        <w:t>Твій крик металевий у інші серця,&lt;br /&gt;</w:t>
        <w:br/>
        <w:t>Що квітами квітнуть у глуші:&lt;br /&gt;</w:t>
        <w:br/>
        <w:t>Убийте в гадках своїх матір-отця,&lt;br /&gt;</w:t>
        <w:br/>
        <w:t>Залізом випалюйте душі.</w:t>
      </w:r>
    </w:p>
    <w:p>
      <w:r>
        <w:br/>
        <w:t>О, вірте, всі мури земного впадуть,&lt;br /&gt;</w:t>
        <w:br/>
        <w:t>Як серце обернеш у сурму.&lt;br /&gt;</w:t>
        <w:br/>
        <w:t>Найвищі бо вежі духовності ждуть&lt;br /&gt;</w:t>
        <w:br/>
        <w:t>Твойого шаленого штурму.</w:t>
      </w:r>
    </w:p>
    <w:p>
      <w:r>
        <w:br/>
        <w:t>Та ти не відхилиш свойого вінця,&lt;br /&gt;</w:t>
        <w:br/>
        <w:t>Блідий, наче крейда, і тихий.&lt;br /&gt;</w:t>
        <w:br/>
        <w:t>Підеш неухильно, підеш до кінця,&lt;br /&gt;</w:t>
        <w:br/>
        <w:t>І вибух зголосить твій прихід.</w:t>
      </w:r>
    </w:p>
    <w:p>
      <w:r>
        <w:br/>
        <w:t>Розкрийте зіниці, розкрийте серця,&lt;br /&gt;</w:t>
        <w:br/>
        <w:t>Черпайте криштальне повітря.&lt;br /&gt;</w:t>
        <w:br/>
        <w:t>Одвіку земля не зазнала-бо ця&lt;br /&gt;</w:t>
        <w:br/>
        <w:t>Такого безкрайого вітру.</w:t>
      </w:r>
    </w:p>
    <w:p>
      <w:r>
        <w:br/>
        <w:t>Він віє, шалений, над стернями днів&lt;br /&gt;</w:t>
        <w:br/>
        <w:t>Диханням незламної волі&lt;br /&gt;</w:t>
        <w:br/>
        <w:t>Від дальних пікетів, вартових огнів&lt;br /&gt;</w:t>
        <w:br/>
        <w:t>Імперії Двох Суходолів.</w:t>
      </w:r>
    </w:p>
    <w:p>
      <w:r>
        <w:br/>
        <w:t>Він віє диханням солоним, як кров,&lt;br /&gt;</w:t>
        <w:br/>
        <w:t>Тугих океанових надрів,&lt;br /&gt;</w:t>
        <w:br/>
        <w:t>Що їх Севастопіль на все розпоров&lt;br /&gt;</w:t>
        <w:br/>
        <w:t>Кільватерним ладом ескадри.</w:t>
      </w:r>
    </w:p>
    <w:p>
      <w:r>
        <w:br/>
        <w:t>Над хижим простором Верхів'я — Памір,&lt;br /&gt;</w:t>
        <w:br/>
        <w:t>Сліпуча і вічна, як слава,&lt;br /&gt;</w:t>
        <w:br/>
        <w:t>Напружена арка на цоколі гір —&lt;br /&gt;</w:t>
        <w:br/>
        <w:t>Ясніє Залізна Держава.</w:t>
      </w:r>
    </w:p>
    <w:p>
      <w:r>
        <w:br/>
        <w:t>"Вежі", 1940 р.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Незнаному воякові (уривок з редакції 1940 року)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