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Незнаному воякові</w:t>
      </w:r>
    </w:p>
    <w:p>
      <w:r>
        <w:br/>
        <w:t xml:space="preserve"> I</w:t>
      </w:r>
    </w:p>
    <w:p>
      <w:r>
        <w:br/>
        <w:t>Читайте газети при тихім вікні,&lt;br /&gt;</w:t>
        <w:br/>
        <w:t>Впивайтесь ясним каламутом.&lt;br /&gt;</w:t>
        <w:br/>
        <w:t>І як не зірвуться ці лагідні дні,&lt;br /&gt;</w:t>
        <w:br/>
        <w:t>Не крикнуть розпучливо-люто!</w:t>
      </w:r>
    </w:p>
    <w:p>
      <w:r>
        <w:br/>
        <w:t>Читали, пряли недомріяні сни,&lt;br /&gt;</w:t>
        <w:br/>
        <w:t>Солодку молошність туману.&lt;br /&gt;</w:t>
        <w:br/>
        <w:t>Від року до року, з весни до весни,&lt;br /&gt;</w:t>
        <w:br/>
        <w:t>Від рана чекали до рана.</w:t>
      </w:r>
    </w:p>
    <w:p>
      <w:r>
        <w:br/>
        <w:t>Вели не в майбутнє, де бурі і грім,&lt;br /&gt;</w:t>
        <w:br/>
        <w:t>В минувшину спогади всі ці.&lt;br /&gt;</w:t>
        <w:br/>
        <w:t>О, будьте ви прокляті кодлом усім,&lt;br /&gt;</w:t>
        <w:br/>
        <w:t>І ваші діла, і річниці!</w:t>
      </w:r>
    </w:p>
    <w:p>
      <w:r>
        <w:br/>
        <w:t>II</w:t>
      </w:r>
    </w:p>
    <w:p>
      <w:r>
        <w:br/>
        <w:t>Багато нам вогників кволих мани&lt;br /&gt;</w:t>
        <w:br/>
        <w:t>На всяких трясовинах квітло.&lt;br /&gt;</w:t>
        <w:br/>
        <w:t>У мряку сьогодні і будучини&lt;br /&gt;</w:t>
        <w:br/>
        <w:t>Прожектором кинуто світло.</w:t>
      </w:r>
    </w:p>
    <w:p>
      <w:r>
        <w:br/>
        <w:t>Ви вийшли, незнані, із темряви нор&lt;br /&gt;</w:t>
        <w:br/>
        <w:t>Позначити шлях перемоги.&lt;br /&gt;</w:t>
        <w:br/>
        <w:t>І знав вас поштовий брудний коридор&lt;br /&gt;</w:t>
        <w:br/>
        <w:t>І сірі обніжки дороги.</w:t>
      </w:r>
    </w:p>
    <w:p>
      <w:r>
        <w:br/>
        <w:t>Це ви написали на брукові міст&lt;br /&gt;</w:t>
        <w:br/>
        <w:t>Трьох літер багряну рекламу.&lt;br /&gt;</w:t>
        <w:br/>
        <w:t>Не роки життєвою мірою — зміст&lt;br /&gt;</w:t>
        <w:br/>
        <w:t>Для того, хто дивиться прямо.</w:t>
      </w:r>
    </w:p>
    <w:p>
      <w:r>
        <w:br/>
        <w:t>Лягла постанова за спокій лиця&lt;br /&gt;</w:t>
        <w:br/>
        <w:t>І буря за погляди тихі.&lt;br /&gt;</w:t>
        <w:br/>
        <w:t>Йдете неухильно, йдете до кінця.&lt;br /&gt;</w:t>
        <w:br/>
        <w:t>І вибух голосить ваш прихід.</w:t>
      </w:r>
    </w:p>
    <w:p>
      <w:r>
        <w:br/>
        <w:t>* * *</w:t>
      </w:r>
    </w:p>
    <w:p>
      <w:r>
        <w:br/>
        <w:t>III</w:t>
      </w:r>
    </w:p>
    <w:p>
      <w:r>
        <w:br/>
        <w:t>Обійстя у соннім підміським селі —&lt;br /&gt;</w:t>
        <w:br/>
        <w:t>Сади, і сади, та левади, —&lt;br /&gt;</w:t>
        <w:br/>
        <w:t>Набої, що ти їх збирав на ріллі,&lt;br /&gt;</w:t>
        <w:br/>
        <w:t>І школа — леговище зради.</w:t>
      </w:r>
    </w:p>
    <w:p>
      <w:r>
        <w:br/>
        <w:t>Та ось по кількох невиразних роках&lt;br /&gt;</w:t>
        <w:br/>
        <w:t>Ти вже гімназистом у Львові, —&lt;br /&gt;</w:t>
        <w:br/>
        <w:t>Де стерла дбайлива, услужна рука&lt;br /&gt;</w:t>
        <w:br/>
        <w:t>Всі плями пролитої крови.</w:t>
      </w:r>
    </w:p>
    <w:p>
      <w:r>
        <w:br/>
        <w:t>Книжки, та наука, та течія днів —&lt;br /&gt;</w:t>
        <w:br/>
        <w:t>За ладом міщанських фіранок.&lt;br /&gt;</w:t>
        <w:br/>
        <w:t>І вперше пекучий, задушений гнів&lt;br /&gt;</w:t>
        <w:br/>
        <w:t>На рабсько-плескатий поранок.</w:t>
      </w:r>
    </w:p>
    <w:p>
      <w:r>
        <w:br/>
        <w:t>IV</w:t>
      </w:r>
    </w:p>
    <w:p>
      <w:r>
        <w:br/>
        <w:t>І бачили очі дитячі твої,&lt;br /&gt;</w:t>
        <w:br/>
        <w:t>Широкі і схожі на рану,&lt;br /&gt;</w:t>
        <w:br/>
        <w:t>Як люди, що знали визвольні бої,&lt;br /&gt;</w:t>
        <w:br/>
        <w:t>Улесливо кланялись пану.</w:t>
      </w:r>
    </w:p>
    <w:p>
      <w:r>
        <w:br/>
        <w:t>І слухали уші, коли вчителі&lt;br /&gt;</w:t>
        <w:br/>
        <w:t>Учили, нечесно-лукаві,&lt;br /&gt;</w:t>
        <w:br/>
        <w:t>Лучити гонори своєї землі&lt;br /&gt;</w:t>
        <w:br/>
        <w:t>І службу ворожій державі.</w:t>
      </w:r>
    </w:p>
    <w:p>
      <w:r>
        <w:br/>
        <w:t>О, ні, не ступати по правих путях&lt;br /&gt;</w:t>
        <w:br/>
        <w:t>Борцями дзвінкої засади, —&lt;br /&gt;</w:t>
        <w:br/>
        <w:t>Сприймати життя і творити життя&lt;br /&gt;</w:t>
        <w:br/>
        <w:t>З кубельця своєї посади.</w:t>
      </w:r>
    </w:p>
    <w:p>
      <w:r>
        <w:br/>
        <w:t>І встала потворна оголена суть&lt;br /&gt;</w:t>
        <w:br/>
        <w:t>Повільної зради ідеї.&lt;br /&gt;</w:t>
        <w:br/>
        <w:t>Не може, не може, не може ж так буть,&lt;br /&gt;</w:t>
        <w:br/>
        <w:t>Облудники і фарисеї!</w:t>
      </w:r>
    </w:p>
    <w:p>
      <w:r>
        <w:br/>
        <w:t>І ти розпізнав їх, таких мовчазних,&lt;br /&gt;</w:t>
        <w:br/>
        <w:t>Однаковим трунком упитих.&lt;br /&gt;</w:t>
        <w:br/>
        <w:t>Упертих і все заклопотаних, їх,&lt;br /&gt;</w:t>
        <w:br/>
        <w:t>Що знають, що треба робити.</w:t>
      </w:r>
    </w:p>
    <w:p>
      <w:r>
        <w:br/>
        <w:t>V</w:t>
      </w:r>
    </w:p>
    <w:p>
      <w:r>
        <w:br/>
        <w:t>Коротка розмова та погляд часом,&lt;br /&gt;</w:t>
        <w:br/>
        <w:t>Раптова і болісна проба,&lt;br /&gt;</w:t>
        <w:br/>
        <w:t>І ось ти у лаві стоїш юнаком,&lt;br /&gt;</w:t>
        <w:br/>
        <w:t>На бруку, де тупість і злоба.</w:t>
      </w:r>
    </w:p>
    <w:p>
      <w:r>
        <w:br/>
        <w:t>Читаєте спільно рядки з-під поли,&lt;br /&gt;</w:t>
        <w:br/>
        <w:t>І бліднуть уста і обличчя.&lt;br /&gt;</w:t>
        <w:br/>
        <w:t>Ніхто-бо не знає години, коли&lt;br /&gt;</w:t>
        <w:br/>
        <w:t>І де його справа покличе.</w:t>
      </w:r>
    </w:p>
    <w:p>
      <w:r>
        <w:br/>
        <w:t>VI</w:t>
      </w:r>
    </w:p>
    <w:p>
      <w:r>
        <w:br/>
        <w:t>Завмерли, заклякли, обпершись на стіл.&lt;br /&gt;</w:t>
        <w:br/>
        <w:t>Холонуть відсунені лишки.&lt;br /&gt;</w:t>
        <w:br/>
        <w:t>Товариш уп’явся очима в простір,&lt;br /&gt;</w:t>
        <w:br/>
        <w:t>Карбуючи крицею вишкіл.</w:t>
      </w:r>
    </w:p>
    <w:p>
      <w:r>
        <w:br/>
        <w:t>— Розкрий свої очі і прямо поглянь,&lt;br /&gt;</w:t>
        <w:br/>
        <w:t>І ти не займешся багрянцем&lt;br /&gt;</w:t>
        <w:br/>
        <w:t>За все, що лишилось від наших змагань&lt;br /&gt;</w:t>
        <w:br/>
        <w:t>Під зарядом хитрого Панци?</w:t>
      </w:r>
    </w:p>
    <w:p>
      <w:r>
        <w:br/>
        <w:t>Чи їм чотирьох ворогів побороть,&lt;br /&gt;</w:t>
        <w:br/>
        <w:t>Народ в Революцію зрушить?&lt;br /&gt;</w:t>
        <w:br/>
        <w:t>Не їхня пухка і задихана плоть,&lt;br /&gt;</w:t>
        <w:br/>
        <w:t>Не їхні зацьковані душі!</w:t>
      </w:r>
    </w:p>
    <w:p>
      <w:r>
        <w:br/>
        <w:t>За вступом твоїм тільки совість стає,&lt;br /&gt;</w:t>
        <w:br/>
        <w:t>А проти резон — не єдиний:&lt;br /&gt;</w:t>
        <w:br/>
        <w:t>Од роду-бо ласе є тіло твоє&lt;br /&gt;</w:t>
        <w:br/>
        <w:t>Вигоди, їди і родини.</w:t>
      </w:r>
    </w:p>
    <w:p>
      <w:r>
        <w:br/>
        <w:t>Дорогу назви свою, ця — або ця,&lt;br /&gt;</w:t>
        <w:br/>
        <w:t>Горіння — чи збирання крихот.&lt;br /&gt;</w:t>
        <w:br/>
        <w:t>Ми йдем неухильно, ми йдем до кінця,&lt;br /&gt;</w:t>
        <w:br/>
        <w:t>І вибух голосить наш прихід.</w:t>
      </w:r>
    </w:p>
    <w:p>
      <w:r>
        <w:br/>
        <w:t>VII</w:t>
      </w:r>
    </w:p>
    <w:p>
      <w:r>
        <w:br/>
        <w:t>О втіхо, що серце виповнюєш вкрай&lt;br /&gt;</w:t>
        <w:br/>
        <w:t>По сумнівах і по ваганні!&lt;br /&gt;</w:t>
        <w:br/>
        <w:t>Дорога, рогачка, березовий гай —&lt;br /&gt;</w:t>
        <w:br/>
        <w:t>Як брила, як камінь на грані.</w:t>
      </w:r>
    </w:p>
    <w:p>
      <w:r>
        <w:br/>
        <w:t>— Свідомі присяги? Свідомі шляхів?&lt;br /&gt;</w:t>
        <w:br/>
        <w:t>І як небезпечні шляхи ці?&lt;br /&gt;</w:t>
        <w:br/>
        <w:t>На стяг синьо-жовтий і зброю батьків...&lt;br /&gt;</w:t>
        <w:br/>
        <w:t>І пальці холонуть на цівці.</w:t>
      </w:r>
    </w:p>
    <w:p>
      <w:r>
        <w:br/>
        <w:t>Тепер вже тобі не відняти вінця.&lt;br /&gt;</w:t>
        <w:br/>
        <w:t>Твоєї єдиної пихи.&lt;br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VIII</w:t>
      </w:r>
    </w:p>
    <w:p>
      <w:r>
        <w:br/>
        <w:t>Чекає спокуса тебе не одна&lt;br /&gt;</w:t>
        <w:br/>
        <w:t>І, повні зрадливої знади,&lt;br /&gt;</w:t>
        <w:br/>
        <w:t>Прозорі озера науки, вина&lt;br /&gt;</w:t>
        <w:br/>
        <w:t>Поезії пінні каскади.</w:t>
      </w:r>
    </w:p>
    <w:p>
      <w:r>
        <w:br/>
        <w:t>Та де той п’янкіший знайдеш водограй&lt;br /&gt;</w:t>
        <w:br/>
        <w:t>І плеса синіші холодні,&lt;br /&gt;</w:t>
        <w:br/>
        <w:t>Як ставити ногу недбало на край&lt;br /&gt;</w:t>
        <w:br/>
        <w:t>Блакитної чаші безодні!</w:t>
      </w:r>
    </w:p>
    <w:p>
      <w:r>
        <w:br/>
        <w:t>IX</w:t>
      </w:r>
    </w:p>
    <w:p>
      <w:r>
        <w:br/>
        <w:t>Захочеш — і будеш. В людині, затям,&lt;br /&gt;</w:t>
        <w:br/>
        <w:t>Лежить невідгадана сила.&lt;br /&gt;</w:t>
        <w:br/>
        <w:t>Зрослась небезпека з відважним&lt;br /&gt;</w:t>
        <w:br/>
        <w:t>життям,&lt;br /&gt;</w:t>
        <w:br/>
        <w:t>Як з тілом смертельника крила.</w:t>
      </w:r>
    </w:p>
    <w:p>
      <w:r>
        <w:br/>
        <w:t>І легко тобі, хоч і дивишся ниць,&lt;br /&gt;</w:t>
        <w:br/>
        <w:t>Аби не спіткнутись ні разу,&lt;br /&gt;</w:t>
        <w:br/>
        <w:t>І нести солодкий тягар таємниць&lt;br /&gt;</w:t>
        <w:br/>
        <w:t>І гостру петарду наказу.</w:t>
      </w:r>
    </w:p>
    <w:p>
      <w:r>
        <w:br/>
        <w:t>Навчишся надать блискавичність&lt;br /&gt;</w:t>
        <w:br/>
        <w:t>думкам&lt;br /&gt;</w:t>
        <w:br/>
        <w:t>І рішенням важкість каміння.&lt;br /&gt;</w:t>
        <w:br/>
        <w:t>Піти чи послати і стать сам на сам&lt;br /&gt;</w:t>
        <w:br/>
        <w:t>З своїм невблаганним сумлінням.</w:t>
      </w:r>
    </w:p>
    <w:p>
      <w:r>
        <w:br/>
        <w:t>X</w:t>
      </w:r>
    </w:p>
    <w:p>
      <w:r>
        <w:br/>
        <w:t>Холодна очей твоїх синя вода,&lt;br /&gt;</w:t>
        <w:br/>
        <w:t>Що бачать гостріше і далі.&lt;br /&gt;</w:t>
        <w:br/>
        <w:t>І навіть любов твоя буде тверда,&lt;br /&gt;</w:t>
        <w:br/>
        <w:t>Як бронза, рубін і емалі.</w:t>
      </w:r>
    </w:p>
    <w:p>
      <w:r>
        <w:br/>
        <w:t>Вона не зверне тебе в соняшний сад,&lt;br /&gt;</w:t>
        <w:br/>
        <w:t>Де смокви і грона сочисті.&lt;br /&gt;</w:t>
        <w:br/>
        <w:t>Ні кроку зі шляху, ні думки назад,&lt;br /&gt;</w:t>
        <w:br/>
        <w:t>Ні хвилі даремне на місці!</w:t>
      </w:r>
    </w:p>
    <w:p>
      <w:r>
        <w:br/>
        <w:t>Далеко в безодні ланцюг поколінь,&lt;br /&gt;</w:t>
        <w:br/>
        <w:t>Лик часу сіріє і гине.&lt;br /&gt;</w:t>
        <w:br/>
        <w:t>Тобі-бо самому найвищих горінь&lt;br /&gt;</w:t>
        <w:br/>
        <w:t>Дано осягнути вершини.</w:t>
      </w:r>
    </w:p>
    <w:p>
      <w:r>
        <w:br/>
        <w:t>* * *</w:t>
      </w:r>
    </w:p>
    <w:p>
      <w:r>
        <w:br/>
        <w:t>XI</w:t>
      </w:r>
    </w:p>
    <w:p>
      <w:r>
        <w:br/>
        <w:t>Туман повива Революції лик,&lt;br /&gt;</w:t>
        <w:br/>
        <w:t>Його не побачиш багато.&lt;br /&gt;</w:t>
        <w:br/>
        <w:t>Блідий кольпортер, мовчазний боєвик&lt;br /&gt;</w:t>
        <w:br/>
        <w:t>І наче труба — пропагатор.</w:t>
      </w:r>
    </w:p>
    <w:p>
      <w:r>
        <w:br/>
        <w:t>Та тіло міцне її, кров — як вино,&lt;br /&gt;</w:t>
        <w:br/>
        <w:t>І сітка не рветься ніколи,&lt;br /&gt;</w:t>
        <w:br/>
        <w:t>Чотири займанщини скувши водно,&lt;br /&gt;</w:t>
        <w:br/>
        <w:t>Опутавши три суходоли.</w:t>
      </w:r>
    </w:p>
    <w:p>
      <w:r>
        <w:br/>
        <w:t>А дух Революції — п’єш його ти&lt;br /&gt;</w:t>
        <w:br/>
        <w:t>Всією душею своєю.&lt;br /&gt;</w:t>
        <w:br/>
        <w:t>Набиті струєю кільчасті дроти&lt;br /&gt;</w:t>
        <w:br/>
        <w:t>Над цілою цею землею.</w:t>
      </w:r>
    </w:p>
    <w:p>
      <w:r>
        <w:br/>
        <w:t>Вважай, необачний, напруженість ця&lt;br /&gt;</w:t>
        <w:br/>
        <w:t>Години віщує понурі!&lt;br /&gt;</w:t>
        <w:br/>
        <w:t>Хтось стисне підойму і кине серця&lt;br /&gt;</w:t>
        <w:br/>
        <w:t>У вир магнетичної бурі.</w:t>
      </w:r>
    </w:p>
    <w:p>
      <w:r>
        <w:br/>
        <w:t>XII</w:t>
      </w:r>
    </w:p>
    <w:p>
      <w:r>
        <w:br/>
        <w:t>За дня безнадійно. І мрію лиши.&lt;br /&gt;</w:t>
        <w:br/>
        <w:t>В тумані і доли, й вершини.&lt;br /&gt;</w:t>
        <w:br/>
        <w:t>Та кожної ночі скрегочуть в тиші&lt;br /&gt;</w:t>
        <w:br/>
        <w:t>Залізні колеса машини.</w:t>
      </w:r>
    </w:p>
    <w:p>
      <w:r>
        <w:br/>
        <w:t>Щоночі котрийсь озивається шлях.&lt;br /&gt;</w:t>
        <w:br/>
        <w:t>Неясні накази, прокльони.&lt;br /&gt;</w:t>
        <w:br/>
        <w:t>Це Спілка розводить по темних полях&lt;br /&gt;</w:t>
        <w:br/>
        <w:t>Промоклі походні колони.</w:t>
      </w:r>
    </w:p>
    <w:p>
      <w:r>
        <w:br/>
        <w:t>А ранок знайде їх за росами меж&lt;br /&gt;</w:t>
        <w:br/>
        <w:t>В окопах своїх занімілих.&lt;br /&gt;</w:t>
        <w:br/>
        <w:t>Ось бризнула лінія перлами стеж,&lt;br /&gt;</w:t>
        <w:br/>
        <w:t>Разками знялися відділи.</w:t>
      </w:r>
    </w:p>
    <w:p>
      <w:r>
        <w:br/>
        <w:t>І вже розцвітають в просторах ясних&lt;br /&gt;</w:t>
        <w:br/>
        <w:t>Багряні і чорнії квіти.&lt;br /&gt;</w:t>
        <w:br/>
        <w:t>Жорстокі маневри такі, що за них&lt;br /&gt;</w:t>
        <w:br/>
        <w:t>Доводиться кров’ю платити.</w:t>
      </w:r>
    </w:p>
    <w:p>
      <w:r>
        <w:br/>
        <w:t>XIII</w:t>
      </w:r>
    </w:p>
    <w:p>
      <w:r>
        <w:br/>
        <w:t>Ще куриться й дихає важко земля&lt;br /&gt;</w:t>
        <w:br/>
        <w:t>По стрілах огненної бурі,&lt;br /&gt;</w:t>
        <w:br/>
        <w:t>А вже заливають оселі й поля,&lt;br /&gt;</w:t>
        <w:br/>
        <w:t>Мов повінь, блакитні мундири.</w:t>
      </w:r>
    </w:p>
    <w:p>
      <w:r>
        <w:br/>
        <w:t>Але до кінця треба виконать план&lt;br /&gt;</w:t>
        <w:br/>
        <w:t>Чіткий операції цеї.&lt;br /&gt;</w:t>
        <w:br/>
        <w:t>Там втрати, що кров’ю захлюпують лан,&lt;br /&gt;</w:t>
        <w:br/>
        <w:t>І відступ у давні траншеї.</w:t>
      </w:r>
    </w:p>
    <w:p>
      <w:r>
        <w:br/>
        <w:t>І помста ворожа, і вісті лихі,&lt;br /&gt;</w:t>
        <w:br/>
        <w:t>І муки, не чувані в світі.&lt;br /&gt;</w:t>
        <w:br/>
        <w:t>О, бийте, катуйте, сліпі і глухі,&lt;br /&gt;</w:t>
        <w:br/>
        <w:t>Уявним проломом упиті!</w:t>
      </w:r>
    </w:p>
    <w:p>
      <w:r>
        <w:br/>
        <w:t>Хтось руку по мапі спокійно простяг,&lt;br /&gt;</w:t>
        <w:br/>
        <w:t>Там вам контратаки не вздріти&lt;br /&gt;</w:t>
        <w:br/>
        <w:t>На тих невідомих, прозорих полях,&lt;br /&gt;</w:t>
        <w:br/>
        <w:t>Де ви лиш розгублені діти.</w:t>
      </w:r>
    </w:p>
    <w:p>
      <w:r>
        <w:br/>
        <w:t>XIV</w:t>
      </w:r>
    </w:p>
    <w:p>
      <w:r>
        <w:br/>
        <w:t>Прийшлось купувать перемогу всіляк,&lt;br /&gt;</w:t>
        <w:br/>
        <w:t>Зазнати біди і напасти:&lt;br /&gt;</w:t>
        <w:br/>
        <w:t>Вночі на дорозі від куль посіпак&lt;br /&gt;</w:t>
        <w:br/>
        <w:t>Свого команданта покласти.</w:t>
      </w:r>
    </w:p>
    <w:p>
      <w:r>
        <w:br/>
        <w:t>(Три роки душили розжеврілий шал,&lt;br /&gt;</w:t>
        <w:br/>
        <w:t>І месник підніс свою руку,&lt;br /&gt;</w:t>
        <w:br/>
        <w:t>Коли то закидавсь і їх генерал&lt;br /&gt;</w:t>
        <w:br/>
        <w:t>Від кулі на літньому бруку).</w:t>
      </w:r>
    </w:p>
    <w:p>
      <w:r>
        <w:br/>
        <w:t>XV</w:t>
      </w:r>
    </w:p>
    <w:p>
      <w:r>
        <w:br/>
        <w:t>На страх і за кару — суди польові,&lt;br /&gt;</w:t>
        <w:br/>
        <w:t>І землю поглинула тиша.&lt;br /&gt;</w:t>
        <w:br/>
        <w:t>Щоб відповідь ваша — атаки нові —&lt;br /&gt;</w:t>
        <w:br/>
        <w:t>Ударила тим голосніша.</w:t>
      </w:r>
    </w:p>
    <w:p>
      <w:r>
        <w:br/>
        <w:t>Вона покотилась луною до гір,&lt;br /&gt;</w:t>
        <w:br/>
        <w:t>Ясніше займаються ранки:&lt;br /&gt;</w:t>
        <w:br/>
        <w:t>Команда відкрила поновний побір —&lt;br /&gt;</w:t>
        <w:br/>
        <w:t>Всі брами нарозтіж до бранки.</w:t>
      </w:r>
    </w:p>
    <w:p>
      <w:r>
        <w:br/>
        <w:t>І йдуть по шляхах звідусіль, як один,&lt;br /&gt;</w:t>
        <w:br/>
        <w:t>Одною густою юрбою,&lt;br /&gt;</w:t>
        <w:br/>
        <w:t>Меткий робітник і важкий селянин&lt;br /&gt;</w:t>
        <w:br/>
        <w:t>По зброю і просто до бою.</w:t>
      </w:r>
    </w:p>
    <w:p>
      <w:r>
        <w:br/>
        <w:t>* * *</w:t>
      </w:r>
    </w:p>
    <w:p>
      <w:r>
        <w:br/>
        <w:t>XVI</w:t>
      </w:r>
    </w:p>
    <w:p>
      <w:r>
        <w:br/>
        <w:t>Державу не твориться в будучині,&lt;br /&gt;</w:t>
        <w:br/>
        <w:t>Державу будується нині.&lt;br /&gt;</w:t>
        <w:br/>
        <w:t>Це люди — на сталь перекуті в огні,&lt;br /&gt;</w:t>
        <w:br/>
        <w:t>Це люди — як брили камінні.</w:t>
      </w:r>
    </w:p>
    <w:p>
      <w:r>
        <w:br/>
        <w:t>Не втішені власники пенсій і рент,&lt;br /&gt;</w:t>
        <w:br/>
        <w:t>Тендітні квітки пансіонів, —&lt;br /&gt;</w:t>
        <w:br/>
        <w:t>Хто кров’ю і волею зціпить в цемент&lt;br /&gt;</w:t>
        <w:br/>
        <w:t>Безвладний пісок міліонів.</w:t>
      </w:r>
    </w:p>
    <w:p>
      <w:r>
        <w:br/>
        <w:t>XVII</w:t>
      </w:r>
    </w:p>
    <w:p>
      <w:r>
        <w:br/>
        <w:t>Був час над усе легковажних гадок —&lt;br /&gt;</w:t>
        <w:br/>
        <w:t>Імпреза і знову імпреза, —&lt;br /&gt;</w:t>
        <w:br/>
        <w:t>Коли заблищав на ріллі Городок&lt;br /&gt;</w:t>
        <w:br/>
        <w:t>Безжалісним холодом леза.</w:t>
      </w:r>
    </w:p>
    <w:p>
      <w:r>
        <w:br/>
        <w:t>Суспільносте блідо-рожевих півслів,&lt;br /&gt;</w:t>
        <w:br/>
        <w:t>Гурра-наукової бздури,&lt;br /&gt;</w:t>
        <w:br/>
        <w:t>Огрядно-тупих патріотів, послів&lt;br /&gt;</w:t>
        <w:br/>
        <w:t>І всіх ювілятів культури!</w:t>
      </w:r>
    </w:p>
    <w:p>
      <w:r>
        <w:br/>
        <w:t>Ці стріли безумні ударом бича&lt;br /&gt;</w:t>
        <w:br/>
        <w:t>По рабському виді твоєму.&lt;br /&gt;</w:t>
        <w:br/>
        <w:t>В просвіти і пасіки стрільно влуча,&lt;br /&gt;</w:t>
        <w:br/>
        <w:t>В рожеві лаштунки едему.</w:t>
      </w:r>
    </w:p>
    <w:p>
      <w:r>
        <w:br/>
        <w:t>Хвала ж Тобі, Ти, що в рішаючий час&lt;br /&gt;</w:t>
        <w:br/>
        <w:t>Все маєш духовного гарту&lt;br /&gt;</w:t>
        <w:br/>
        <w:t>На стіл побойовища кинути нас&lt;br /&gt;</w:t>
        <w:br/>
        <w:t>Тверезо, без жалю, як карту!</w:t>
      </w:r>
    </w:p>
    <w:p>
      <w:r>
        <w:br/>
        <w:t>XVIII</w:t>
      </w:r>
    </w:p>
    <w:p>
      <w:r>
        <w:br/>
        <w:t>О, вір у одваги ясне багаття,&lt;br /&gt;</w:t>
        <w:br/>
        <w:t>І скинеш, як порвану лаху,&lt;br /&gt;</w:t>
        <w:br/>
        <w:t>І слабість, і сумнів, і марність життя,&lt;br /&gt;</w:t>
        <w:br/>
        <w:t>Коли ти не відаєш страху.</w:t>
      </w:r>
    </w:p>
    <w:p>
      <w:r>
        <w:br/>
        <w:t>І так тебе хміль наливає ущерть,&lt;br /&gt;</w:t>
        <w:br/>
        <w:t>І так опановує тіло,&lt;br /&gt;</w:t>
        <w:br/>
        <w:t>Що входить твоя упокорена смерть,&lt;br /&gt;</w:t>
        <w:br/>
        <w:t>Як служка, бентежно-несміло.</w:t>
      </w:r>
    </w:p>
    <w:p>
      <w:r>
        <w:br/>
        <w:t>* * *</w:t>
      </w:r>
    </w:p>
    <w:p>
      <w:r>
        <w:br/>
        <w:t>XIX</w:t>
      </w:r>
    </w:p>
    <w:p>
      <w:r>
        <w:br/>
        <w:t>Чи знала про нього людина одна,&lt;br /&gt;</w:t>
        <w:br/>
        <w:t>Як вдарила прудкістю хвили&lt;br /&gt;</w:t>
        <w:br/>
        <w:t>Його незаглушених стрілів луна&lt;br /&gt;</w:t>
        <w:br/>
        <w:t>У плюшах вигідної віли?</w:t>
      </w:r>
    </w:p>
    <w:p>
      <w:r>
        <w:br/>
        <w:t>Нікчеми з нікчем! Не дешевий папір,&lt;br /&gt;</w:t>
        <w:br/>
        <w:t>Атрамент і жалісні жести, —&lt;br /&gt;</w:t>
        <w:br/>
        <w:t>Ворожою кров’ю і гуком мортир&lt;br /&gt;</w:t>
        <w:br/>
        <w:t>Виписує нарід протести.</w:t>
      </w:r>
    </w:p>
    <w:p>
      <w:r>
        <w:br/>
        <w:t>XX</w:t>
      </w:r>
    </w:p>
    <w:p>
      <w:r>
        <w:br/>
        <w:t>О Націє, дужа і вічна, як Бог, —&lt;br /&gt;</w:t>
        <w:br/>
        <w:t>Не це покоління холопів, —&lt;br /&gt;</w:t>
        <w:br/>
        <w:t>Хто злото знеславить твоїх перемог&lt;br /&gt;</w:t>
        <w:br/>
        <w:t>При Корсуні і Конотопі?</w:t>
      </w:r>
    </w:p>
    <w:p>
      <w:r>
        <w:br/>
        <w:t>О Націє, що над добро і над зло,&lt;br /&gt;</w:t>
        <w:br/>
        <w:t>Над долю, і ласку, і кару, —&lt;br /&gt;</w:t>
        <w:br/>
        <w:t>Хто, темний, не схилить поблідле чоло&lt;br /&gt;</w:t>
        <w:br/>
        <w:t>В сліпучому сяйві Базару?</w:t>
      </w:r>
    </w:p>
    <w:p>
      <w:r>
        <w:br/>
        <w:t>Хто, мертвий, не стане у праведний слід&lt;br /&gt;</w:t>
        <w:br/>
        <w:t>На путі, що славою бита,&lt;br /&gt;</w:t>
        <w:br/>
        <w:t>У громі грядущих огненних побід,&lt;br /&gt;</w:t>
        <w:br/>
        <w:t>Що ними ти вкриєш півсвіта?</w:t>
      </w:r>
    </w:p>
    <w:p>
      <w:r>
        <w:br/>
        <w:t>XXI</w:t>
      </w:r>
    </w:p>
    <w:p>
      <w:r>
        <w:br/>
        <w:t>Товаришу, ти, чиє тіло вжила&lt;br /&gt;</w:t>
        <w:br/>
        <w:t>Рішуча рука, як штилета!&lt;br /&gt;</w:t>
        <w:br/>
        <w:t>Тремтять молоді і здорові тіла,&lt;br /&gt;</w:t>
        <w:br/>
        <w:t>І зводяться крила до лету.</w:t>
      </w:r>
    </w:p>
    <w:p>
      <w:r>
        <w:br/>
        <w:t>І ми будем гідні не слави й похвал —&lt;br /&gt;</w:t>
        <w:br/>
        <w:t>Учинку, що горами руха!&lt;br /&gt;</w:t>
        <w:br/>
        <w:t>Гранати, петарди, живий арсенал&lt;br /&gt;</w:t>
        <w:br/>
        <w:t>Із плоти розкутого духа.</w:t>
      </w:r>
    </w:p>
    <w:p>
      <w:r>
        <w:br/>
        <w:t>XXII</w:t>
      </w:r>
    </w:p>
    <w:p>
      <w:r>
        <w:br/>
        <w:t>О думка, що тіло без жалю руба,&lt;br /&gt;</w:t>
        <w:br/>
        <w:t>Що очі й уста твої сушить!&lt;br /&gt;</w:t>
        <w:br/>
        <w:t>Архангельська срібноголоса труба&lt;br /&gt;</w:t>
        <w:br/>
        <w:t>Гримить крізь простори і душі.</w:t>
      </w:r>
    </w:p>
    <w:p>
      <w:r>
        <w:br/>
        <w:t>І мертві встають, і шукають хреста&lt;br /&gt;</w:t>
        <w:br/>
        <w:t>Їх очі розчахнуто-тьмяні.&lt;br /&gt;</w:t>
        <w:br/>
        <w:t>Встають, наче поросль,&lt;br /&gt;</w:t>
        <w:br/>
        <w:t>струнка і густа, —&lt;br /&gt;</w:t>
        <w:br/>
        <w:t>Страшне покоління титанів.</w:t>
      </w:r>
    </w:p>
    <w:p>
      <w:r>
        <w:br/>
        <w:t>XXIII</w:t>
      </w:r>
    </w:p>
    <w:p>
      <w:r>
        <w:br/>
        <w:t>Приспішене слідство. Нервовий синкліт&lt;br /&gt;</w:t>
        <w:br/>
        <w:t>І вулиця: крови і плоті.&lt;br /&gt;</w:t>
        <w:br/>
        <w:t>Його дев’ятнадцять нескінчених літ&lt;br /&gt;</w:t>
        <w:br/>
        <w:t>І присуд: — лише до живоття.</w:t>
      </w:r>
    </w:p>
    <w:p>
      <w:r>
        <w:br/>
        <w:t>Йому не згоріти, як метеорит,&lt;br /&gt;</w:t>
        <w:br/>
        <w:t>Осяявши простір широкий, —&lt;br /&gt;</w:t>
        <w:br/>
        <w:t>Пропалювать серцем похмурий граніт&lt;br /&gt;</w:t>
        <w:br/>
        <w:t>Десятки безвихідних років.</w:t>
      </w:r>
    </w:p>
    <w:p>
      <w:r>
        <w:br/>
        <w:t>Йому умірати щоночі, щодня,&lt;br /&gt;</w:t>
        <w:br/>
        <w:t>Щохвилі конати по тричі,&lt;br /&gt;</w:t>
        <w:br/>
        <w:t>Між корчами крешучи іскри огня&lt;br /&gt;</w:t>
        <w:br/>
        <w:t>І кривлячи гордо обличчя.</w:t>
      </w:r>
    </w:p>
    <w:p>
      <w:r>
        <w:br/>
        <w:t>XXIV</w:t>
      </w:r>
    </w:p>
    <w:p>
      <w:r>
        <w:br/>
        <w:t>Шкодуй для них погляду, дум і промов&lt;br /&gt;</w:t>
        <w:br/>
        <w:t>І знай у хвилину загину,&lt;br /&gt;</w:t>
        <w:br/>
        <w:t>Що купить твоя непідроблена кров&lt;br /&gt;</w:t>
        <w:br/>
        <w:t>Лиш сльози ледачі і слину.</w:t>
      </w:r>
    </w:p>
    <w:p>
      <w:r>
        <w:br/>
        <w:t>Твій крик металевий у інші серця,&lt;br /&gt;</w:t>
        <w:br/>
        <w:t>Що квітами квітнуть у глуші:&lt;br /&gt;</w:t>
        <w:br/>
        <w:t>Убийте в гадках своїх матір-отця,&lt;br /&gt;</w:t>
        <w:br/>
        <w:t>Залізом випалюйте душі!</w:t>
      </w:r>
    </w:p>
    <w:p>
      <w:r>
        <w:br/>
        <w:t>О, вірте, всі мури земного впадуть,&lt;br /&gt;</w:t>
        <w:br/>
        <w:t>Як серце обернеш у сурму!&lt;br /&gt;</w:t>
        <w:br/>
        <w:t>Найвищі-бо вежі духовости ждуть&lt;br /&gt;</w:t>
        <w:br/>
        <w:t>Твойого шаленого штурму.</w:t>
      </w:r>
    </w:p>
    <w:p>
      <w:r>
        <w:br/>
        <w:t>XXV</w:t>
      </w:r>
    </w:p>
    <w:p>
      <w:r>
        <w:br/>
        <w:t>І чують одні, і не чують одні,&lt;br /&gt;</w:t>
        <w:br/>
        <w:t>Малі в недоладному горі.&lt;br /&gt;</w:t>
        <w:br/>
        <w:t>Стихія виконує сліпо, у сні.&lt;br /&gt;</w:t>
        <w:br/>
        <w:t>Прогнозу: двоподіл таборів.</w:t>
      </w:r>
    </w:p>
    <w:p>
      <w:r>
        <w:br/>
        <w:t>Каміння лягло на холодних полях&lt;br /&gt;</w:t>
        <w:br/>
        <w:t>Важкими моренами ріні.&lt;br /&gt;</w:t>
        <w:br/>
        <w:t>О, їх здобувати в упертих боях.&lt;br /&gt;</w:t>
        <w:br/>
        <w:t>Ці хмурі окопи камінні.</w:t>
      </w:r>
    </w:p>
    <w:p>
      <w:r>
        <w:br/>
        <w:t>А ви, що фелахами глей рівнини&lt;br /&gt;</w:t>
        <w:br/>
        <w:t>Місили в цяцьковані стіни,&lt;br /&gt;</w:t>
        <w:br/>
        <w:t>Ось вдарять громи — і осядуть вони&lt;br /&gt;</w:t>
        <w:br/>
        <w:t>Озерами жовтої глини.</w:t>
      </w:r>
    </w:p>
    <w:p>
      <w:r>
        <w:br/>
        <w:t>XXVI</w:t>
      </w:r>
    </w:p>
    <w:p>
      <w:r>
        <w:br/>
        <w:t>Є погляд у того жорстоко-прямий,&lt;br /&gt;</w:t>
        <w:br/>
        <w:t>Хто смерті заглянув у вічі,&lt;br /&gt;</w:t>
        <w:br/>
        <w:t>І бачить завчасу він плями чуми&lt;br /&gt;</w:t>
        <w:br/>
        <w:t>На свіжо-рожевім обличчі.</w:t>
      </w:r>
    </w:p>
    <w:p>
      <w:r>
        <w:br/>
        <w:t>І чує завчасу заразу і мор,&lt;br /&gt;</w:t>
        <w:br/>
        <w:t>І зводить безжалісну руку...&lt;br /&gt;</w:t>
        <w:br/>
        <w:t>Та стане сліпим, хто ховався до нор&lt;br /&gt;</w:t>
        <w:br/>
        <w:t>Від першого пострілів звуку.</w:t>
      </w:r>
    </w:p>
    <w:p>
      <w:r>
        <w:br/>
        <w:t>Як гурт овечок ошаліло-тупий:&lt;br /&gt;</w:t>
        <w:br/>
        <w:t>Тісніше, докупи, докупи!&lt;br /&gt;</w:t>
        <w:br/>
        <w:t>Щоб вранці заслати пахучі степи&lt;br /&gt;</w:t>
        <w:br/>
        <w:t>Отруйними купами трупу.</w:t>
      </w:r>
    </w:p>
    <w:p>
      <w:r>
        <w:br/>
        <w:t>XXVII</w:t>
      </w:r>
    </w:p>
    <w:p>
      <w:r>
        <w:br/>
        <w:t>І ось він виходить ще раз на процес&lt;br /&gt;</w:t>
        <w:br/>
        <w:t>З в’язниці, що мертва і сіра,&lt;br /&gt;</w:t>
        <w:br/>
        <w:t>Своє показати камінне лице&lt;br /&gt;</w:t>
        <w:br/>
        <w:t>І крикнути нації: "Віра!"</w:t>
      </w:r>
    </w:p>
    <w:p>
      <w:r>
        <w:br/>
        <w:t>І в хвилю важку, що для інших ріша&lt;br /&gt;</w:t>
        <w:br/>
        <w:t>Про волю і соняшні далі,&lt;br /&gt;</w:t>
        <w:br/>
        <w:t>Гидка, ропувата і ховзька душа&lt;br /&gt;</w:t>
        <w:br/>
        <w:t>Зачовгалась в поросі залі.</w:t>
      </w:r>
    </w:p>
    <w:p>
      <w:r>
        <w:br/>
        <w:t>Мовчала достойна і сита юрба,&lt;br /&gt;</w:t>
        <w:br/>
        <w:t>Гойдалась задушлива мряка.&lt;br /&gt;</w:t>
        <w:br/>
        <w:t>І крикнуло серце: чи хто розруба&lt;br /&gt;</w:t>
        <w:br/>
        <w:t>Набубніле м’язиво рака?</w:t>
      </w:r>
    </w:p>
    <w:p>
      <w:r>
        <w:br/>
        <w:t>* * *</w:t>
      </w:r>
    </w:p>
    <w:p>
      <w:r>
        <w:br/>
        <w:t>XXVIII</w:t>
      </w:r>
    </w:p>
    <w:p>
      <w:r>
        <w:br/>
        <w:t>Твоє поготівля пекуче... Та раз —&lt;br /&gt;</w:t>
        <w:br/>
        <w:t>Записка: нагальна розмова.&lt;br /&gt;</w:t>
        <w:br/>
        <w:t>Товариш нервово говорить: наказ,&lt;br /&gt;</w:t>
        <w:br/>
        <w:t>На шосту годину до Львова.</w:t>
      </w:r>
    </w:p>
    <w:p>
      <w:r>
        <w:br/>
        <w:t>Робоче убрання. Лиця не голи.&lt;br /&gt;</w:t>
        <w:br/>
        <w:t>Усе докладніше — на стрічі.&lt;br /&gt;</w:t>
        <w:br/>
        <w:t>Ніхто-бо не знає години, коли&lt;br /&gt;</w:t>
        <w:br/>
        <w:t>І де його справа покличе.</w:t>
      </w:r>
    </w:p>
    <w:p>
      <w:r>
        <w:br/>
        <w:t>XXIX</w:t>
      </w:r>
    </w:p>
    <w:p>
      <w:r>
        <w:br/>
        <w:t>— Готові на чин? — Команданте,&lt;br /&gt;</w:t>
        <w:br/>
        <w:t>наказ!&lt;br /&gt;</w:t>
        <w:br/>
        <w:t>І рвуться слова невблаганні.&lt;br /&gt;</w:t>
        <w:br/>
        <w:t>Не бестія з кулі твоєї, а плаз&lt;br /&gt;</w:t>
        <w:br/>
        <w:t>Впаде в передсмертнім харчанні.</w:t>
      </w:r>
    </w:p>
    <w:p>
      <w:r>
        <w:br/>
        <w:t>Життям своїм купиш не славу і честь&lt;br /&gt;</w:t>
        <w:br/>
        <w:t>І бачиш понуро-нерадий:&lt;br /&gt;</w:t>
        <w:br/>
        <w:t>Не пурпур оздобою шат твоїх єсть,&lt;br /&gt;</w:t>
        <w:br/>
        <w:t>А чорна сироватка зради.</w:t>
      </w:r>
    </w:p>
    <w:p>
      <w:r>
        <w:br/>
        <w:t>Та ти не відхилиш свойого вінця,&lt;br /&gt;</w:t>
        <w:br/>
        <w:t>Блідий, наче крейда, і тихий.&lt;br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XXX</w:t>
      </w:r>
    </w:p>
    <w:p>
      <w:r>
        <w:br/>
        <w:t>Нахмурились брови, скипіли уста,&lt;br /&gt;</w:t>
        <w:br/>
        <w:t>І зморшки на чолі твоєму.&lt;br /&gt;</w:t>
        <w:br/>
        <w:t>А думка, на диво ясна і проста,&lt;br /&gt;</w:t>
        <w:br/>
        <w:t>Останню ріша теорему.</w:t>
      </w:r>
    </w:p>
    <w:p>
      <w:r>
        <w:br/>
        <w:t>До розв’язки — відступ. Не дати углуб&lt;br /&gt;</w:t>
        <w:br/>
        <w:t>Проховзнутись тілові гада.&lt;br /&gt;</w:t>
        <w:br/>
        <w:t>І рішення: в скруті твій кинутий труп —&lt;br /&gt;</w:t>
        <w:br/>
        <w:t>Найкраща твоя барикада.</w:t>
      </w:r>
    </w:p>
    <w:p>
      <w:r>
        <w:br/>
        <w:t>XXXI</w:t>
      </w:r>
    </w:p>
    <w:p>
      <w:r>
        <w:br/>
        <w:t>О ранок, як ранок твойого життя,&lt;br /&gt;</w:t>
        <w:br/>
        <w:t>І очі ті, ховзькі і гострі!&lt;br /&gt;</w:t>
        <w:br/>
        <w:t>Твій погляд невгнутий, що їх перетяв,&lt;br /&gt;</w:t>
        <w:br/>
        <w:t>І твій незахитаний постріл.</w:t>
      </w:r>
    </w:p>
    <w:p>
      <w:r>
        <w:br/>
        <w:t>Той стріл, що лавину зриває важку,&lt;br /&gt;</w:t>
        <w:br/>
        <w:t>Прокляття випадку, що скрізь є.&lt;br /&gt;</w:t>
        <w:br/>
        <w:t>І ось ти фехтуєш рапірами куль,&lt;br /&gt;</w:t>
        <w:br/>
        <w:t>Разиш блискавками децизій.</w:t>
      </w:r>
    </w:p>
    <w:p>
      <w:r>
        <w:br/>
        <w:t>Ще хвиля — і душить дихання твоє&lt;br /&gt;</w:t>
        <w:br/>
        <w:t>Юрба, що тяжка і густа є,&lt;br /&gt;</w:t>
        <w:br/>
        <w:t>Остання з чола твого блискавка б’є&lt;br /&gt;</w:t>
        <w:br/>
        <w:t>І кулею в мозок вертає.</w:t>
      </w:r>
    </w:p>
    <w:p>
      <w:r>
        <w:br/>
        <w:t>* * *</w:t>
      </w:r>
    </w:p>
    <w:p>
      <w:r>
        <w:br/>
        <w:t>XXXII</w:t>
      </w:r>
    </w:p>
    <w:p>
      <w:r>
        <w:br/>
        <w:t>Розкрийте зіниці, розкрийте серця,&lt;br /&gt;</w:t>
        <w:br/>
        <w:t>Черпайте криштальне повітря!&lt;br /&gt;</w:t>
        <w:br/>
        <w:t>Одвіку земля не зазнала-бо ця&lt;br /&gt;</w:t>
        <w:br/>
        <w:t>Такого безкрайого вітру.</w:t>
      </w:r>
    </w:p>
    <w:p>
      <w:r>
        <w:br/>
        <w:t>Він віє, шалений, над стернями днів&lt;br /&gt;</w:t>
        <w:br/>
        <w:t>Диханням нестримної волі&lt;br /&gt;</w:t>
        <w:br/>
        <w:t>Від дальніх пікетів, вартових огнів&lt;br /&gt;</w:t>
        <w:br/>
        <w:t>Імперії двох суходолів.</w:t>
      </w:r>
    </w:p>
    <w:p>
      <w:r>
        <w:br/>
        <w:t>Він віє диханням солоним, як кров&lt;br /&gt;</w:t>
        <w:br/>
        <w:t>П’янких океанових надрів,&lt;br /&gt;</w:t>
        <w:br/>
        <w:t>Що їх Севастопіль навсе розпоров&lt;br /&gt;</w:t>
        <w:br/>
        <w:t>Кільватерним ладом ескадри.</w:t>
      </w:r>
    </w:p>
    <w:p>
      <w:r>
        <w:br/>
        <w:t>Над диким простором Карпати — Памір,&lt;br /&gt;</w:t>
        <w:br/>
        <w:t>Дзвінка і сліпуча, як слава,&lt;br /&gt;</w:t>
        <w:br/>
        <w:t>Напруженим луком на цоколі гір&lt;br /&gt;</w:t>
        <w:br/>
        <w:t>Ясніє Залізна Держава.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Незнаному воякові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