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Нитка</w:t>
      </w:r>
    </w:p>
    <w:p>
      <w:r>
        <w:br/>
        <w:t xml:space="preserve"> &lt;p&gt;У хаті тихо, вікна чорні. Матір божа ледви освітлена і кужіль, її чоловік Семен, він як спить, то ще її любить. А коло нього Марія та Василь. А коло неї колиска з Юрком, найменшим. Образи на стінах і велика радість, що вона любить і її люблять.</w:t>
      </w:r>
    </w:p>
    <w:p>
      <w:r>
        <w:br/>
        <w:t>У хаті чисто, сідати би до кужілі. Він у мене дужий, я ще буду мати діти.</w:t>
      </w:r>
    </w:p>
    <w:p>
      <w:r>
        <w:br/>
        <w:t>Кілько дітий я не народжу... то він усіх погодує.</w:t>
      </w:r>
    </w:p>
    <w:p>
      <w:r>
        <w:br/>
        <w:t>Мушу їх накривати, любити і на них робити.</w:t>
      </w:r>
    </w:p>
    <w:p>
      <w:r>
        <w:br/>
        <w:t>Нитка довга та предовга без кінця, ніхто не скінчив нитки, їх треба убирати, а бог мені дав їх любити. Хочу, аби мій чоловік чув на своїм тілі всі мої пальці, всі десять. А Марію убирати треба на Великдень, а хлопчиська все роздеруть, бо знають, що мама наново нашиє.</w:t>
      </w:r>
    </w:p>
    <w:p>
      <w:r>
        <w:br/>
        <w:t>Чоловік спить як камінь, Марія вже не закрита, а Юрко в колисці коло неї в неспокою. Понакривала і прилягла грудьми коло Юрка.</w:t>
      </w:r>
    </w:p>
    <w:p>
      <w:r>
        <w:br/>
        <w:t>І кужіль, і очі, і нитка рівна та безконечна.</w:t>
      </w:r>
    </w:p>
    <w:p>
      <w:r>
        <w:br/>
        <w:t>А як я на них понапрядаю, та убілю полотно, як папір, та повишиваю їм усе.</w:t>
      </w:r>
    </w:p>
    <w:p>
      <w:r>
        <w:br/>
        <w:t>Та з воріт за ними буду дивитися, за моїм чоловіком та за моїми дітьми. Вони всі мої, як ідуть по сонцеві.</w:t>
      </w:r>
    </w:p>
    <w:p>
      <w:r>
        <w:br/>
        <w:t>Опівночі очі слабнуть, пальці умлівають, а нитку мусить прясти дальше. Та й вона своїм молодим тілом хилиться до кужіля.</w:t>
      </w:r>
    </w:p>
    <w:p>
      <w:r>
        <w:br/>
        <w:t>Не можна слабнути, вони на мене чекають, всі оті, що сплять: свою нитку я доведу до кінця.</w:t>
      </w:r>
    </w:p>
    <w:p>
      <w:r>
        <w:br/>
        <w:t>Але прийшла на поміч матір божа з образів.</w:t>
      </w:r>
    </w:p>
    <w:p>
      <w:r>
        <w:br/>
        <w:t>Та не хотіла довго помагати. Одної ночі прийшла та й сказала: "Більше тобі помагати не буду. Ходи зі мною".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Нитка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