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Ностальгія (сонети)</w:t>
      </w:r>
    </w:p>
    <w:p>
      <w:r>
        <w:br/>
        <w:t xml:space="preserve"> МАКСИМУ РИЛЬСЬКОМУ</w:t>
      </w:r>
    </w:p>
    <w:p>
      <w:r>
        <w:br/>
        <w:t>В ДЕНЬ ЙОГО СТОЛІТНЬОГО ЮВІЛЕЮ</w:t>
      </w:r>
    </w:p>
    <w:p>
      <w:r>
        <w:br/>
        <w:t>Антична статуя з відбитими руками —&lt;br /&gt;</w:t>
        <w:br/>
        <w:t>Це образ творчості твоєї, батьку мій!&lt;br /&gt;</w:t>
        <w:br/>
        <w:t>Є сила і краса в поставі молодій,&lt;br /&gt;</w:t>
        <w:br/>
        <w:t>Та кикоті стирчать камінними суками.</w:t>
      </w:r>
    </w:p>
    <w:p>
      <w:r>
        <w:br/>
        <w:t>Біль покалічення забудеться з роками,&lt;br /&gt;</w:t>
        <w:br/>
        <w:t>І правнук підійде до тебе, повен мрій,&lt;br /&gt;</w:t>
        <w:br/>
        <w:t>І скаже: "Гарно й так цій постаті твердій,&lt;br /&gt;</w:t>
        <w:br/>
        <w:t>Найкращі лінії — це, власне, тії злами…"</w:t>
      </w:r>
    </w:p>
    <w:p>
      <w:r>
        <w:br/>
        <w:t>Але в душі моїй ридатиме ридма&lt;br /&gt;</w:t>
        <w:br/>
        <w:t>До скону смертного твого каліцтва мука,&lt;br /&gt;</w:t>
        <w:br/>
        <w:t>Твоєї величі захована страма;</w:t>
      </w:r>
    </w:p>
    <w:p>
      <w:r>
        <w:br/>
        <w:t>Я — ламаний також! Кричить моя розпука:&lt;br /&gt;</w:t>
        <w:br/>
        <w:t>"Благослови мене, о статує безрука,&lt;br /&gt;</w:t>
        <w:br/>
        <w:t>Накрий долонями, котрих давно нема!"</w:t>
      </w:r>
    </w:p>
    <w:p>
      <w:r>
        <w:br/>
        <w:t>1995&lt;br /&gt;</w:t>
        <w:br/>
        <w:t>БІЛЯ СВОЇХ КНИЖОК</w:t>
      </w:r>
    </w:p>
    <w:p>
      <w:r>
        <w:br/>
        <w:t>Нарешті став я біля стелажа&lt;br /&gt;</w:t>
        <w:br/>
        <w:t>В бібліотеці власній; книги-трупи&lt;br /&gt;</w:t>
        <w:br/>
        <w:t>Виймав і ніжно їх складав на купи,&lt;br /&gt;</w:t>
        <w:br/>
        <w:t>І слухав, як щемить моя душа.</w:t>
      </w:r>
    </w:p>
    <w:p>
      <w:r>
        <w:br/>
        <w:t>Там книжечка й моя, немов чужа,&lt;br /&gt;</w:t>
        <w:br/>
        <w:t>Лежала мертва — не слова, а струпи;&lt;br /&gt;</w:t>
        <w:br/>
        <w:t>І чути гниль з тієї шкаралупи,&lt;br /&gt;</w:t>
        <w:br/>
        <w:t>Де правди задушилося пташа.</w:t>
      </w:r>
    </w:p>
    <w:p>
      <w:r>
        <w:br/>
        <w:t>Спалити б їх! Жбурнути між поління&lt;br /&gt;</w:t>
        <w:br/>
        <w:t>Палаюче — й кінець! Та не засне&lt;br /&gt;</w:t>
        <w:br/>
        <w:t>На попелі з книжок моє сумління.</w:t>
      </w:r>
    </w:p>
    <w:p>
      <w:r>
        <w:br/>
        <w:t>Воно кричить, немов дитя трудне,&lt;br /&gt;</w:t>
        <w:br/>
        <w:t>І проклинає, і кляне мене,&lt;br /&gt;</w:t>
        <w:br/>
        <w:t>Горить, та не спадає в мертве тління.</w:t>
      </w:r>
    </w:p>
    <w:p>
      <w:r>
        <w:br/>
        <w:t>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Ностальгія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