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Ну, вже таки…</w:t>
      </w:r>
    </w:p>
    <w:p>
      <w:r>
        <w:br/>
        <w:t xml:space="preserve"> Истязал еси беззаконие мое и грехи моя&lt;br /&gt;</w:t>
        <w:br/>
        <w:t>изследил еси. Руцо твои сотвористе мя&lt;br /&gt;</w:t>
        <w:br/>
        <w:t>и создаете мя; потом же, преложив,&lt;br /&gt;</w:t>
        <w:br/>
        <w:t>поразил мя еси.&lt;br /&gt;</w:t>
        <w:br/>
        <w:t>Иова, кн. 1</w:t>
      </w:r>
    </w:p>
    <w:p>
      <w:r>
        <w:br/>
        <w:t>1</w:t>
      </w:r>
    </w:p>
    <w:p>
      <w:r>
        <w:br/>
        <w:t>Ну, вже таки&lt;br /&gt;</w:t>
        <w:br/>
        <w:t>Далась взнаки&lt;br /&gt;</w:t>
        <w:br/>
        <w:t>Мені та Галка Біла!&lt;br /&gt;</w:t>
        <w:br/>
        <w:t>Мов чиряки&lt;br /&gt;</w:t>
        <w:br/>
        <w:t>На печінки,&lt;br /&gt;</w:t>
        <w:br/>
        <w:t>Отак притьмом і сіла!</w:t>
      </w:r>
    </w:p>
    <w:p>
      <w:r>
        <w:br/>
        <w:t>2</w:t>
      </w:r>
    </w:p>
    <w:p>
      <w:r>
        <w:br/>
        <w:t>Було, всі дні&lt;br /&gt;</w:t>
        <w:br/>
        <w:t>На черені&lt;br /&gt;</w:t>
        <w:br/>
        <w:t>Пряжусь та позіхаю,&lt;br /&gt;</w:t>
        <w:br/>
        <w:t>То шість разів&lt;br /&gt;</w:t>
        <w:br/>
        <w:t>До пирогів&lt;br /&gt;</w:t>
        <w:br/>
        <w:t>Із печі я злізаю.</w:t>
      </w:r>
    </w:p>
    <w:p>
      <w:r>
        <w:br/>
        <w:t>3</w:t>
      </w:r>
    </w:p>
    <w:p>
      <w:r>
        <w:br/>
        <w:t>Ряди-в-годи&lt;br /&gt;</w:t>
        <w:br/>
        <w:t>До бороди,&lt;br /&gt;</w:t>
        <w:br/>
        <w:t>Було, доходить діло...&lt;br /&gt;</w:t>
        <w:br/>
        <w:t>От розскубеш,&lt;br /&gt;</w:t>
        <w:br/>
        <w:t>В жмені помнеш,&lt;br /&gt;</w:t>
        <w:br/>
        <w:t>Та й вп'ять у просо сміло!</w:t>
      </w:r>
    </w:p>
    <w:p>
      <w:r>
        <w:br/>
        <w:t>4</w:t>
      </w:r>
    </w:p>
    <w:p>
      <w:r>
        <w:br/>
        <w:t>Було, й сопеш,&lt;br /&gt;</w:t>
        <w:br/>
        <w:t>Було, й хропеш,-&lt;br /&gt;</w:t>
        <w:br/>
        <w:t>І нікому — й байдуже!&lt;br /&gt;</w:t>
        <w:br/>
        <w:t>Так, отже, бач:&lt;br /&gt;</w:t>
        <w:br/>
        <w:t>Хоч сядь та й плач,-&lt;br /&gt;</w:t>
        <w:br/>
        <w:t>От, треба Галки дуже!</w:t>
      </w:r>
    </w:p>
    <w:p>
      <w:r>
        <w:br/>
        <w:t>5</w:t>
      </w:r>
    </w:p>
    <w:p>
      <w:r>
        <w:br/>
        <w:t>Звізду прислав.&lt;br /&gt;</w:t>
        <w:br/>
        <w:t>Та й наказав,&lt;br /&gt;</w:t>
        <w:br/>
        <w:t>Щоб щодня я голився.&lt;br /&gt;</w:t>
        <w:br/>
        <w:t>Перину слав,&lt;br /&gt;</w:t>
        <w:br/>
        <w:t>Пику вмивав&lt;br /&gt;</w:t>
        <w:br/>
        <w:t>І щодня б чепурився!</w:t>
      </w:r>
    </w:p>
    <w:p>
      <w:r>
        <w:br/>
        <w:t>6</w:t>
      </w:r>
    </w:p>
    <w:p>
      <w:r>
        <w:br/>
        <w:t>Ой! Він мене&lt;br /&gt;</w:t>
        <w:br/>
        <w:t>З світу зжене&lt;br /&gt;</w:t>
        <w:br/>
        <w:t>Московською пенею!&lt;br /&gt;</w:t>
        <w:br/>
        <w:t>Оце біда&lt;br /&gt;</w:t>
        <w:br/>
        <w:t>Ота звізда,&lt;br /&gt;</w:t>
        <w:br/>
        <w:t>Нехай там госпідь з нею!</w:t>
      </w:r>
    </w:p>
    <w:p>
      <w:r>
        <w:br/>
        <w:t>7</w:t>
      </w:r>
    </w:p>
    <w:p>
      <w:r>
        <w:br/>
        <w:t>Ну й схаменусь,&lt;br /&gt;</w:t>
        <w:br/>
        <w:t>І підголюсь:&lt;br /&gt;</w:t>
        <w:br/>
        <w:t>Чого там розходився?&lt;br /&gt;</w:t>
        <w:br/>
        <w:t>Та я ж під час&lt;br /&gt;</w:t>
        <w:br/>
        <w:t>На місяць раз&lt;br /&gt;</w:t>
        <w:br/>
        <w:t>І без того голився!</w:t>
      </w:r>
    </w:p>
    <w:p>
      <w:r>
        <w:br/>
        <w:t>8</w:t>
      </w:r>
    </w:p>
    <w:p>
      <w:r>
        <w:br/>
        <w:t>Тілько не лайсь&lt;br /&gt;</w:t>
        <w:br/>
        <w:t>Та не знущайсь,&lt;br /&gt;</w:t>
        <w:br/>
        <w:t>Бо кепська вийде справа,&lt;br /&gt;</w:t>
        <w:br/>
        <w:t>Як зашморгнусь&lt;br /&gt;</w:t>
        <w:br/>
        <w:t>Та й удавлюсь&lt;br /&gt;</w:t>
        <w:br/>
        <w:t>Стрічкою Станіслава!..&lt;br /&gt;</w:t>
        <w:br/>
        <w:t>Март 1852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Ну, вже таки…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