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Космосе великий наш</w:t>
      </w:r>
    </w:p>
    <w:p>
      <w:r>
        <w:br/>
        <w:t xml:space="preserve"> О Космосе великий наш,&lt;br /&gt;</w:t>
        <w:br/>
        <w:t>безмежжя розпрозорене!&lt;br /&gt;</w:t>
        <w:br/>
        <w:t>Ми із Землі блакитної&lt;br /&gt;</w:t>
        <w:br/>
        <w:t>мчимо у далі зоряні.</w:t>
      </w:r>
    </w:p>
    <w:p>
      <w:r>
        <w:br/>
        <w:t>Ми всі до тебе звикнемо,&lt;br /&gt;</w:t>
        <w:br/>
        <w:t>раніш ти був відчужений.&lt;br /&gt;</w:t>
        <w:br/>
        <w:t>Далеко ми проникнемо!&lt;br /&gt;</w:t>
        <w:br/>
        <w:t>Наш вік — такий напружений!</w:t>
      </w:r>
    </w:p>
    <w:p>
      <w:r>
        <w:br/>
        <w:t>О Земле, наше золото!&lt;br /&gt;</w:t>
        <w:br/>
        <w:t>Ще людство в нас розколото,&lt;br /&gt;</w:t>
        <w:br/>
        <w:t>а буде ж жить родиною&lt;br /&gt;</w:t>
        <w:br/>
        <w:t>братерською, єдиною.</w:t>
      </w:r>
    </w:p>
    <w:p>
      <w:r>
        <w:br/>
        <w:t>А буде ж чисте в прагненнях,&lt;br /&gt;</w:t>
        <w:br/>
        <w:t>не зле, не однобічнеє,&lt;br /&gt;</w:t>
        <w:br/>
        <w:t>подільчиве в досягненнях,&lt;br /&gt;</w:t>
        <w:br/>
        <w:t>на доброту зустрічнеє.</w:t>
      </w:r>
    </w:p>
    <w:p>
      <w:r>
        <w:br/>
        <w:t>Ми далі й далі ринемо,&lt;br /&gt;</w:t>
        <w:br/>
        <w:t>всміхаючись майбутньому.&lt;br /&gt;</w:t>
        <w:br/>
        <w:t>Шляхи до зір — розчинено&lt;br /&gt;</w:t>
        <w:br/>
        <w:t>руками всемогутніми!</w:t>
      </w:r>
    </w:p>
    <w:p>
      <w:r>
        <w:br/>
        <w:t>Твої крилаті обрії,&lt;br /&gt;</w:t>
        <w:br/>
        <w:t>о Земле наша добрая,&lt;br /&gt;</w:t>
        <w:br/>
        <w:t>перлино волошковая,&lt;br /&gt;</w:t>
        <w:br/>
        <w:t>росино світанковая.</w:t>
      </w:r>
    </w:p>
    <w:p>
      <w:r>
        <w:br/>
        <w:t>Як в небо ми вклиняємось —&lt;br /&gt;</w:t>
        <w:br/>
        <w:t>це значить: Землю любимо.&lt;br /&gt;</w:t>
        <w:br/>
        <w:t>Ми людству поклоняємось,&lt;br /&gt;</w:t>
        <w:br/>
        <w:t>із ним зв'язку не згубимо.</w:t>
      </w:r>
    </w:p>
    <w:p>
      <w:r>
        <w:br/>
        <w:t>Вже борозни проорані&lt;br /&gt;</w:t>
        <w:br/>
        <w:t>у простори космічнії.&lt;br /&gt;</w:t>
        <w:br/>
        <w:t>Мчимо у далі зоряні —&lt;br /&gt;</w:t>
        <w:br/>
        <w:t>сини доби величної.</w:t>
      </w:r>
    </w:p>
    <w:p>
      <w:r>
        <w:br/>
        <w:t>О Земле, наше золото!&lt;br /&gt;</w:t>
        <w:br/>
        <w:t>Ще людство в нас розколото,&lt;br /&gt;</w:t>
        <w:br/>
        <w:t>а буде ж жить родиною&lt;br /&gt;</w:t>
        <w:br/>
        <w:t>прекрасною, єдиною.</w:t>
      </w:r>
    </w:p>
    <w:p>
      <w:r>
        <w:br/>
        <w:t>1966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Космосе великий наш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