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пісне, яка ти прекрасна</w:t>
      </w:r>
    </w:p>
    <w:p>
      <w:r>
        <w:br/>
        <w:t xml:space="preserve"> О пісне, яка ти прекрасна,&lt;br /&gt;</w:t>
        <w:br/>
        <w:t>Коли з океану душі&lt;br /&gt;</w:t>
        <w:br/>
        <w:t>З'явишся нараз, світла, ясна,&lt;br /&gt;</w:t>
        <w:br/>
        <w:t>На розкіш, на втіху мені!</w:t>
      </w:r>
    </w:p>
    <w:p>
      <w:r>
        <w:br/>
        <w:t>Хотів би тебе я дістати&lt;br /&gt;</w:t>
        <w:br/>
        <w:t>З тих темних, таємних глибин,&lt;br /&gt;</w:t>
        <w:br/>
        <w:t>В слова, ніби в шати, прибрати,&lt;br /&gt;</w:t>
        <w:br/>
        <w:t>Щоб сяла, немов херувим.</w:t>
      </w:r>
    </w:p>
    <w:p>
      <w:r>
        <w:br/>
        <w:t>Так годі! Я чую, я знаю,&lt;br /&gt;</w:t>
        <w:br/>
        <w:t>Що первісну твою красу&lt;br /&gt;</w:t>
        <w:br/>
        <w:t>Тоді, як тебе убираю&lt;br /&gt;</w:t>
        <w:br/>
        <w:t>В слова,— в домовину кладу.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пісне, яка ти прекрасна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