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Очі твої, злочинно-гречні...</w:t>
      </w:r>
    </w:p>
    <w:p>
      <w:r>
        <w:br/>
        <w:t xml:space="preserve"> Очі твої, злочинно-гречні,&lt;br /&gt;</w:t>
        <w:br/>
        <w:t>Сліплять, як сонце на екваторі.&lt;br /&gt;</w:t>
        <w:br/>
        <w:t>А слова твої небезпечні —&lt;br /&gt;</w:t>
        <w:br/>
        <w:t>Як набої в палаючій ватрі.</w:t>
      </w:r>
    </w:p>
    <w:p>
      <w:r>
        <w:br/>
        <w:t>Незбагненні, немов азіати,&lt;br /&gt;</w:t>
        <w:br/>
        <w:t>Гріхи твої усміхненолиці.&lt;br /&gt;</w:t>
        <w:br/>
        <w:t>І страшно коло тебе стояти,&lt;br /&gt;</w:t>
        <w:br/>
        <w:t>Як зимою коло криниці.</w:t>
      </w:r>
    </w:p>
    <w:p>
      <w:r>
        <w:br/>
        <w:t>Твоїх пальців холодний подув&lt;br /&gt;</w:t>
        <w:br/>
        <w:t>Зірвав мого серця листик.&lt;br /&gt;</w:t>
        <w:br/>
        <w:t>Страх мій перетворився на подив&lt;br /&gt;</w:t>
        <w:br/>
        <w:t>Рук твоїх — авантюристок.</w:t>
      </w:r>
    </w:p>
    <w:p>
      <w:r>
        <w:br/>
        <w:t>Ти рішуча була, як повстання,&lt;br /&gt;</w:t>
        <w:br/>
        <w:t>Рахувала секунди бою.&lt;br /&gt;</w:t>
        <w:br/>
        <w:t>Кожен раз я казав: це остання,&lt;br /&gt;</w:t>
        <w:br/>
        <w:t>Це остання розмова з тобою.</w:t>
      </w:r>
    </w:p>
    <w:p>
      <w:r>
        <w:br/>
        <w:t>Взяв я з твого солодковластя&lt;br /&gt;</w:t>
        <w:br/>
        <w:t>Поцілунками тіло потяте.&lt;br /&gt;</w:t>
        <w:br/>
        <w:t>Подив мій перетворився на щастя&lt;br /&gt;</w:t>
        <w:br/>
        <w:t>Заколисаного дитяти.</w:t>
      </w:r>
    </w:p>
    <w:p>
      <w:r>
        <w:br/>
        <w:t>Кожен раз я прощався навіки&lt;br /&gt;</w:t>
        <w:br/>
        <w:t>З тобою, улюблена зморо,&lt;br /&gt;</w:t>
        <w:br/>
        <w:t>А ти навіть не розтуляла повіки,&lt;br /&gt;</w:t>
        <w:br/>
        <w:t>Знаючи, що повернуся скоро.</w:t>
      </w:r>
    </w:p>
    <w:p>
      <w:r>
        <w:br/>
        <w:t>1966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Очі твої, злочинно-гречні...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