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Океан (збірка)</w:t>
      </w:r>
    </w:p>
    <w:p>
      <w:r>
        <w:br/>
        <w:t xml:space="preserve"> ЧАСТИНА ПЕРША&lt;br /&gt;</w:t>
        <w:br/>
        <w:t>"Як у воді лице відбивається до лиця,&lt;br /&gt;</w:t>
        <w:br/>
        <w:t>так само серце людини—до людини."&lt;br /&gt;</w:t>
        <w:br/>
        <w:t>(Приповістки Соломона ХХУII, 19)&lt;br /&gt;</w:t>
        <w:br/>
        <w:t>ЗАСПІВ</w:t>
      </w:r>
    </w:p>
    <w:p>
      <w:r>
        <w:br/>
        <w:t>З надзем'я— з суду! в села білі,&lt;br /&gt;</w:t>
        <w:br/>
        <w:t>про скорбі: грозовиці збігли.&lt;br /&gt;</w:t>
        <w:br/>
        <w:t>А став над крин, мов крилас, вечір,&lt;br /&gt;</w:t>
        <w:br/>
        <w:t>світанок—корабель над крин&lt;br /&gt;</w:t>
        <w:br/>
        <w:t>(долоні поклади на плечі,&lt;br /&gt;</w:t>
        <w:br/>
        <w:t>і шепіт в рідності: прилинь).&lt;br /&gt;</w:t>
        <w:br/>
        <w:t>Ні! горнеться, як океан, німа—&lt;br /&gt;</w:t>
        <w:br/>
        <w:t>глибінь розлуки; від зіниць росою,&lt;br /&gt;</w:t>
        <w:br/>
        <w:t>горючіша, ніж зірка, голубою:&lt;br /&gt;</w:t>
        <w:br/>
        <w:t>печаль спроміниться сама&lt;br /&gt;</w:t>
        <w:br/>
        <w:t>в бездонну самоту без краю.&lt;br /&gt;</w:t>
        <w:br/>
        <w:t>Любов—несмертна, і впізнаю:&lt;br /&gt;</w:t>
        <w:br/>
        <w:t>що біль, несвій! собі прийма.&lt;br /&gt;</w:t>
        <w:br/>
        <w:t>Прилинь, мов крильми, на дорозі,&lt;br /&gt;</w:t>
        <w:br/>
        <w:t>світучій від троянд пророчих.&lt;br /&gt;</w:t>
        <w:br/>
        <w:t>Залізна башта, як тюрма,&lt;br /&gt;</w:t>
        <w:br/>
        <w:t>з пташинами в гнізді—вітає,&lt;br /&gt;</w:t>
        <w:br/>
        <w:t>з терпільцями літучими двома,&lt;br /&gt;</w:t>
        <w:br/>
        <w:t>з дочасними, кому вісток немає,&lt;br /&gt;</w:t>
        <w:br/>
        <w:t>де сплеск від сяйва промина.&lt;br /&gt;</w:t>
        <w:br/>
        <w:t>Чи в берег квіткового зела,&lt;br /&gt;</w:t>
        <w:br/>
        <w:t>від тебе згадка, вся весела,&lt;br /&gt;</w:t>
        <w:br/>
        <w:t>з-над сонця рідного поластовіє?&lt;br /&gt;</w:t>
        <w:br/>
        <w:t>торкнися серця: знов, моя надіє!...&lt;br /&gt;</w:t>
        <w:br/>
        <w:t>З надмор'я, тихий привид, стань:&lt;br /&gt;</w:t>
        <w:br/>
        <w:t>крізь пурпур, день розкрию&lt;br /&gt;</w:t>
        <w:br/>
        <w:t>(ніч, над тумани, дочужіє—змію,&lt;br /&gt;</w:t>
        <w:br/>
        <w:t>з півмісяцями відцвітань).&lt;br /&gt;</w:t>
        <w:br/>
        <w:t>Там буду я, там будеш ти,&lt;br /&gt;</w:t>
        <w:br/>
        <w:t>люби—і все прости.</w:t>
      </w:r>
    </w:p>
    <w:p>
      <w:r>
        <w:br/>
        <w:t>1949&lt;br /&gt;</w:t>
        <w:br/>
        <w:t>НАДРІЧЧЯ&lt;br /&gt;</w:t>
        <w:br/>
        <w:t>І.</w:t>
      </w:r>
    </w:p>
    <w:p>
      <w:r>
        <w:br/>
        <w:t>Вже червін—світло, жар— кривав'я:&lt;br /&gt;</w:t>
        <w:br/>
        <w:t>мій смуток, люба, по тобі.&lt;br /&gt;</w:t>
        <w:br/>
        <w:t>І винограддя рясно! день стрічався;&lt;br /&gt;</w:t>
        <w:br/>
        <w:t>і рясно дах від голубів.</w:t>
      </w:r>
    </w:p>
    <w:p>
      <w:r>
        <w:br/>
        <w:t>Чи ти де сонце не минеш без мене,&lt;br /&gt;</w:t>
        <w:br/>
        <w:t>воно, як лебідь, по Дунаю;&lt;br /&gt;</w:t>
        <w:br/>
        <w:t>без тебе ніжно сиплеться в зелене—&lt;br /&gt;</w:t>
        <w:br/>
        <w:t>дерев печаль, я не минаю.&lt;br /&gt;</w:t>
        <w:br/>
        <w:t>Чи там, де щастя: де стежинка в айстрах&lt;br /&gt;</w:t>
        <w:br/>
        <w:t>ласкається тобі до ніг,&lt;br /&gt;</w:t>
        <w:br/>
        <w:t>де ластівці від шелестіння настрах&lt;br /&gt;</w:t>
        <w:br/>
        <w:t>куща зірок,—ставок набіг.&lt;br /&gt;</w:t>
        <w:br/>
        <w:t>Це з вічности, як пил на ліліях леліє&lt;br /&gt;</w:t>
        <w:br/>
        <w:t>й метеликам на всім крилі—&lt;br /&gt;</w:t>
        <w:br/>
        <w:t>тобі шепчу: схилися, біла мріє,&lt;br /&gt;</w:t>
        <w:br/>
        <w:t>огненний шум гілок приліг.</w:t>
      </w:r>
    </w:p>
    <w:p>
      <w:r>
        <w:br/>
        <w:t>Найближча серцю пташка, вся від райдуг,&lt;br /&gt;</w:t>
        <w:br/>
        <w:t>припурхне яблуні на квіт...&lt;br /&gt;</w:t>
        <w:br/>
        <w:t>і не відніме грім мою відраду&lt;br /&gt;</w:t>
        <w:br/>
        <w:t>до скорбі зоряній сові.</w:t>
      </w:r>
    </w:p>
    <w:p>
      <w:r>
        <w:br/>
        <w:t>Це соняшник, що в ніч, при соннім розі&lt;br /&gt;</w:t>
        <w:br/>
        <w:t>серпа з-за хмар, дививсь на став...&lt;br /&gt;</w:t>
        <w:br/>
        <w:t>І поцілунок вірниці, і росний&lt;br /&gt;</w:t>
        <w:br/>
        <w:t>світанок зір причарував.</w:t>
      </w:r>
    </w:p>
    <w:p>
      <w:r>
        <w:br/>
        <w:t>Сама бджола нам догуде в світлицю,&lt;br /&gt;</w:t>
        <w:br/>
        <w:t>світлиння повну квіткову&lt;br /&gt;</w:t>
        <w:br/>
        <w:t>та пахощу—й завіє білолицю&lt;br /&gt;</w:t>
        <w:br/>
        <w:t>й тебе, й мене, як день живу.&lt;br /&gt;</w:t>
        <w:br/>
        <w:t>Любов накликана з небесних пасік,&lt;br /&gt;</w:t>
        <w:br/>
        <w:t>і вся в ласкав'я полонила;&lt;br /&gt;</w:t>
        <w:br/>
        <w:t>з барвінком промовля в рожевім часі,&lt;br /&gt;</w:t>
        <w:br/>
        <w:t>де берег—арфа ластовина.</w:t>
      </w:r>
    </w:p>
    <w:p>
      <w:r>
        <w:br/>
        <w:t>Тебе від церкви серце сповило,&lt;br /&gt;</w:t>
        <w:br/>
        <w:t>хоч і до блискавки лицем.&lt;br /&gt;</w:t>
        <w:br/>
        <w:t>Мене від серпня, в світляне село&lt;br /&gt;</w:t>
        <w:br/>
        <w:t>зустрівши—бліднула тихцем.</w:t>
      </w:r>
    </w:p>
    <w:p>
      <w:r>
        <w:br/>
        <w:t>А вже не в паруснику серпня&lt;br /&gt;</w:t>
        <w:br/>
        <w:t>тебе голубив на стежках;&lt;br /&gt;</w:t>
        <w:br/>
        <w:t>і не ясминний місяць терпнув&lt;br /&gt;</w:t>
        <w:br/>
        <w:t>і мла зідхання нетяжка.</w:t>
      </w:r>
    </w:p>
    <w:p>
      <w:r>
        <w:br/>
        <w:t>Як ти впізнала, для пелюсток біла,&lt;br /&gt;</w:t>
        <w:br/>
        <w:t>забились крильця в клітку серця.&lt;br /&gt;</w:t>
        <w:br/>
        <w:t>І чути: ніжно сонцю заболіло,&lt;br /&gt;</w:t>
        <w:br/>
        <w:t>що в грозах будеш невідверта.</w:t>
      </w:r>
    </w:p>
    <w:p>
      <w:r>
        <w:br/>
        <w:t>Кому ж довірена докине стежка&lt;br /&gt;</w:t>
        <w:br/>
        <w:t>сердечне полум'я по стеблах?...&lt;br /&gt;</w:t>
        <w:br/>
        <w:t>де ти цілуєш—зірка нетутешня&lt;br /&gt;</w:t>
        <w:br/>
        <w:t>тремтить, як жайворонок, тепла.&lt;br /&gt;</w:t>
        <w:br/>
        <w:t>Передчуття: чи всіх любов покине? —&lt;br /&gt;</w:t>
        <w:br/>
        <w:t>їй холодно від верховіть...&lt;br /&gt;</w:t>
        <w:br/>
        <w:t>А божевілля болю солов'їне&lt;br /&gt;</w:t>
        <w:br/>
        <w:t>грудьми під хрестиком горить.</w:t>
      </w:r>
    </w:p>
    <w:p>
      <w:r>
        <w:br/>
        <w:t>Прощай серед галузок горя красних,&lt;br /&gt;</w:t>
        <w:br/>
        <w:t>мені до серця приломила.&lt;br /&gt;</w:t>
        <w:br/>
        <w:t>Дощистим листям лиха й воплю в празник&lt;br /&gt;</w:t>
        <w:br/>
        <w:t>скривавиться співуча сила.&lt;br /&gt;</w:t>
        <w:br/>
        <w:t>Душа з могильним відсвітом сорочки&lt;br /&gt;</w:t>
        <w:br/>
        <w:t>грудьми до смерти припаде—&lt;br /&gt;</w:t>
        <w:br/>
        <w:t>німа плита, шо спалахнути хоче,&lt;br /&gt;</w:t>
        <w:br/>
        <w:t>камінна—не рида ніде.&lt;br /&gt;</w:t>
        <w:br/>
        <w:t>Та знову дужістю, що рідна зорям,&lt;br /&gt;</w:t>
        <w:br/>
        <w:t>в гріхах обпалена відрання,&lt;br /&gt;</w:t>
        <w:br/>
        <w:t>підніметься, бо неба непокора&lt;br /&gt;</w:t>
        <w:br/>
        <w:t>в квітках жива й росі ридання.</w:t>
      </w:r>
    </w:p>
    <w:p>
      <w:r>
        <w:br/>
        <w:t>І тихо, бачачи біду осінню,&lt;br /&gt;</w:t>
        <w:br/>
        <w:t>завіяну в барвистий крик,&lt;br /&gt;</w:t>
        <w:br/>
        <w:t>благосвловлю, що ти жорстока, жінко,&lt;br /&gt;</w:t>
        <w:br/>
        <w:t>що я любитиму повік.&lt;br /&gt;</w:t>
        <w:br/>
        <w:t>Пробач нещастя, що тобі: жорстока! —&lt;br /&gt;</w:t>
        <w:br/>
        <w:t>сказав при заході, в зоряну;&lt;br /&gt;</w:t>
        <w:br/>
        <w:t>бо сяйва в поцілунку, при потоках,&lt;br /&gt;</w:t>
        <w:br/>
        <w:t>такого в айстер я не знаю.&lt;br /&gt;</w:t>
        <w:br/>
        <w:t>На голубиний блиск—від світла лілій&lt;br /&gt;</w:t>
        <w:br/>
        <w:t>я відійти на крок не смію.&lt;br /&gt;</w:t>
        <w:br/>
        <w:t>І серга місяця хай ночі цілі&lt;br /&gt;</w:t>
        <w:br/>
        <w:t>над пасмочком, нічнішим змію.&lt;br /&gt;</w:t>
        <w:br/>
        <w:t>Тобі пелюстка з яблуні на пристрасть&lt;br /&gt;</w:t>
        <w:br/>
        <w:t>крізь ніч шовкову забіліла;&lt;br /&gt;</w:t>
        <w:br/>
        <w:t>і до очей чорніла пташка бистра,&lt;br /&gt;</w:t>
        <w:br/>
        <w:t>що від води стріпнула крила.&lt;br /&gt;</w:t>
        <w:br/>
        <w:t>А майорану тінь, як дзвоник, гарна,&lt;br /&gt;</w:t>
        <w:br/>
        <w:t>без крапель ніжности завмерла.&lt;br /&gt;</w:t>
        <w:br/>
        <w:t>Спіткала дружок неминуча втрата,&lt;br /&gt;</w:t>
        <w:br/>
        <w:t>бо смерть і для рясних химерна.</w:t>
      </w:r>
    </w:p>
    <w:p>
      <w:r>
        <w:br/>
        <w:t>Скрапне сльозинка з усміху, в жоржини,&lt;br /&gt;</w:t>
        <w:br/>
        <w:t>що сонце підняла з труни.&lt;br /&gt;</w:t>
        <w:br/>
        <w:t>Сузір галузко, місяць ворожила,&lt;br /&gt;</w:t>
        <w:br/>
        <w:t>до серця, гаснучи, збрини!&lt;br /&gt;</w:t>
        <w:br/>
        <w:t>Навкруг—ростина, в світочеві бджілок,&lt;br /&gt;</w:t>
        <w:br/>
        <w:t>цілує стрічних з надбережжя.&lt;br /&gt;</w:t>
        <w:br/>
        <w:t>Тут щастя від обличчя в зорях білих;&lt;br /&gt;</w:t>
        <w:br/>
        <w:t>бо добра й радістю безмежна.&lt;br /&gt;</w:t>
        <w:br/>
        <w:t>Крилом ріка гробниці не пригорне,&lt;br /&gt;</w:t>
        <w:br/>
        <w:t>та і від горя не втече—&lt;br /&gt;</w:t>
        <w:br/>
        <w:t>воно рясне і, як стихар, нечорне,&lt;br /&gt;</w:t>
        <w:br/>
        <w:t>до хвияь обсипалось плачем.</w:t>
      </w:r>
    </w:p>
    <w:p>
      <w:r>
        <w:br/>
        <w:t>Тоді я, не впізнавши тінь обличчя&lt;br /&gt;</w:t>
        <w:br/>
        <w:t>на білій таємниці дня,&lt;br /&gt;</w:t>
        <w:br/>
        <w:t>при квітах, що не видно: тайних свічах:&lt;br /&gt;</w:t>
        <w:br/>
        <w:t>навіки ночі не прийняв.</w:t>
      </w:r>
    </w:p>
    <w:p>
      <w:r>
        <w:br/>
        <w:t>І вже я не збратаю смерть і місяць,&lt;br /&gt;</w:t>
        <w:br/>
        <w:t>покинувшись до дна пилин.&lt;br /&gt;</w:t>
        <w:br/>
        <w:t>А груди знов березині примістять&lt;br /&gt;</w:t>
        <w:br/>
        <w:t>пташат, що досвіток пили.&lt;br /&gt;</w:t>
        <w:br/>
        <w:t>Не прокричу, знеможений коліном —&lt;br /&gt;</w:t>
        <w:br/>
        <w:t>на камені, де з кістки кров.&lt;br /&gt;</w:t>
        <w:br/>
        <w:t>Ти добрістю при небі янголино&lt;br /&gt;</w:t>
        <w:br/>
        <w:t>прихилиш сонце в хворий крок.</w:t>
      </w:r>
    </w:p>
    <w:p>
      <w:r>
        <w:br/>
        <w:t>Це вже в останнє, ще не сніжним серцем&lt;br /&gt;</w:t>
        <w:br/>
        <w:t>тебе до поцілунку стріну.&lt;br /&gt;</w:t>
        <w:br/>
        <w:t>Не я—ласкав'ям хресним і несмертним&lt;br /&gt;</w:t>
        <w:br/>
        <w:t>сам берег заквітча промінну.</w:t>
      </w:r>
    </w:p>
    <w:p>
      <w:r>
        <w:br/>
        <w:t>То буду вік рукавами благати,&lt;br /&gt;</w:t>
        <w:br/>
        <w:t>щоб янголя в зелений час&lt;br /&gt;</w:t>
        <w:br/>
        <w:t>від зір докликнулось тобі на втраті,&lt;br /&gt;</w:t>
        <w:br/>
        <w:t>не забуваючи ключа.&lt;br /&gt;</w:t>
        <w:br/>
        <w:t>Його, як спів, на світляній хустині&lt;br /&gt;</w:t>
        <w:br/>
        <w:t>до брами раю принесло;&lt;br /&gt;</w:t>
        <w:br/>
        <w:t>розкриються, мов крин, світи гостинні,&lt;br /&gt;</w:t>
        <w:br/>
        <w:t>де сяйво бризка на чоло.</w:t>
      </w:r>
    </w:p>
    <w:p>
      <w:r>
        <w:br/>
        <w:t>Отам, доріжка де вже резедина&lt;br /&gt;</w:t>
        <w:br/>
        <w:t>і вулик добрости не дрібне,&lt;br /&gt;</w:t>
        <w:br/>
        <w:t>прошепче вікнами тобі хатина:&lt;br /&gt;</w:t>
        <w:br/>
        <w:t>все й грішникові хором рідне.</w:t>
      </w:r>
    </w:p>
    <w:p>
      <w:r>
        <w:br/>
        <w:t>І я від іскор, де пропаще листя&lt;br /&gt;</w:t>
        <w:br/>
        <w:t>все покривавлює з ножа,&lt;br /&gt;</w:t>
        <w:br/>
        <w:t>тебе все кличу, радостями чиста,&lt;br /&gt;</w:t>
        <w:br/>
        <w:t>і, наче небо, нечужа.</w:t>
      </w:r>
    </w:p>
    <w:p>
      <w:r>
        <w:br/>
        <w:t>17.Х.49&lt;br /&gt;</w:t>
        <w:br/>
        <w:t>ОСІННЯ ҐОТИЧНІСТЬ</w:t>
      </w:r>
    </w:p>
    <w:p>
      <w:r>
        <w:br/>
        <w:t>Хоч ви, сторожа привида, промовте,&lt;br /&gt;</w:t>
        <w:br/>
        <w:t>ви—скрипок стрій і все дивинне.&lt;br /&gt;</w:t>
        <w:br/>
        <w:t>А серце ранено! подзвіння жовте&lt;br /&gt;</w:t>
        <w:br/>
        <w:t>півзіркою від гілки лине.&lt;br /&gt;</w:t>
        <w:br/>
        <w:t>Оцвітані жезли, і в сні музичні,&lt;br /&gt;</w:t>
        <w:br/>
        <w:t>і горлиці навкруг вінкові.&lt;br /&gt;</w:t>
        <w:br/>
        <w:t>А в вітрі несказанне—з гілки стрічі,&lt;br /&gt;</w:t>
        <w:br/>
        <w:t>кохана, спалахне до крови.&lt;br /&gt;</w:t>
        <w:br/>
        <w:t>Співзвуч підніжжя, витайнених—вірних,&lt;br /&gt;</w:t>
        <w:br/>
        <w:t>і почіп'я марюк химерить.&lt;br /&gt;</w:t>
        <w:br/>
        <w:t>А в вітрі день, золотоустий лірник;&lt;br /&gt;</w:t>
        <w:br/>
        <w:t>на плити смуток переддверні.</w:t>
      </w:r>
    </w:p>
    <w:p>
      <w:r>
        <w:br/>
        <w:t>Не горлиці небес летать окремі,&lt;br /&gt;</w:t>
        <w:br/>
        <w:t>а скарбу соняшного пасма.&lt;br /&gt;</w:t>
        <w:br/>
        <w:t>Заходьмо в храм: трояндою в надзем'ї&lt;br /&gt;</w:t>
        <w:br/>
        <w:t>весільний грім, моя прекрасна!</w:t>
      </w:r>
    </w:p>
    <w:p>
      <w:r>
        <w:br/>
        <w:t>19.Х.49&lt;br /&gt;</w:t>
        <w:br/>
        <w:t>ПЕРЕХІД ВЕСНИ&lt;br /&gt;</w:t>
        <w:br/>
        <w:t>І.</w:t>
      </w:r>
    </w:p>
    <w:p>
      <w:r>
        <w:br/>
        <w:t>Це поведеш рукав на біле струння—&lt;br /&gt;</w:t>
        <w:br/>
        <w:t>співзвуччя в райдузі згучить.&lt;br /&gt;</w:t>
        <w:br/>
        <w:t>Ти—пролісок над горем світу, юна,&lt;br /&gt;</w:t>
        <w:br/>
        <w:t>блакитна свічкою вночі.&lt;br /&gt;</w:t>
        <w:br/>
        <w:t>Необережно, на прибої пташка,&lt;br /&gt;</w:t>
        <w:br/>
        <w:t>крізь день добризнула мені&lt;br /&gt;</w:t>
        <w:br/>
        <w:t>на груди—від вогню! в розлуку тяжко&lt;br /&gt;</w:t>
        <w:br/>
        <w:t>громада моря загримить.&lt;br /&gt;</w:t>
        <w:br/>
        <w:t>І словом загримить суворий янгол&lt;br /&gt;</w:t>
        <w:br/>
        <w:t>в останній брамі до суда.&lt;br /&gt;</w:t>
        <w:br/>
        <w:t>Верхів'я пісні, що мов мак, сіяло,&lt;br /&gt;</w:t>
        <w:br/>
        <w:t>росисто в смутку доцвіта.</w:t>
      </w:r>
    </w:p>
    <w:p>
      <w:r>
        <w:br/>
        <w:t>Я грішник: ясенок, що—в чорне листя,&lt;br /&gt;</w:t>
        <w:br/>
        <w:t>й зубами місяцю скрипить.&lt;br /&gt;</w:t>
        <w:br/>
        <w:t>Але люблю, кохана, й помолися:&lt;br /&gt;</w:t>
        <w:br/>
        <w:t>волошкова сльоза в степи.&lt;br /&gt;</w:t>
        <w:br/>
        <w:t>Молися—клонний колосок на розсвіт&lt;br /&gt;</w:t>
        <w:br/>
        <w:t>і молодий світлисто в віях.&lt;br /&gt;</w:t>
        <w:br/>
        <w:t>Там крильцями на ниві джміль попросить&lt;br /&gt;</w:t>
        <w:br/>
        <w:t>за мене, й туча пожаліє.&lt;br /&gt;</w:t>
        <w:br/>
        <w:t>Бо став пісенним дзвоном літописець&lt;br /&gt;</w:t>
        <w:br/>
        <w:t>блакитним: віршів рушники.&lt;br /&gt;</w:t>
        <w:br/>
        <w:t>І слід твій ніжок на пелюстки тисне:&lt;br /&gt;</w:t>
        <w:br/>
        <w:t>мов дим від олтаря, легкі.&lt;br /&gt;</w:t>
        <w:br/>
        <w:t>Пташині мрії в шепоті фіялок&lt;br /&gt;</w:t>
        <w:br/>
        <w:t>до пальців місяця відкрились.&lt;br /&gt;</w:t>
        <w:br/>
        <w:t>Досвіття: листя зірки колихало;&lt;br /&gt;</w:t>
        <w:br/>
        <w:t>ти на квітневий вийшла крилас.&lt;br /&gt;</w:t>
        <w:br/>
        <w:t>Там камені—мов сніп стеблинок жита;&lt;br /&gt;</w:t>
        <w:br/>
        <w:t>вінечні в розкоші волошки...&lt;br /&gt;</w:t>
        <w:br/>
        <w:t>від свічки неба, церква сумовита—&lt;br /&gt;</w:t>
        <w:br/>
        <w:t>зернинок горя бризне трошки...&lt;br /&gt;</w:t>
        <w:br/>
        <w:t>Найвища вікнами надій блаженних,&lt;br /&gt;</w:t>
        <w:br/>
        <w:t>що коло янгола світліють.&lt;br /&gt;</w:t>
        <w:br/>
        <w:t>Приклонних на коліна—ніжно женить,&lt;br /&gt;</w:t>
        <w:br/>
        <w:t>троянду звавши білолицю.</w:t>
      </w:r>
    </w:p>
    <w:p>
      <w:r>
        <w:br/>
        <w:t>Як я довірив серце,— ти, квітинко,&lt;br /&gt;</w:t>
        <w:br/>
        <w:t>ще ні одній бджолині краплю...&lt;br /&gt;</w:t>
        <w:br/>
        <w:t>В роменнім небі пожаліє дзвінко&lt;br /&gt;</w:t>
        <w:br/>
        <w:t>двоспів кричатий душу тратну.</w:t>
      </w:r>
    </w:p>
    <w:p>
      <w:r>
        <w:br/>
        <w:t>Над мак новонароджений все серце&lt;br /&gt;</w:t>
        <w:br/>
        <w:t>причаєністю палахкотить.&lt;br /&gt;</w:t>
        <w:br/>
        <w:t>Від нього в насміх на цеглиння стерте&lt;br /&gt;</w:t>
        <w:br/>
        <w:t>негода згубить пелюстки...&lt;br /&gt;</w:t>
        <w:br/>
        <w:t>Під чарки глум до цокотух рожевих,&lt;br /&gt;</w:t>
        <w:br/>
        <w:t>тузів пихатих при ворітті.&lt;br /&gt;</w:t>
        <w:br/>
        <w:t>І ворон сонця дзвонить на деревах,&lt;br /&gt;</w:t>
        <w:br/>
        <w:t>що розеді могили риті.&lt;br /&gt;</w:t>
        <w:br/>
        <w:t>Всі речення аж на порозі гаю,&lt;br /&gt;</w:t>
        <w:br/>
        <w:t>прочитані тобі, відпурхнуть.&lt;br /&gt;</w:t>
        <w:br/>
        <w:t>Вінки, що з свічами! — я так благаю&lt;br /&gt;</w:t>
        <w:br/>
        <w:t>огніти в любу даль пурпурну.</w:t>
      </w:r>
    </w:p>
    <w:p>
      <w:r>
        <w:br/>
        <w:t>Де церква сонця в хорах тополиних,&lt;br /&gt;</w:t>
        <w:br/>
        <w:t>не буду й ластівки прохати.&lt;br /&gt;</w:t>
        <w:br/>
        <w:t>Ні! бджілка в чорний страх не перелине,&lt;br /&gt;</w:t>
        <w:br/>
        <w:t>хоч пальці простяга нещастя.</w:t>
      </w:r>
    </w:p>
    <w:p>
      <w:r>
        <w:br/>
        <w:t>Усі з зеленого заліза іскри,&lt;br /&gt;</w:t>
        <w:br/>
        <w:t>що на вінчатко ночі куті—&lt;br /&gt;</w:t>
        <w:br/>
        <w:t>в одвічних знаках стануть незловісних,&lt;br /&gt;</w:t>
        <w:br/>
        <w:t>бо я заворожу прелюті.</w:t>
      </w:r>
    </w:p>
    <w:p>
      <w:r>
        <w:br/>
        <w:t>І одинокости чавунні двері&lt;br /&gt;</w:t>
        <w:br/>
        <w:t>від тебе в смуток зачиню.&lt;br /&gt;</w:t>
        <w:br/>
        <w:t>В чернечі ланцюги вдягнуся древні,&lt;br /&gt;</w:t>
        <w:br/>
        <w:t>молитву смолок спом'яну.&lt;br /&gt;</w:t>
        <w:br/>
        <w:t>Пожду, де крихта любленого світла&lt;br /&gt;</w:t>
        <w:br/>
        <w:t>впаде з небесного стола.&lt;br /&gt;</w:t>
        <w:br/>
        <w:t>Щоб, мов крізь дощ, кохана, ти не блідла,&lt;br /&gt;</w:t>
        <w:br/>
        <w:t>зіниці жовтень застила.&lt;br /&gt;</w:t>
        <w:br/>
        <w:t>Вже доля від кадил підводить крилля,&lt;br /&gt;</w:t>
        <w:br/>
        <w:t>від корогов чужих плачу...&lt;br /&gt;</w:t>
        <w:br/>
        <w:t>Між криком чайчиним тобі відкрила&lt;br /&gt;</w:t>
        <w:br/>
        <w:t>гортензії, що небо тчуть.</w:t>
      </w:r>
    </w:p>
    <w:p>
      <w:r>
        <w:br/>
        <w:t>23.Х.49&lt;br /&gt;</w:t>
        <w:br/>
        <w:t>сон</w:t>
      </w:r>
    </w:p>
    <w:p>
      <w:r>
        <w:br/>
        <w:t>Я до вікна без роз і рос постукав,&lt;br /&gt;</w:t>
        <w:br/>
        <w:t>і вийшла, шепотом —як грім...&lt;br /&gt;</w:t>
        <w:br/>
        <w:t>і я від нього при цвітинних муках&lt;br /&gt;</w:t>
        <w:br/>
        <w:t>схилявсь над рукавом твоїм.</w:t>
      </w:r>
    </w:p>
    <w:p>
      <w:r>
        <w:br/>
        <w:t>А потім і гарячий ніж метнула&lt;br /&gt;</w:t>
        <w:br/>
        <w:t>мені—де б'ють провістя в серце;&lt;br /&gt;</w:t>
        <w:br/>
        <w:t>вкінець, ласкава пальцями зозуля,&lt;br /&gt;</w:t>
        <w:br/>
        <w:t>ще втиснула: хай смертю терпне.&lt;br /&gt;</w:t>
        <w:br/>
        <w:t>Лежу і губи сизий біль калічить,&lt;br /&gt;</w:t>
        <w:br/>
        <w:t>на них мій хрестик підлетів&lt;br /&gt;</w:t>
        <w:br/>
        <w:t>бджолинкою з грудей:—блаженний січень,&lt;br /&gt;</w:t>
        <w:br/>
        <w:t>мовчанням припечатав спів.</w:t>
      </w:r>
    </w:p>
    <w:p>
      <w:r>
        <w:br/>
        <w:t>Бо ти дорогою порад сторонніх&lt;br /&gt;</w:t>
        <w:br/>
        <w:t>пішла до молодих криниць.&lt;br /&gt;</w:t>
        <w:br/>
        <w:t>Тополі тужать, що зустрічні кроки&lt;br /&gt;</w:t>
        <w:br/>
        <w:t>пов'яли на ромашках ниць.</w:t>
      </w:r>
    </w:p>
    <w:p>
      <w:r>
        <w:br/>
        <w:t>І птиці, побратими щастю вірні,&lt;br /&gt;</w:t>
        <w:br/>
        <w:t>тоді злетілися карати.&lt;br /&gt;</w:t>
        <w:br/>
        <w:t>Коли з грудьми покатувала щирість,&lt;br /&gt;</w:t>
        <w:br/>
        <w:t>печаллю поплати за страти.</w:t>
      </w:r>
    </w:p>
    <w:p>
      <w:r>
        <w:br/>
        <w:t>Як рукавом закривши личко в ранах&lt;br /&gt;</w:t>
        <w:br/>
        <w:t>вернулася мені до смерти —&lt;br /&gt;</w:t>
        <w:br/>
        <w:t>та поридала до ножа, розрадна,&lt;br /&gt;</w:t>
        <w:br/>
        <w:t>краплинками страждання стерти.&lt;br /&gt;</w:t>
        <w:br/>
        <w:t>Та ще як крицю з голубого болю&lt;br /&gt;</w:t>
        <w:br/>
        <w:t>відклала на хрещате листя—&lt;br /&gt;</w:t>
        <w:br/>
        <w:t>підвівся я в квітневий круг з тобою:&lt;br /&gt;</w:t>
        <w:br/>
        <w:t>—єдина! до грудей схилися!&lt;br /&gt;</w:t>
        <w:br/>
        <w:t>Рослини віщі—сясвом на стеблах&lt;br /&gt;</w:t>
        <w:br/>
        <w:t>до жайворонка в небі ставши,&lt;br /&gt;</w:t>
        <w:br/>
        <w:t>з долонь поклінно подають до тебе&lt;br /&gt;</w:t>
        <w:br/>
        <w:t>бальзам, у ворожбі найстарший.&lt;br /&gt;</w:t>
        <w:br/>
        <w:t>Від нього ластівка лицем стократи—&lt;br /&gt;</w:t>
        <w:br/>
        <w:t>гарніша, ніж була з колиски.&lt;br /&gt;</w:t>
        <w:br/>
        <w:t>Приткнула сонця дзеркало до хати,&lt;br /&gt;</w:t>
        <w:br/>
        <w:t>крилечком поправля зачіску.&lt;br /&gt;</w:t>
        <w:br/>
        <w:t>Ідем, над меч ріки, де башти—в з'яву,&lt;br /&gt;</w:t>
        <w:br/>
        <w:t>і птиці промені прядуть.&lt;br /&gt;</w:t>
        <w:br/>
        <w:t>Як вся земля—все небо, так кохаю,&lt;br /&gt;</w:t>
        <w:br/>
        <w:t>троянда заспіва в саду.</w:t>
      </w:r>
    </w:p>
    <w:p>
      <w:r>
        <w:br/>
        <w:t>24.Х .49&lt;br /&gt;</w:t>
        <w:br/>
        <w:t>СУПЕРЕЧКА І ПРИЙДЕШНІЙ МИР&lt;br /&gt;</w:t>
        <w:br/>
        <w:t>І.</w:t>
      </w:r>
    </w:p>
    <w:p>
      <w:r>
        <w:br/>
        <w:t>Через твою без берега жорстокість&lt;br /&gt;</w:t>
        <w:br/>
        <w:t>лілейного тремкого зла,&lt;br /&gt;</w:t>
        <w:br/>
        <w:t>що ти б могла і з голубом боротись,&lt;br /&gt;</w:t>
        <w:br/>
        <w:t>аби—як бранця, закляла:&lt;br /&gt;</w:t>
        <w:br/>
        <w:t>то чорний і від білих уст берези&lt;br /&gt;</w:t>
        <w:br/>
        <w:t>до тебе, мов дощем, докір.&lt;br /&gt;</w:t>
        <w:br/>
        <w:t>Чи я кляну, що в ніч необережний&lt;br /&gt;</w:t>
        <w:br/>
        <w:t>тобі збирав клечання зір?&lt;br /&gt;</w:t>
        <w:br/>
        <w:t>Тепер, під незвіренним ревом жовтня,&lt;br /&gt;</w:t>
        <w:br/>
        <w:t>присліплена біда здогнала—&lt;br /&gt;</w:t>
        <w:br/>
        <w:t>ні в квітці спомину, ні в росах жодна&lt;br /&gt;</w:t>
        <w:br/>
        <w:t>не гоїть іскорка від жала.&lt;br /&gt;</w:t>
        <w:br/>
        <w:t>Воно впилося в маківку, що серце&lt;br /&gt;</w:t>
        <w:br/>
        <w:t>стеблом пісенним підняло;&lt;br /&gt;</w:t>
        <w:br/>
        <w:t>і вже, і вже залізо в кров нестерпне,—&lt;br /&gt;</w:t>
        <w:br/>
        <w:t>з огню оковує чоло.&lt;br /&gt;</w:t>
        <w:br/>
        <w:t>І болем руки в вічне дзвоння скуті,&lt;br /&gt;</w:t>
        <w:br/>
        <w:t>я й до оси не простягну.&lt;br /&gt;</w:t>
        <w:br/>
        <w:t>Бреду, спіткавши камінь, і зідхнути&lt;br /&gt;</w:t>
        <w:br/>
        <w:t>не груди,—дорвано струну.&lt;br /&gt;</w:t>
        <w:br/>
        <w:t>Під смерчами, що з горя, гонять рядом,&lt;br /&gt;</w:t>
        <w:br/>
        <w:t>як до полону ще недавно,&lt;br /&gt;</w:t>
        <w:br/>
        <w:t>негода навіть відчиня нерадо&lt;br /&gt;</w:t>
        <w:br/>
        <w:t>віконний просвіт: промінь дано...&lt;br /&gt;</w:t>
        <w:br/>
        <w:t>Не так і гибіль, що невідступимо&lt;br /&gt;</w:t>
        <w:br/>
        <w:t>щодня в три роки нагрозилась,&lt;br /&gt;</w:t>
        <w:br/>
        <w:t>бо то війна, то бомбою розбило&lt;br /&gt;</w:t>
        <w:br/>
        <w:t>і в олтарі найстаршу милість.&lt;br /&gt;</w:t>
        <w:br/>
        <w:t>А тут же в грудях, де в'язав крицеве&lt;br /&gt;</w:t>
        <w:br/>
        <w:t>зусилля проти зору смерти,—&lt;br /&gt;</w:t>
        <w:br/>
        <w:t>лиш тиха нитка, що трава простеле&lt;br /&gt;</w:t>
        <w:br/>
        <w:t>і квітка крильця кине в тремти.&lt;br /&gt;</w:t>
        <w:br/>
        <w:t>Бо в берегах—біда, як птах прилітний,&lt;br /&gt;</w:t>
        <w:br/>
        <w:t>річками блискавок закрила...&lt;br /&gt;</w:t>
        <w:br/>
        <w:t>Але, молюся, чи немир терпіти,&lt;br /&gt;</w:t>
        <w:br/>
        <w:t>мов щастя, безкінечно мила.</w:t>
      </w:r>
    </w:p>
    <w:p>
      <w:r>
        <w:br/>
        <w:t>Я йду й незлим тобі: прощай! з мовчання&lt;br /&gt;</w:t>
        <w:br/>
        <w:t>ні згортки хмар не ворухну...&lt;br /&gt;</w:t>
        <w:br/>
        <w:t>І наче скрипка, квітка незриданна,&lt;br /&gt;</w:t>
        <w:br/>
        <w:t>мов горлиця сердечна з сну:</w:t>
      </w:r>
    </w:p>
    <w:p>
      <w:r>
        <w:br/>
        <w:t>листки простерла—там, де болю рана,—&lt;br /&gt;</w:t>
        <w:br/>
        <w:t>милус пахощем одну;&lt;br /&gt;</w:t>
        <w:br/>
        <w:t>а де отрута з жала вже остання:&lt;br /&gt;</w:t>
        <w:br/>
        <w:t>здійма устами від огню.&lt;br /&gt;</w:t>
        <w:br/>
        <w:t>Тоді, впокорений на бурі світла,&lt;br /&gt;</w:t>
        <w:br/>
        <w:t>як тінь, коліно преклоню&lt;br /&gt;</w:t>
        <w:br/>
        <w:t>і край одежі поцілую з квітня&lt;br /&gt;</w:t>
        <w:br/>
        <w:t>за радість від страждань ясну.</w:t>
      </w:r>
    </w:p>
    <w:p>
      <w:r>
        <w:br/>
        <w:t>25. X. 49&lt;br /&gt;</w:t>
        <w:br/>
        <w:t>Це знов при сутінку з вершини&lt;br /&gt;</w:t>
        <w:br/>
        <w:t>в куток камінний самоти:&lt;br /&gt;</w:t>
        <w:br/>
        <w:t>ти наче в зірці станула шипшинній—&lt;br /&gt;</w:t>
        <w:br/>
        <w:t>мені до серця процвісти.</w:t>
      </w:r>
    </w:p>
    <w:p>
      <w:r>
        <w:br/>
        <w:t>Не на Великдень райдужна росина&lt;br /&gt;</w:t>
        <w:br/>
        <w:t>горіла сергою троянді,—&lt;br /&gt;</w:t>
        <w:br/>
        <w:t>як ти ласкавістю від уст немінна,&lt;br /&gt;</w:t>
        <w:br/>
        <w:t>і до непам'яті ми раді...</w:t>
      </w:r>
    </w:p>
    <w:p>
      <w:r>
        <w:br/>
        <w:t>Тобі неперестанно біля шибок&lt;br /&gt;</w:t>
        <w:br/>
        <w:t>промінні прядки туркотіли,&lt;br /&gt;</w:t>
        <w:br/>
        <w:t>що в сонця з рук, коли стріпнулась, риб&lt;br /&gt;</w:t>
        <w:br/>
        <w:t>на ніч примовкнули колісьми.</w:t>
      </w:r>
    </w:p>
    <w:p>
      <w:r>
        <w:br/>
        <w:t>І кожен порух слова, що від тебе,&lt;br /&gt;</w:t>
        <w:br/>
        <w:t>хоч в льолі шепоту родилось,—&lt;br /&gt;</w:t>
        <w:br/>
        <w:t>в душі, мов солов'їна гілка неба&lt;br /&gt;</w:t>
        <w:br/>
        <w:t>від припурху гойдала сміло.</w:t>
      </w:r>
    </w:p>
    <w:p>
      <w:r>
        <w:br/>
        <w:t>Любитиму тебе, хоч ніч, мов камінь,&lt;br /&gt;</w:t>
        <w:br/>
        <w:t>до серця в смерть мені повисне.&lt;br /&gt;</w:t>
        <w:br/>
        <w:t>І в море я впаду, блідий руками,&lt;br /&gt;</w:t>
        <w:br/>
        <w:t>на дно лежати ненависне.&lt;br /&gt;</w:t>
        <w:br/>
        <w:t>Чи на корі під ланцюги залізні&lt;br /&gt;</w:t>
        <w:br/>
        <w:t>відкрити дух під стріли з лука,&lt;br /&gt;</w:t>
        <w:br/>
        <w:t>то тільки прошепчу: "Від квітки бризни,&lt;br /&gt;</w:t>
        <w:br/>
        <w:t>сердечна річко,—спрага в муках!"&lt;br /&gt;</w:t>
        <w:br/>
        <w:t>Чи під склепіння суму з павуками,&lt;br /&gt;</w:t>
        <w:br/>
        <w:t>в іржавий морок від замка...&lt;br /&gt;</w:t>
        <w:br/>
        <w:t>кайдани в очі спогади б гуками&lt;br /&gt;</w:t>
        <w:br/>
        <w:t>про тебе, як огонь, тремка.&lt;br /&gt;</w:t>
        <w:br/>
        <w:t>То чую, що душа гіллясто в вічність&lt;br /&gt;</w:t>
        <w:br/>
        <w:t>всю світну силу голубину&lt;br /&gt;</w:t>
        <w:br/>
        <w:t>тобі на груди прикликає в стрічі,&lt;br /&gt;</w:t>
        <w:br/>
        <w:t>і кров'ю від палання згину.&lt;br /&gt;</w:t>
        <w:br/>
        <w:t>І навіть ворон світу—без зідхання,&lt;br /&gt;</w:t>
        <w:br/>
        <w:t>що вирива зоря в лілей,—&lt;br /&gt;</w:t>
        <w:br/>
        <w:t>нехай сіда на серце, бо, кохана,&lt;br /&gt;</w:t>
        <w:br/>
        <w:t>нап'ється він, забуде зле!&lt;br /&gt;</w:t>
        <w:br/>
        <w:t>Кохана, радости вінцем видима!...&lt;br /&gt;</w:t>
        <w:br/>
        <w:t>під шумом від берізок скромних,&lt;br /&gt;</w:t>
        <w:br/>
        <w:t>мені,— знеможена з огню очима,&lt;br /&gt;</w:t>
        <w:br/>
        <w:t>рукою проведе по скронях.</w:t>
      </w:r>
    </w:p>
    <w:p>
      <w:r>
        <w:br/>
        <w:t>27.Х.49&lt;br /&gt;</w:t>
        <w:br/>
        <w:t>Увечорі надій галузка дальня,&lt;br /&gt;</w:t>
        <w:br/>
        <w:t>немов від ризи, все жаріла;&lt;br /&gt;</w:t>
        <w:br/>
        <w:t>й співаночку понад життя гойдала&lt;br /&gt;</w:t>
        <w:br/>
        <w:t>до нас вістунка білокрила.&lt;br /&gt;</w:t>
        <w:br/>
        <w:t>Ми на потоці ясности в дорозі,&lt;br /&gt;</w:t>
        <w:br/>
        <w:t>між яблунями тишини,&lt;br /&gt;</w:t>
        <w:br/>
        <w:t>за руки взявшись, айстри скрізь неросні,&lt;br /&gt;</w:t>
        <w:br/>
        <w:t>були при вечорі одні.&lt;br /&gt;</w:t>
        <w:br/>
        <w:t>А сонні пальці духів садівничих&lt;br /&gt;</w:t>
        <w:br/>
        <w:t>підпалювали плід на осінь,&lt;br /&gt;</w:t>
        <w:br/>
        <w:t>і враз—покинули: кохання свічі&lt;br /&gt;</w:t>
        <w:br/>
        <w:t>до нас причарували просинь.</w:t>
      </w:r>
    </w:p>
    <w:p>
      <w:r>
        <w:br/>
        <w:t>Не так журитись незабудці серця,&lt;br /&gt;</w:t>
        <w:br/>
        <w:t>як косам яблунь до трави;&lt;br /&gt;</w:t>
        <w:br/>
        <w:t>подруго, ти не блискавкою сердься,&lt;br /&gt;</w:t>
        <w:br/>
        <w:t>що я скажу,— а згоду зви!</w:t>
      </w:r>
    </w:p>
    <w:p>
      <w:r>
        <w:br/>
        <w:t>Ніде і на сузірний крок у світлі&lt;br /&gt;</w:t>
        <w:br/>
        <w:t>нема вже змій, де лист холоне;&lt;br /&gt;</w:t>
        <w:br/>
        <w:t>і поріднити сни несамовиті—&lt;br /&gt;</w:t>
        <w:br/>
        <w:t>як винограддя вже червоне.</w:t>
      </w:r>
    </w:p>
    <w:p>
      <w:r>
        <w:br/>
        <w:t>І пташка щастя не зліта без тебе&lt;br /&gt;</w:t>
        <w:br/>
        <w:t>до сяєв, що в траві найвищі;&lt;br /&gt;</w:t>
        <w:br/>
        <w:t>бо впавши навзнак, і руками тепле,&lt;br /&gt;</w:t>
        <w:br/>
        <w:t>воно—голублення вже віще.&lt;br /&gt;</w:t>
        <w:br/>
        <w:t>Воно розметане косою в вічне,&lt;br /&gt;</w:t>
        <w:br/>
        <w:t>бо звідти виціловує життя—&lt;br /&gt;</w:t>
        <w:br/>
        <w:t>до льолі, що тебе з колиски кличе&lt;br /&gt;</w:t>
        <w:br/>
        <w:t>й єдине йде в незабуття.</w:t>
      </w:r>
    </w:p>
    <w:p>
      <w:r>
        <w:br/>
        <w:t>Про це зіниці вже посвідчать тайно,&lt;br /&gt;</w:t>
        <w:br/>
        <w:t>як лиш твоє не спить вікно.&lt;br /&gt;</w:t>
        <w:br/>
        <w:t>І я нічого в сонця не спитаю,&lt;br /&gt;</w:t>
        <w:br/>
        <w:t>відпивши з уст усе вино.</w:t>
      </w:r>
    </w:p>
    <w:p>
      <w:r>
        <w:br/>
        <w:t>І щира тишина відкрила в пристрасть&lt;br /&gt;</w:t>
        <w:br/>
        <w:t>барвінкові над вечір двері.&lt;br /&gt;</w:t>
        <w:br/>
        <w:t>Любов—росина в ліліях пречиста,&lt;br /&gt;</w:t>
        <w:br/>
        <w:t>слова, як горлиці, відерті...&lt;br /&gt;</w:t>
        <w:br/>
        <w:t>Вони на блиск відпурхнули крилатий—&lt;br /&gt;</w:t>
        <w:br/>
        <w:t>з топольних хмар: кружили тричі;&lt;br /&gt;</w:t>
        <w:br/>
        <w:t>прощання—і мені від сонця знати,&lt;br /&gt;</w:t>
        <w:br/>
        <w:t>що, вірна, вернешся з-за річки.</w:t>
      </w:r>
    </w:p>
    <w:p>
      <w:r>
        <w:br/>
        <w:t>29.Х.49</w:t>
      </w:r>
    </w:p>
    <w:p>
      <w:r>
        <w:br/>
        <w:t>НАДХІД</w:t>
      </w:r>
    </w:p>
    <w:p>
      <w:r>
        <w:br/>
        <w:t>По сходах по гранітних—мідне горе,&lt;br /&gt;</w:t>
        <w:br/>
        <w:t>нечутне подрузі, гримить:&lt;br /&gt;</w:t>
        <w:br/>
        <w:t>його пташка в саду, чуттями хворе,&lt;br /&gt;</w:t>
        <w:br/>
        <w:t>як рану, відчува грудьми.&lt;br /&gt;</w:t>
        <w:br/>
        <w:t>І я, що серце від півоній дужих&lt;br /&gt;</w:t>
        <w:br/>
        <w:t>поломеніє до весни—&lt;br /&gt;</w:t>
        <w:br/>
        <w:t>шепчу: криваве листя з пекла кружиш,&lt;br /&gt;</w:t>
        <w:br/>
        <w:t>мені до болю доплесни!&lt;br /&gt;</w:t>
        <w:br/>
        <w:t>Бо й річка теж до каменя, немирна,&lt;br /&gt;</w:t>
        <w:br/>
        <w:t>нашіптує від скель нелюбе...&lt;br /&gt;</w:t>
        <w:br/>
        <w:t>що десь душа, все вірна, як сузір'я,&lt;br /&gt;</w:t>
        <w:br/>
        <w:t>тремтіти на вустах не буде.&lt;br /&gt;</w:t>
        <w:br/>
        <w:t>Мовчи, журбо, над ластівками синя,&lt;br /&gt;</w:t>
        <w:br/>
        <w:t>над айстрами, як тінь—мережка.&lt;br /&gt;</w:t>
        <w:br/>
        <w:t>Моя, і в зраді вечора безвинна,&lt;br /&gt;</w:t>
        <w:br/>
        <w:t>зоря прийшла небережна.</w:t>
      </w:r>
    </w:p>
    <w:p>
      <w:r>
        <w:br/>
        <w:t>29.Х.49</w:t>
      </w:r>
    </w:p>
    <w:p>
      <w:r>
        <w:br/>
        <w:t>зо&lt;br /&gt;</w:t>
        <w:br/>
        <w:t>МИНУЧІСТЬ</w:t>
      </w:r>
    </w:p>
    <w:p>
      <w:r>
        <w:br/>
        <w:t>Не знаю вже, чи ніби листом красне&lt;br /&gt;</w:t>
        <w:br/>
        <w:t>та тихе деревце, зустріну—&lt;br /&gt;</w:t>
        <w:br/>
        <w:t>тебе, коли крізь ліс і небо гасне,&lt;br /&gt;</w:t>
        <w:br/>
        <w:t>як грядка без стрункого крину.</w:t>
      </w:r>
    </w:p>
    <w:p>
      <w:r>
        <w:br/>
        <w:t>Не знаю, чи під крилля хмарне прийдеш,&lt;br /&gt;</w:t>
        <w:br/>
        <w:t>де церква сонце прийняла&lt;br /&gt;</w:t>
        <w:br/>
        <w:t>в вечірні двері, мов з колиски рідне&lt;br /&gt;</w:t>
        <w:br/>
        <w:t>і любе для твого чола.&lt;br /&gt;</w:t>
        <w:br/>
        <w:t>Як від скрипок, від сосон пригадаю&lt;br /&gt;</w:t>
        <w:br/>
        <w:t>до пристрасти тебе прихильну,—&lt;br /&gt;</w:t>
        <w:br/>
        <w:t>зідхну, немов гілля, що раптом з гаю&lt;br /&gt;</w:t>
        <w:br/>
        <w:t>все скорбне втратило в неділю.&lt;br /&gt;</w:t>
        <w:br/>
        <w:t>І в пам'яті, де наче в нетрах ватра,&lt;br /&gt;</w:t>
        <w:br/>
        <w:t>замріє між нешумних ризниць:&lt;br /&gt;</w:t>
        <w:br/>
        <w:t>надія, що тебе побачу завтра,&lt;br /&gt;</w:t>
        <w:br/>
        <w:t>серед думок зоріє різних.&lt;br /&gt;</w:t>
        <w:br/>
        <w:t>Усе, що до гілок рідніє, смертне;&lt;br /&gt;</w:t>
        <w:br/>
        <w:t>як навіть ворона крило...&lt;br /&gt;</w:t>
        <w:br/>
        <w:t>як чорнобривці навіть, коли смеркне,—&lt;br /&gt;</w:t>
        <w:br/>
        <w:t>над ранок іней привело;</w:t>
      </w:r>
    </w:p>
    <w:p>
      <w:r>
        <w:br/>
        <w:t>І навіть, як моя до тебе стежка&lt;br /&gt;</w:t>
        <w:br/>
        <w:t>спішить, палаючи, мов свічка&lt;br /&gt;</w:t>
        <w:br/>
        <w:t>метеликів, що їм і ніч безмежна&lt;br /&gt;</w:t>
        <w:br/>
        <w:t>не так, над самогубство вічна.&lt;br /&gt;</w:t>
        <w:br/>
        <w:t>Ще може поцілунок твій помітять&lt;br /&gt;</w:t>
        <w:br/>
        <w:t>берези в місяці над сном:&lt;br /&gt;</w:t>
        <w:br/>
        <w:t>його крізь шепоти північні з квітня&lt;br /&gt;</w:t>
        <w:br/>
        <w:t>передадуть фіялки знов.</w:t>
      </w:r>
    </w:p>
    <w:p>
      <w:r>
        <w:br/>
        <w:t>29.1.49&lt;br /&gt;</w:t>
        <w:br/>
        <w:t>ПРОЩАЛЬНИЙ ЧАС</w:t>
      </w:r>
    </w:p>
    <w:p>
      <w:r>
        <w:br/>
        <w:t>При хмарі тихий місяця нарцис;&lt;br /&gt;</w:t>
        <w:br/>
        <w:t>недолю жарову минає...&lt;br /&gt;</w:t>
        <w:br/>
        <w:t>Де води не голублять рідний ліс,—&lt;br /&gt;</w:t>
        <w:br/>
        <w:t>мого шептання вже немає.&lt;br /&gt;</w:t>
        <w:br/>
        <w:t>Вже над березами рожев'я персня&lt;br /&gt;</w:t>
        <w:br/>
        <w:t>від пальців вечора—мов дим.&lt;br /&gt;</w:t>
        <w:br/>
        <w:t>Мовчу; хоч білий крик цвіте: збереться,&lt;br /&gt;</w:t>
        <w:br/>
        <w:t>і ніжности вінок вернім!</w:t>
      </w:r>
    </w:p>
    <w:p>
      <w:r>
        <w:br/>
        <w:t>Але надій посліплене каміння&lt;br /&gt;</w:t>
        <w:br/>
        <w:t>ріка, затоплюючи, пестить.&lt;br /&gt;</w:t>
        <w:br/>
        <w:t>І молода могила, сміхом винна,&lt;br /&gt;</w:t>
        <w:br/>
        <w:t>дзеркалить, і як з вікон—хрестик.&lt;br /&gt;</w:t>
        <w:br/>
        <w:t>Отам я схоронив любов некротку,&lt;br /&gt;</w:t>
        <w:br/>
        <w:t>що вкинула кинджал до ставу...&lt;br /&gt;</w:t>
        <w:br/>
        <w:t>пташини неба і листки до кроку&lt;br /&gt;</w:t>
        <w:br/>
        <w:t>тоді в нещебеті згасають.&lt;br /&gt;</w:t>
        <w:br/>
        <w:t>Піду, пустельник, по дощах нещастя;&lt;br /&gt;</w:t>
        <w:br/>
        <w:t>спалають смутки в самоті.&lt;br /&gt;</w:t>
        <w:br/>
        <w:t>Вже небо м'ятне—хиляться прощати&lt;br /&gt;</w:t>
        <w:br/>
        <w:t>тобі тополі, як святі.</w:t>
      </w:r>
    </w:p>
    <w:p>
      <w:r>
        <w:br/>
        <w:t>7.XI.49&lt;br /&gt;</w:t>
        <w:br/>
        <w:t>ПЕРЕБОРЕННЯ</w:t>
      </w:r>
    </w:p>
    <w:p>
      <w:r>
        <w:br/>
        <w:t>Біля дверей нерідних більший біль,&lt;br /&gt;</w:t>
        <w:br/>
        <w:t>ніж серцю на стеблині квітній&lt;br /&gt;</w:t>
        <w:br/>
        <w:t>дозволено нести! а звідусіль—&lt;br /&gt;</w:t>
        <w:br/>
        <w:t>світає, мов я йду говіти.&lt;br /&gt;</w:t>
        <w:br/>
        <w:t>Ніж серцю, ще не повний день, і смерть,—&lt;br /&gt;</w:t>
        <w:br/>
        <w:t>рукою до кори березі&lt;br /&gt;</w:t>
        <w:br/>
        <w:t>прихилишся під мідяне саме&lt;br /&gt;</w:t>
        <w:br/>
        <w:t>ридання на стежки тверезі.&lt;br /&gt;</w:t>
        <w:br/>
        <w:t>Ні ти не кинеш ластівкою вістки,&lt;br /&gt;</w:t>
        <w:br/>
        <w:t>де тільки небо зве простити.&lt;br /&gt;</w:t>
        <w:br/>
        <w:t>В ліси мовчання, з хмарою зміїсті&lt;br /&gt;</w:t>
        <w:br/>
        <w:t>веде зневіра чорні сіті.&lt;br /&gt;</w:t>
        <w:br/>
        <w:t>Це все обернеться в біди столисник,&lt;br /&gt;</w:t>
        <w:br/>
        <w:t>бо папороттю крику сліпить.&lt;br /&gt;</w:t>
        <w:br/>
        <w:t>Камінні двері скорбі ненависні;&lt;br /&gt;</w:t>
        <w:br/>
        <w:t>з життя: бджола і цвіт—пилинник.</w:t>
      </w:r>
    </w:p>
    <w:p>
      <w:r>
        <w:br/>
        <w:t>Прощай! твій поцілунок, помсти перстень,&lt;br /&gt;</w:t>
        <w:br/>
        <w:t>чуття до крапельки поранив.&lt;br /&gt;</w:t>
        <w:br/>
        <w:t>А серце стрепенуло з крил нестерпність,&lt;br /&gt;</w:t>
        <w:br/>
        <w:t>і слуха квітники від храмів.</w:t>
      </w:r>
    </w:p>
    <w:p>
      <w:r>
        <w:br/>
        <w:t>8.XI.49&lt;br /&gt;</w:t>
        <w:br/>
        <w:t>РОЗРАДА</w:t>
      </w:r>
    </w:p>
    <w:p>
      <w:r>
        <w:br/>
        <w:t>Орли від тебе сонце не несуть,&lt;br /&gt;</w:t>
        <w:br/>
        <w:t>бо ти забула вже про мене.&lt;br /&gt;</w:t>
        <w:br/>
        <w:t>До шляху світлість, мов небесний суд,&lt;br /&gt;</w:t>
        <w:br/>
        <w:t>і крукове крило скажене.&lt;br /&gt;</w:t>
        <w:br/>
        <w:t>Від тебе хмара в звістках не цвіте,&lt;br /&gt;</w:t>
        <w:br/>
        <w:t>вітрам—платок зелений ниви...&lt;br /&gt;</w:t>
        <w:br/>
        <w:t>все заполочинки мов: тремтите,&lt;br /&gt;</w:t>
        <w:br/>
        <w:t>озимі, й землю полонили!</w:t>
      </w:r>
    </w:p>
    <w:p>
      <w:r>
        <w:br/>
        <w:t>Нема тебе, кохана, вже й не щебет;&lt;br /&gt;</w:t>
        <w:br/>
        <w:t>від уст голублені долоні.&lt;br /&gt;</w:t>
        <w:br/>
        <w:t>Берез олтарна білість, а до тебе&lt;br /&gt;</w:t>
        <w:br/>
        <w:t>листки, не ластівки! холодні.</w:t>
      </w:r>
    </w:p>
    <w:p>
      <w:r>
        <w:br/>
        <w:t>Не шепіт вічности, що парус лодки —&lt;br /&gt;</w:t>
        <w:br/>
        <w:t>до скель невидимо в припливі.&lt;br /&gt;</w:t>
        <w:br/>
        <w:t>А кожен променя щільник солодкий&lt;br /&gt;</w:t>
        <w:br/>
        <w:t>всю душу, мов бджолу, щасливить.</w:t>
      </w:r>
    </w:p>
    <w:p>
      <w:r>
        <w:br/>
        <w:t>12.XI.49&lt;br /&gt;</w:t>
        <w:br/>
        <w:t>ЗВАЖЕНІСТЬ</w:t>
      </w:r>
    </w:p>
    <w:p>
      <w:r>
        <w:br/>
        <w:t>Не пожаліє птиця: в карне сонце,&lt;br /&gt;</w:t>
        <w:br/>
        <w:t>як мукою кого стемнила...&lt;br /&gt;</w:t>
        <w:br/>
        <w:t>І серце ранячи, зневажить конче,&lt;br /&gt;</w:t>
        <w:br/>
        <w:t>мовчатиме, собі не мила.&lt;br /&gt;</w:t>
        <w:br/>
        <w:t>Тоді на вітерці терпкого болю&lt;br /&gt;</w:t>
        <w:br/>
        <w:t>без чорноти, до всіх пчолин —&lt;br /&gt;</w:t>
        <w:br/>
        <w:t>під стріхою, що в неба, голубою,&lt;br /&gt;</w:t>
        <w:br/>
        <w:t>як щедрий соняшник, мовчи!</w:t>
      </w:r>
    </w:p>
    <w:p>
      <w:r>
        <w:br/>
        <w:t>До зірки в найбільшому вінці&lt;br /&gt;</w:t>
        <w:br/>
        <w:t>опівдні серцем загорись.&lt;br /&gt;</w:t>
        <w:br/>
        <w:t>Уже: до річки крила навгінці,—&lt;br /&gt;</w:t>
        <w:br/>
        <w:t>вона, кигуча, буде скрізь.</w:t>
      </w:r>
    </w:p>
    <w:p>
      <w:r>
        <w:br/>
        <w:t>Нехай через моря святі зозулі&lt;br /&gt;</w:t>
        <w:br/>
        <w:t>крізь смуток суджений літають.&lt;br /&gt;</w:t>
        <w:br/>
        <w:t>Не клич, душе! щоб небеса не чули—&lt;br /&gt;</w:t>
        <w:br/>
        <w:t>не прийде й не всміхнеться з гаю.</w:t>
      </w:r>
    </w:p>
    <w:p>
      <w:r>
        <w:br/>
        <w:t>9.Х 11.49&lt;br /&gt;</w:t>
        <w:br/>
        <w:t>ЯК СОНЦЕ ЩЕ РОДИЛОСЯ</w:t>
      </w:r>
    </w:p>
    <w:p>
      <w:r>
        <w:br/>
        <w:t>Як сонце ще родилося—давно,&lt;br /&gt;</w:t>
        <w:br/>
        <w:t>для серця ти була жадана:&lt;br /&gt;</w:t>
        <w:br/>
        <w:t>не голуб до колодязя, воно—&lt;br /&gt;</w:t>
        <w:br/>
        <w:t>до сплеску, до твого кохання.</w:t>
      </w:r>
    </w:p>
    <w:p>
      <w:r>
        <w:br/>
        <w:t>Але ще вище, ніж погляне сонце,&lt;br /&gt;</w:t>
        <w:br/>
        <w:t>в долонях дарувати ласки.&lt;br /&gt;</w:t>
        <w:br/>
        <w:t>І в лілії з очей роса не тоне&lt;br /&gt;</w:t>
        <w:br/>
        <w:t>твоєї, що в труну не класти.</w:t>
      </w:r>
    </w:p>
    <w:p>
      <w:r>
        <w:br/>
        <w:t>Не промине в огні мене не річка—&lt;br /&gt;</w:t>
        <w:br/>
        <w:t>любов, де квітнуть груди вишні.&lt;br /&gt;</w:t>
        <w:br/>
        <w:t>Як ластівка, лелінню неба стрічна,&lt;br /&gt;</w:t>
        <w:br/>
        <w:t>душа до тебе в дні північні.&lt;br /&gt;</w:t>
        <w:br/>
        <w:t>Твоє дихання доцвіта в дзвіночки&lt;br /&gt;</w:t>
        <w:br/>
        <w:t>блакитні—щастю на стеблинках.&lt;br /&gt;</w:t>
        <w:br/>
        <w:t>Б'є криллям несказанний чар жіночий&lt;br /&gt;</w:t>
        <w:br/>
        <w:t>від тебе в кров мені, єдина!&lt;br /&gt;</w:t>
        <w:br/>
        <w:t>Це в смерти щастя відберу квіточне&lt;br /&gt;</w:t>
        <w:br/>
        <w:t>спахне, мов келех—захлинеться;&lt;br /&gt;</w:t>
        <w:br/>
        <w:t>до серця стрепенеться й прошепоче&lt;br /&gt;</w:t>
        <w:br/>
        <w:t>субьба велика, як планета.</w:t>
      </w:r>
    </w:p>
    <w:p>
      <w:r>
        <w:br/>
        <w:t>11.ХІІ.49&lt;br /&gt;</w:t>
        <w:br/>
        <w:t>РОЗЛУКА ДО КОРАБЛЯ&lt;br /&gt;</w:t>
        <w:br/>
        <w:t>І</w:t>
      </w:r>
    </w:p>
    <w:p>
      <w:r>
        <w:br/>
        <w:t>Лиш дзвоном неба розбудився морок,&lt;br /&gt;</w:t>
        <w:br/>
        <w:t>і вже цвіте моє страждання—&lt;br /&gt;</w:t>
        <w:br/>
        <w:t>передсвітом я чую: скоро, скоро&lt;br /&gt;</w:t>
        <w:br/>
        <w:t>проплаче все, в розлуках дане.&lt;br /&gt;</w:t>
        <w:br/>
        <w:t>І білі ластівки, ласкаві руки&lt;br /&gt;</w:t>
        <w:br/>
        <w:t>коханої—заступить море,&lt;br /&gt;</w:t>
        <w:br/>
        <w:t>заступить стежку, де в шептаннях рути&lt;br /&gt;</w:t>
        <w:br/>
        <w:t>купається і сон поборе.</w:t>
      </w:r>
    </w:p>
    <w:p>
      <w:r>
        <w:br/>
        <w:t>Як вірне сонце простилає хустку&lt;br /&gt;</w:t>
        <w:br/>
        <w:t>тобі до ніжок, не побачу.&lt;br /&gt;</w:t>
        <w:br/>
        <w:t>Як зірку де торкнеш пурпурноусту&lt;br /&gt;</w:t>
        <w:br/>
        <w:t>чи пташку сполохнеш дитячу.</w:t>
      </w:r>
    </w:p>
    <w:p>
      <w:r>
        <w:br/>
        <w:t>Чи найбіліше небо в грудях стане&lt;br /&gt;</w:t>
        <w:br/>
        <w:t>по трепеті коханій, в стрічі&lt;br /&gt;</w:t>
        <w:br/>
        <w:t>То наше, рідне, ще душі незнане,&lt;br /&gt;</w:t>
        <w:br/>
        <w:t>ніжніє крилами на річці.</w:t>
      </w:r>
    </w:p>
    <w:p>
      <w:r>
        <w:br/>
        <w:t>Грімкіш, ніж ланцюги на кораблях,&lt;br /&gt;</w:t>
        <w:br/>
        <w:t>воно єднає кров крізь радість:&lt;br /&gt;</w:t>
        <w:br/>
        <w:t>як вечір айстри в морі поглибля,&lt;br /&gt;</w:t>
        <w:br/>
        <w:t>до серця буде розгоратись.&lt;br /&gt;</w:t>
        <w:br/>
        <w:t>І рватись гілкою світань вселенських&lt;br /&gt;</w:t>
        <w:br/>
        <w:t>аж на життя дзвінких карнизах;&lt;br /&gt;</w:t>
        <w:br/>
        <w:t>гніздо небесних горлиць—білий плескіт,&lt;br /&gt;</w:t>
        <w:br/>
        <w:t>вітає вітер нивок пізніх.&lt;br /&gt;</w:t>
        <w:br/>
        <w:t>Над ними всі страждання перебігли&lt;br /&gt;</w:t>
        <w:br/>
        <w:t>без тебе, світку, несказанні,&lt;br /&gt;</w:t>
        <w:br/>
        <w:t>і вже катує душу вибух білий&lt;br /&gt;</w:t>
        <w:br/>
        <w:t>без тебе в димнім океані.&lt;br /&gt;</w:t>
        <w:br/>
        <w:t>Крізь нього, терплячи грудьми, прикличу&lt;br /&gt;</w:t>
        <w:br/>
        <w:t>на пристрасть присмерку до вишень—&lt;br /&gt;</w:t>
        <w:br/>
        <w:t>єдина! небо в глибину криничну&lt;br /&gt;</w:t>
        <w:br/>
        <w:t>згорає, і земля колише.</w:t>
      </w:r>
    </w:p>
    <w:p>
      <w:r>
        <w:br/>
        <w:t>І причарує ніч, як річка, щира,&lt;br /&gt;</w:t>
        <w:br/>
        <w:t>між привиди всіх снів своїх.&lt;br /&gt;</w:t>
        <w:br/>
        <w:t>Під світляними кпинами сузір'я—&lt;br /&gt;</w:t>
        <w:br/>
        <w:t>нас повінчають солов'ї..</w:t>
      </w:r>
    </w:p>
    <w:p>
      <w:r>
        <w:br/>
        <w:t>22.XII.49&lt;br /&gt;</w:t>
        <w:br/>
        <w:t>Це все, що йде—по передвістю йде,&lt;br /&gt;</w:t>
        <w:br/>
        <w:t>на озеро, на несмертельне...&lt;br /&gt;</w:t>
        <w:br/>
        <w:t>Це все жоржинне: сонцю не бліде:&lt;br /&gt;</w:t>
        <w:br/>
        <w:t>тут не забуде вже мене.&lt;br /&gt;</w:t>
        <w:br/>
        <w:t>Не темнене на зраді з океану,&lt;br /&gt;</w:t>
        <w:br/>
        <w:t>ласкаеться між нами зразу.&lt;br /&gt;</w:t>
        <w:br/>
        <w:t>Пташа біди в годину окаянну&lt;br /&gt;</w:t>
        <w:br/>
        <w:t>за смерчами синіє сказу...&lt;br /&gt;</w:t>
        <w:br/>
        <w:t>Розділено! і сплачуть неминучі&lt;br /&gt;</w:t>
        <w:br/>
        <w:t>потоки з вічного вулкання.&lt;br /&gt;</w:t>
        <w:br/>
        <w:t>Вишнева мрія при бджолиній тучі&lt;br /&gt;</w:t>
        <w:br/>
        <w:t>всміхатися ж не відвикала.&lt;br /&gt;</w:t>
        <w:br/>
        <w:t>І ти до неї в молодім віночку&lt;br /&gt;</w:t>
        <w:br/>
        <w:t>високого, мов день, кохання...&lt;br /&gt;</w:t>
        <w:br/>
        <w:t>На брамі зірки вже відкрити хочу&lt;br /&gt;</w:t>
        <w:br/>
        <w:t>ласкавість, що була остання.</w:t>
      </w:r>
    </w:p>
    <w:p>
      <w:r>
        <w:br/>
        <w:t>На гріх проллється голубе прощення,&lt;br /&gt;</w:t>
        <w:br/>
        <w:t>невмисний, мов сновиддя птаха;&lt;br /&gt;</w:t>
        <w:br/>
        <w:t>безмежності в степах зірок привчена&lt;br /&gt;</w:t>
        <w:br/>
        <w:t>розвидниться душа при хатах.</w:t>
      </w:r>
    </w:p>
    <w:p>
      <w:r>
        <w:br/>
        <w:t>І вже до тебе з-за серпа розлуки&lt;br /&gt;</w:t>
        <w:br/>
        <w:t>через морозну вічність горя,&lt;br /&gt;</w:t>
        <w:br/>
        <w:t>докрикне кров'ю,— хоч прибій не слуха,—&lt;br /&gt;</w:t>
        <w:br/>
        <w:t>ніяк ридання не прогорне.&lt;br /&gt;</w:t>
        <w:br/>
        <w:t>Біда це все журба, що я без тебе,—&lt;br /&gt;</w:t>
        <w:br/>
        <w:t>а де не без небес пройду,&lt;br /&gt;</w:t>
        <w:br/>
        <w:t>мов грядка добрих арфок—цвітом тепле,&lt;br /&gt;</w:t>
        <w:br/>
        <w:t>незнане промовля в саду.</w:t>
      </w:r>
    </w:p>
    <w:p>
      <w:r>
        <w:br/>
        <w:t>То як же витерпіти, як не в ниві&lt;br /&gt;</w:t>
        <w:br/>
        <w:t>зеленого під снігом болю&lt;br /&gt;</w:t>
        <w:br/>
        <w:t>ключі згубити від зірок щасливих&lt;br /&gt;</w:t>
        <w:br/>
        <w:t>і в колосках знайти з тобою.</w:t>
      </w:r>
    </w:p>
    <w:p>
      <w:r>
        <w:br/>
        <w:t>28.XII.49&lt;br /&gt;</w:t>
        <w:br/>
        <w:t>ОБНОВА ДНЯ</w:t>
      </w:r>
    </w:p>
    <w:p>
      <w:r>
        <w:br/>
        <w:t>Тебе не бачать очі,— серце плаче,&lt;br /&gt;</w:t>
        <w:br/>
        <w:t>але й стражданнями радію:&lt;br /&gt;</w:t>
        <w:br/>
        <w:t>під громом соняшник німий неначе,&lt;br /&gt;</w:t>
        <w:br/>
        <w:t>росинку світить на неділю.</w:t>
      </w:r>
    </w:p>
    <w:p>
      <w:r>
        <w:br/>
        <w:t>Як струми ясности крізь сизу хмару,&lt;br /&gt;</w:t>
        <w:br/>
        <w:t>недавні радості говорять.&lt;br /&gt;</w:t>
        <w:br/>
        <w:t>Часинку кожну, в пестощах немарну,&lt;br /&gt;</w:t>
        <w:br/>
        <w:t>навіки визволять від горя.</w:t>
      </w:r>
    </w:p>
    <w:p>
      <w:r>
        <w:br/>
        <w:t>На грудях пахощами рідна вишні—&lt;br /&gt;</w:t>
        <w:br/>
        <w:t>недужа ніжністю душа.&lt;br /&gt;</w:t>
        <w:br/>
        <w:t>Це й не відвертість орхідеї грішна,&lt;br /&gt;</w:t>
        <w:br/>
        <w:t>як сонце ласку приспіша.</w:t>
      </w:r>
    </w:p>
    <w:p>
      <w:r>
        <w:br/>
        <w:t>Хоч ніби орхідеїне з стеблини&lt;br /&gt;</w:t>
        <w:br/>
        <w:t>сіяння—пристрасть: як твоя—&lt;br /&gt;</w:t>
        <w:br/>
        <w:t>простерлася до уст мені і нині,&lt;br /&gt;</w:t>
        <w:br/>
        <w:t>стозір'я так не просія.</w:t>
      </w:r>
    </w:p>
    <w:p>
      <w:r>
        <w:br/>
        <w:t>Вся тайна поривання в небі синя,&lt;br /&gt;</w:t>
        <w:br/>
        <w:t>і в тіні—ми в привітнім місті.&lt;br /&gt;</w:t>
        <w:br/>
        <w:t>Кривавлять губи гострого цвітіння,&lt;br /&gt;</w:t>
        <w:br/>
        <w:t>а серця скарб, як квітка, чистий.&lt;br /&gt;</w:t>
        <w:br/>
        <w:t>Дорогоцінність пристрасти пізнаю&lt;br /&gt;</w:t>
        <w:br/>
        <w:t>в цілунку, жадному без міри.&lt;br /&gt;</w:t>
        <w:br/>
        <w:t>Де сосна спомину прошепче з гаю,&lt;br /&gt;</w:t>
        <w:br/>
        <w:t>де чистий місяць їй довірить.&lt;br /&gt;</w:t>
        <w:br/>
        <w:t>Де дожене блаженне почуття—&lt;br /&gt;</w:t>
        <w:br/>
        <w:t>все серце, мов огонь від гаю.&lt;br /&gt;</w:t>
        <w:br/>
        <w:t>А зірка—трепету не прочита,&lt;br /&gt;</w:t>
        <w:br/>
        <w:t>бо день над нею повітаю...&lt;br /&gt;</w:t>
        <w:br/>
        <w:t>В соборі, що зо мною полюбила&lt;br /&gt;</w:t>
        <w:br/>
        <w:t>кохана,—станемо преклонні,&lt;br /&gt;</w:t>
        <w:br/>
        <w:t>де музики галузка голубина&lt;br /&gt;</w:t>
        <w:br/>
        <w:t>гуде до Божої долоні.</w:t>
      </w:r>
    </w:p>
    <w:p>
      <w:r>
        <w:br/>
        <w:t>10.1.&lt;br /&gt;</w:t>
        <w:br/>
        <w:t>ОКЕАН</w:t>
      </w:r>
    </w:p>
    <w:p>
      <w:r>
        <w:br/>
        <w:t>Уже за мною голубині сестри,&lt;br /&gt;</w:t>
        <w:br/>
        <w:t>кигичучи, мов сон, витають;&lt;br /&gt;</w:t>
        <w:br/>
        <w:t>як море все на віщім перехресті,&lt;br /&gt;</w:t>
        <w:br/>
        <w:t>та все спливає в сиву тайну.&lt;br /&gt;</w:t>
        <w:br/>
        <w:t>Чого це незриданні зграї кружать&lt;br /&gt;</w:t>
        <w:br/>
        <w:t>без сонця до мого чола?&lt;br /&gt;</w:t>
        <w:br/>
        <w:t>Нас доля—як не стали ще подружжя—&lt;br /&gt;</w:t>
        <w:br/>
        <w:t>вже океаном розвела...&lt;br /&gt;</w:t>
        <w:br/>
        <w:t>Вже досвітом на глибині відчаю,&lt;br /&gt;</w:t>
        <w:br/>
        <w:t>де риза пориває вічно;&lt;br /&gt;</w:t>
        <w:br/>
        <w:t>о, рідне серце! як я дожидаю,&lt;br /&gt;</w:t>
        <w:br/>
        <w:t>й чаїні втішення навіщо?</w:t>
      </w:r>
    </w:p>
    <w:p>
      <w:r>
        <w:br/>
        <w:t>Бо тільки сонце з крови перекаже&lt;br /&gt;</w:t>
        <w:br/>
        <w:t>проз океан—мою біду,&lt;br /&gt;</w:t>
        <w:br/>
        <w:t>де білокрилля хмару й хвилю в'яже,&lt;br /&gt;</w:t>
        <w:br/>
        <w:t>де я до тебе не прийду...</w:t>
      </w:r>
    </w:p>
    <w:p>
      <w:r>
        <w:br/>
        <w:t>де в персні неба ясність янголина,&lt;br /&gt;</w:t>
        <w:br/>
        <w:t>де левами вода веде,—&lt;br /&gt;</w:t>
        <w:br/>
        <w:t>вітання в руки сонця перелине&lt;br /&gt;</w:t>
        <w:br/>
        <w:t>зеленим димом доцвіте.&lt;br /&gt;</w:t>
        <w:br/>
        <w:t>Волошкове, навіки з грому візьме&lt;br /&gt;</w:t>
        <w:br/>
        <w:t>все огняне, все молоде!&lt;br /&gt;</w:t>
        <w:br/>
        <w:t>На божевілля вигляне, на грізне,&lt;br /&gt;</w:t>
        <w:br/>
        <w:t>сіяння з келії святе.&lt;br /&gt;</w:t>
        <w:br/>
        <w:t>І дзвони пісні, наче щастя, сняться,&lt;br /&gt;</w:t>
        <w:br/>
        <w:t>в чаїнії вінки вквітають.&lt;br /&gt;</w:t>
        <w:br/>
        <w:t>Хрещату щоглу, що в надсвіття знята,&lt;br /&gt;</w:t>
        <w:br/>
        <w:t>виводять з вишивки і гаю.</w:t>
      </w:r>
    </w:p>
    <w:p>
      <w:r>
        <w:br/>
        <w:t>І крильцями твої думки кохані&lt;br /&gt;</w:t>
        <w:br/>
        <w:t>через розлуку синю кличуть—&lt;br /&gt;</w:t>
        <w:br/>
        <w:t>вона на серці: дужім океані:&lt;br /&gt;</w:t>
        <w:br/>
        <w:t>кричить нещастями на стрічу.&lt;br /&gt;</w:t>
        <w:br/>
        <w:t>Стань, ясна ясочко і цвітко вишні,&lt;br /&gt;</w:t>
        <w:br/>
        <w:t>бо спогади страждання будять,&lt;br /&gt;</w:t>
        <w:br/>
        <w:t>бо океан, гірку біду надпивши,&lt;br /&gt;</w:t>
        <w:br/>
        <w:t>мережку розрива на грудях.&lt;br /&gt;</w:t>
        <w:br/>
        <w:t>Без тебе крушить гори з завірюхи,&lt;br /&gt;</w:t>
        <w:br/>
        <w:t>кипить пожежею сідою.&lt;br /&gt;</w:t>
        <w:br/>
        <w:t>Над клавішами підкидає руки,&lt;br /&gt;</w:t>
        <w:br/>
        <w:t>щоб ти почула всю недолю.&lt;br /&gt;</w:t>
        <w:br/>
        <w:t>І музиці, мов кров—живій, схлинатись&lt;br /&gt;</w:t>
        <w:br/>
        <w:t>без тебе крізь огні свічані,&lt;br /&gt;</w:t>
        <w:br/>
        <w:t>де розпал і несамовиття натиск,&lt;br /&gt;</w:t>
        <w:br/>
        <w:t>як де на брамах бій мечами.</w:t>
      </w:r>
    </w:p>
    <w:p>
      <w:r>
        <w:br/>
        <w:t>І день, мов дзеркало, розбито вдрузки,&lt;br /&gt;</w:t>
        <w:br/>
        <w:t>ні променя твого немає.&lt;br /&gt;</w:t>
        <w:br/>
        <w:t>І вже ніде пташиної галузки&lt;br /&gt;</w:t>
        <w:br/>
        <w:t>блакитна щирість не гойдає.&lt;br /&gt;</w:t>
        <w:br/>
        <w:t>Лиш сонце привіталося крізь скорбі,&lt;br /&gt;</w:t>
        <w:br/>
        <w:t>Черпнуло з вихору в долоню.&lt;br /&gt;</w:t>
        <w:br/>
        <w:t>За чайками шепочуть хвилі добрі&lt;br /&gt;</w:t>
        <w:br/>
        <w:t>без тебе в глибину холодну.&lt;br /&gt;</w:t>
        <w:br/>
        <w:t>Бо незабудками відкриє радість, леле!&lt;br /&gt;</w:t>
        <w:br/>
        <w:t>твоя над берегами тучі,&lt;br /&gt;</w:t>
        <w:br/>
        <w:t>і як на празник до ікон, простеле,&lt;br /&gt;</w:t>
        <w:br/>
        <w:t>турбуючись, грезет кипучий.</w:t>
      </w:r>
    </w:p>
    <w:p>
      <w:r>
        <w:br/>
        <w:t>Дихання бризного безперестанку,&lt;br /&gt;</w:t>
        <w:br/>
        <w:t>грудьми, як скрипку, жду давно.&lt;br /&gt;</w:t>
        <w:br/>
        <w:t>Від хвилі шепоти навкруг не втануть;&lt;br /&gt;</w:t>
        <w:br/>
        <w:t>що люба кличе на вино.&lt;br /&gt;</w:t>
        <w:br/>
        <w:t>Як трепет океану, вся спромога&lt;br /&gt;</w:t>
        <w:br/>
        <w:t>пісенна—від грудей, що з горя&lt;br /&gt;</w:t>
        <w:br/>
        <w:t>вже кров'ю милого життя до Бога&lt;br /&gt;</w:t>
        <w:br/>
        <w:t>при всіх трояндах проговорять.</w:t>
      </w:r>
    </w:p>
    <w:p>
      <w:r>
        <w:br/>
        <w:t>І на вуста нам свіжість ресказанна,&lt;br /&gt;</w:t>
        <w:br/>
        <w:t>бо квіткою в крові не сохне;&lt;br /&gt;</w:t>
        <w:br/>
        <w:t>але голубить кораблі кохання,&lt;br /&gt;</w:t>
        <w:br/>
        <w:t>зустрівш сизокриле сонце.&lt;br /&gt;</w:t>
        <w:br/>
        <w:t>Це все—не гріх, трояндне від любови,&lt;br /&gt;</w:t>
        <w:br/>
        <w:t>сама пелюстками священна.&lt;br /&gt;</w:t>
        <w:br/>
        <w:t>І лиш її роса жива оновить&lt;br /&gt;</w:t>
        <w:br/>
        <w:t>людське благання і прощення.&lt;br /&gt;</w:t>
        <w:br/>
        <w:t>Крізь них і спомини в вінках чаїних&lt;br /&gt;</w:t>
        <w:br/>
        <w:t>бринять, як океанські квіти,&lt;br /&gt;</w:t>
        <w:br/>
        <w:t>о, рідне серце! —все при тій святині,&lt;br /&gt;</w:t>
        <w:br/>
        <w:t>де я з тобою міг радіти.</w:t>
      </w:r>
    </w:p>
    <w:p>
      <w:r>
        <w:br/>
        <w:t>25.1.50&lt;br /&gt;</w:t>
        <w:br/>
        <w:t>КРАЙ САМОТИ</w:t>
      </w:r>
    </w:p>
    <w:p>
      <w:r>
        <w:br/>
        <w:t>Вже й не скажу—душа моя додолу,&lt;br /&gt;</w:t>
        <w:br/>
        <w:t>тополиного смутку повна,&lt;br /&gt;</w:t>
        <w:br/>
        <w:t>вітрам недолі, де й прибій! —спрокволу&lt;br /&gt;</w:t>
        <w:br/>
        <w:t>вклоняється не біля поля.</w:t>
      </w:r>
    </w:p>
    <w:p>
      <w:r>
        <w:br/>
        <w:t>Не біля бризок білих від конвалій,—&lt;br /&gt;</w:t>
        <w:br/>
        <w:t>на віях тониками тихі...&lt;br /&gt;</w:t>
        <w:br/>
        <w:t>Все їх вітри від моря поривали&lt;br /&gt;</w:t>
        <w:br/>
        <w:t>з гіркого гуркоту, мов лихо.&lt;br /&gt;</w:t>
        <w:br/>
        <w:t>Але на самоті, при всій пожежі&lt;br /&gt;</w:t>
        <w:br/>
        <w:t>моєї скорбі—все без тебе...&lt;br /&gt;</w:t>
        <w:br/>
        <w:t>чого їй треба: долі, що безмежні&lt;br /&gt;</w:t>
        <w:br/>
        <w:t>мечі терпіння й небо темне.&lt;br /&gt;</w:t>
        <w:br/>
        <w:t>Ніде не муч ні крильми, ні очима,&lt;br /&gt;</w:t>
        <w:br/>
        <w:t>бо я вже на колінах жертва...&lt;br /&gt;</w:t>
        <w:br/>
        <w:t>І лиш любов, що їй моря відчинять,&lt;br /&gt;</w:t>
        <w:br/>
        <w:t>зорю,— втіша, над сонце щедра.</w:t>
      </w:r>
    </w:p>
    <w:p>
      <w:r>
        <w:br/>
        <w:t>III.50&lt;br /&gt;</w:t>
        <w:br/>
        <w:t>СЬОГОДНІ</w:t>
      </w:r>
    </w:p>
    <w:p>
      <w:r>
        <w:br/>
        <w:t>Сьогодні не посіє пелюстинку&lt;br /&gt;</w:t>
        <w:br/>
        <w:t>небесного ласкания—серцю:&lt;br /&gt;</w:t>
        <w:br/>
        <w:t>цей молодик! що з пломеня поринув&lt;br /&gt;</w:t>
        <w:br/>
        <w:t>розкрилено в глибінь несмертну.&lt;br /&gt;</w:t>
        <w:br/>
        <w:t>Вітрило—промінь, і мені, мов човен:&lt;br /&gt;</w:t>
        <w:br/>
        <w:t>останній на лазурі день.&lt;br /&gt;</w:t>
        <w:br/>
        <w:t>І рукава твого, як квіт, парчове&lt;br /&gt;</w:t>
        <w:br/>
        <w:t>крізь спомин сяєво пряде.&lt;br /&gt;</w:t>
        <w:br/>
        <w:t>Бо ти на золотій горі світання;&lt;br /&gt;</w:t>
        <w:br/>
        <w:t>довіє й хвиля поцілунок.&lt;br /&gt;</w:t>
        <w:br/>
        <w:t>Та чайка, смутками неперестанна;&lt;br /&gt;</w:t>
        <w:br/>
        <w:t>до гілки—в моря повно струнок.</w:t>
      </w:r>
    </w:p>
    <w:p>
      <w:r>
        <w:br/>
        <w:t>І в серце, над труну, з троянд воскресне&lt;br /&gt;</w:t>
        <w:br/>
        <w:t>голублене: не дощ очей,—&lt;br /&gt;</w:t>
        <w:br/>
        <w:t>саме кохання! сонце там, як перстень,&lt;br /&gt;</w:t>
        <w:br/>
        <w:t>і небо до човна тече.</w:t>
      </w:r>
    </w:p>
    <w:p>
      <w:r>
        <w:br/>
        <w:t>23.IV.50&lt;br /&gt;</w:t>
        <w:br/>
        <w:t>ДОЖИДАННЯ СТРІЧІ&lt;br /&gt;</w:t>
        <w:br/>
        <w:t>І.</w:t>
      </w:r>
    </w:p>
    <w:p>
      <w:r>
        <w:br/>
        <w:t>Невже забуті небеса—в недолю&lt;br /&gt;</w:t>
        <w:br/>
        <w:t>похилено, щоб погасити?&lt;br /&gt;</w:t>
        <w:br/>
        <w:t>Чаїний жаль з грози, і молодою&lt;br /&gt;</w:t>
        <w:br/>
        <w:t>бідою хлюпає на світі.&lt;br /&gt;</w:t>
        <w:br/>
        <w:t>Я, каменіючи, весь трепет вип'ю&lt;br /&gt;</w:t>
        <w:br/>
        <w:t>новонароджений листочка...&lt;br /&gt;</w:t>
        <w:br/>
        <w:t>І хто ж, як сироту, бджолину липу,&lt;br /&gt;</w:t>
        <w:br/>
        <w:t>склинає? в сонці непорочна.&lt;br /&gt;</w:t>
        <w:br/>
        <w:t>Вона—зеленістю до хвилі свічка,&lt;br /&gt;</w:t>
        <w:br/>
        <w:t>самотна: до пташок ридання&lt;br /&gt;</w:t>
        <w:br/>
        <w:t>до гострокрилого! — сльоза ж несвітська&lt;br /&gt;</w:t>
        <w:br/>
        <w:t>на віях сонця поспадала.</w:t>
      </w:r>
    </w:p>
    <w:p>
      <w:r>
        <w:br/>
        <w:t>Навколо без коханої, до моря&lt;br /&gt;</w:t>
        <w:br/>
        <w:t>журби галуззя неспиниме.&lt;br /&gt;</w:t>
        <w:br/>
        <w:t>Ні росяна, ні в грядці, наче вчора,&lt;br /&gt;</w:t>
        <w:br/>
        <w:t>вже біла радість не цвістиме.</w:t>
      </w:r>
    </w:p>
    <w:p>
      <w:r>
        <w:br/>
        <w:t>10.IV.50&lt;br /&gt;</w:t>
        <w:br/>
        <w:t>Чи то життя: що ласки дзвін розквітлий&lt;br /&gt;</w:t>
        <w:br/>
        <w:t>вітрам навік відколихає.&lt;br /&gt;</w:t>
        <w:br/>
        <w:t>І не моїх грудей солодкі діти —&lt;br /&gt;</w:t>
        <w:br/>
        <w:t>відтіль, де забуття немає.</w:t>
      </w:r>
    </w:p>
    <w:p>
      <w:r>
        <w:br/>
        <w:t>І зве крізь кров ласкаве нетерпіння&lt;br /&gt;</w:t>
        <w:br/>
        <w:t>зустріти знов тебе без тайни.&lt;br /&gt;</w:t>
        <w:br/>
        <w:t>І приймеш сонце, бо лілей княгиня,&lt;br /&gt;</w:t>
        <w:br/>
        <w:t>від нього тілу розквітати.</w:t>
      </w:r>
    </w:p>
    <w:p>
      <w:r>
        <w:br/>
        <w:t>І щастя ще достотне до вікна,&lt;br /&gt;</w:t>
        <w:br/>
        <w:t>від пестощів роса спалає.&lt;br /&gt;</w:t>
        <w:br/>
        <w:t>І чиста думка, тепла, як весна&lt;br /&gt;</w:t>
        <w:br/>
        <w:t>цвіте, де ворогів немає.</w:t>
      </w:r>
    </w:p>
    <w:p>
      <w:r>
        <w:br/>
        <w:t>Я ніжно жду її—як краплю, звану&lt;br /&gt;</w:t>
        <w:br/>
        <w:t>часинку, що з ріжка на крині...&lt;br /&gt;</w:t>
        <w:br/>
        <w:t>прекрасна! в радості шептати стану,&lt;br /&gt;</w:t>
        <w:br/>
        <w:t>любови болі білокрилі.</w:t>
      </w:r>
    </w:p>
    <w:p>
      <w:r>
        <w:br/>
        <w:t>11.ІУ.50&lt;br /&gt;</w:t>
        <w:br/>
        <w:t>Все—самота; а де в душі вікно,&lt;br /&gt;</w:t>
        <w:br/>
        <w:t>все випадку гілля сліпуче.&lt;br /&gt;</w:t>
        <w:br/>
        <w:t>І сірі голоси біди в одно —&lt;br /&gt;</w:t>
        <w:br/>
        <w:t>від ночі, надбережна круче!&lt;br /&gt;</w:t>
        <w:br/>
        <w:t>Стремтить печалі—скрипка світляна,&lt;br /&gt;</w:t>
        <w:br/>
        <w:t>помріяна й за сонце біле:&lt;br /&gt;</w:t>
        <w:br/>
        <w:t>грудьми болівше, любе, повіта,&lt;br /&gt;</w:t>
        <w:br/>
        <w:t>чи колихала квіт, неділе?&lt;br /&gt;</w:t>
        <w:br/>
        <w:t>Кохання, при потокові з вербою,&lt;br /&gt;</w:t>
        <w:br/>
        <w:t>як розсипається коса:&lt;br /&gt;</w:t>
        <w:br/>
        <w:t>на пестощах, схрестивши з голубою&lt;br /&gt;</w:t>
        <w:br/>
        <w:t>росою руки— воскреса...</w:t>
      </w:r>
    </w:p>
    <w:p>
      <w:r>
        <w:br/>
        <w:t>Ще місяць, мов на спомин серга красна,&lt;br /&gt;</w:t>
        <w:br/>
        <w:t>при березі твоїм застиг.&lt;br /&gt;</w:t>
        <w:br/>
        <w:t>І ти була вже квіт, що хилить казка&lt;br /&gt;</w:t>
        <w:br/>
        <w:t>біля зірок життя близьких.</w:t>
      </w:r>
    </w:p>
    <w:p>
      <w:r>
        <w:br/>
        <w:t>13.IV.50&lt;br /&gt;</w:t>
        <w:br/>
        <w:t>З листка страждання порива краплину,&lt;br /&gt;</w:t>
        <w:br/>
        <w:t>а груди в свіжості—з вітрів.&lt;br /&gt;</w:t>
        <w:br/>
        <w:t>Галузки, що в розлуці, не покину;&lt;br /&gt;</w:t>
        <w:br/>
        <w:t>проти біди її зустрів.</w:t>
      </w:r>
    </w:p>
    <w:p>
      <w:r>
        <w:br/>
        <w:t>І вже по безконечності відхмарить&lt;br /&gt;</w:t>
        <w:br/>
        <w:t>холодний сутінок за вишлю.&lt;br /&gt;</w:t>
        <w:br/>
        <w:t>Тоді це знов: соняшники немарні—&lt;br /&gt;</w:t>
        <w:br/>
        <w:t>як огнелиці,— вістку вишлю.&lt;br /&gt;</w:t>
        <w:br/>
        <w:t>А то нема мені й пилинки квіту&lt;br /&gt;</w:t>
        <w:br/>
        <w:t>при озері до самоти.&lt;br /&gt;</w:t>
        <w:br/>
        <w:t>Коханих рук зірками не зогріту&lt;br /&gt;</w:t>
        <w:br/>
        <w:t>схиляю душу доцвісти.&lt;br /&gt;</w:t>
        <w:br/>
        <w:t>І тільки в спомині на блискавиці,&lt;br /&gt;</w:t>
        <w:br/>
        <w:t>що з світу голосом безумна—&lt;br /&gt;</w:t>
        <w:br/>
        <w:t>про щастя при тополі, сном сповитій,&lt;br /&gt;</w:t>
        <w:br/>
        <w:t>віщує серце, мов зозуля.</w:t>
      </w:r>
    </w:p>
    <w:p>
      <w:r>
        <w:br/>
        <w:t>16.IV.50&lt;br /&gt;</w:t>
        <w:br/>
        <w:t>Не спиниться вітрів'я рясновіте;&lt;br /&gt;</w:t>
        <w:br/>
        <w:t>як молодість, мина проз мене.&lt;br /&gt;</w:t>
        <w:br/>
        <w:t>Ви, чайки, найріднішу душу кличте,&lt;br /&gt;</w:t>
        <w:br/>
        <w:t>бо горе свіжістю шалене.&lt;br /&gt;</w:t>
        <w:br/>
        <w:t>Ти: вії свічки, де світа найвище—&lt;br /&gt;</w:t>
        <w:br/>
        <w:t>в пориві, через грози вірна.&lt;br /&gt;</w:t>
        <w:br/>
        <w:t>Як до грудей мені горіти: дише&lt;br /&gt;</w:t>
        <w:br/>
        <w:t>крило, що ластовинки ширять.&lt;br /&gt;</w:t>
        <w:br/>
        <w:t>Мов де квітуче сонце, враз обніме,&lt;br /&gt;</w:t>
        <w:br/>
        <w:t>коса мені завіє серце.&lt;br /&gt;</w:t>
        <w:br/>
        <w:t>І неспалиме, кров'ю вже скропиме.&lt;br /&gt;</w:t>
        <w:br/>
        <w:t>промовить щастя, все несмертне...</w:t>
      </w:r>
    </w:p>
    <w:p>
      <w:r>
        <w:br/>
        <w:t>Все чисте: голубе, як дзвін—небесне,&lt;br /&gt;</w:t>
        <w:br/>
        <w:t>до нас на озері промовить.&lt;br /&gt;</w:t>
        <w:br/>
        <w:t>І лілія несе рожевий перстень&lt;br /&gt;</w:t>
        <w:br/>
        <w:t>тобі в заручини шовкові.</w:t>
      </w:r>
    </w:p>
    <w:p>
      <w:r>
        <w:br/>
        <w:t>26.У.50&lt;br /&gt;</w:t>
        <w:br/>
        <w:t>Ще гірше світло в'яле, ніж отрута,&lt;br /&gt;</w:t>
        <w:br/>
        <w:t>де не тобі цвіте вікно,&lt;br /&gt;</w:t>
        <w:br/>
        <w:t>де не шепчу я: пташко! чи забута&lt;br /&gt;</w:t>
        <w:br/>
        <w:t>без болю ночі вже давно.&lt;br /&gt;</w:t>
        <w:br/>
        <w:t>Прокотиться, мов іскра грому, в думці:&lt;br /&gt;</w:t>
        <w:br/>
        <w:t>що доля квіткова погасла,&lt;br /&gt;</w:t>
        <w:br/>
        <w:t>що не бджолине вже життя медунці,&lt;br /&gt;</w:t>
        <w:br/>
        <w:t>і річка не розчеше пасма.&lt;br /&gt;</w:t>
        <w:br/>
        <w:t>І не зворушені зірки хрещаті&lt;br /&gt;</w:t>
        <w:br/>
        <w:t>за сном і сонцем дожидають.&lt;br /&gt;</w:t>
        <w:br/>
        <w:t>Не буде вже грудей мені кохати&lt;br /&gt;</w:t>
        <w:br/>
        <w:t>сопілка молода від гаю.</w:t>
      </w:r>
    </w:p>
    <w:p>
      <w:r>
        <w:br/>
        <w:t>Вино нещастя бризне на могили;&lt;br /&gt;</w:t>
        <w:br/>
        <w:t>без жайворонків скорб обом.&lt;br /&gt;</w:t>
        <w:br/>
        <w:t>І листя крови в забуття нахилить,&lt;br /&gt;</w:t>
        <w:br/>
        <w:t>мов янголиний крин, любов.</w:t>
      </w:r>
    </w:p>
    <w:p>
      <w:r>
        <w:br/>
        <w:t>5.VI.50&lt;br /&gt;</w:t>
        <w:br/>
        <w:t>БЕЗЛЮДНІСТЬ МОРЯ</w:t>
      </w:r>
    </w:p>
    <w:p>
      <w:r>
        <w:br/>
        <w:t>Я — тінь, лежу на дальнім безграниччі;&lt;br /&gt;</w:t>
        <w:br/>
        <w:t>троянда, мов огонь, на грудях.&lt;br /&gt;</w:t>
        <w:br/>
        <w:t>Лежу, і небо, що ридає ввічі&lt;br /&gt;</w:t>
        <w:br/>
        <w:t>крізь рясноту: краса нелюдна.</w:t>
      </w:r>
    </w:p>
    <w:p>
      <w:r>
        <w:br/>
        <w:t>І руки пронесло, не як убивець,&lt;br /&gt;</w:t>
        <w:br/>
        <w:t>між сонцем дерево і мною.&lt;br /&gt;</w:t>
        <w:br/>
        <w:t>Зелений шепіт! море полюбитись&lt;br /&gt;</w:t>
        <w:br/>
        <w:t>душею хоче голубою.</w:t>
      </w:r>
    </w:p>
    <w:p>
      <w:r>
        <w:br/>
        <w:t>Я на шовку, що, земле, для недужих&lt;br /&gt;</w:t>
        <w:br/>
        <w:t>шумить, найнижчий, до сердець...&lt;br /&gt;</w:t>
        <w:br/>
        <w:t>де викохала і квітчаста будеш,&lt;br /&gt;</w:t>
        <w:br/>
        <w:t>де казку дерево пряде.</w:t>
      </w:r>
    </w:p>
    <w:p>
      <w:r>
        <w:br/>
        <w:t>Лежу, бо вже, як птиця під грозою,&lt;br /&gt;</w:t>
        <w:br/>
        <w:t>при небі серце не стріпнеться.&lt;br /&gt;</w:t>
        <w:br/>
        <w:t>Розлука без квіток, і скорб загою,&lt;br /&gt;</w:t>
        <w:br/>
        <w:t>коли відхиляться тенета.</w:t>
      </w:r>
    </w:p>
    <w:p>
      <w:r>
        <w:br/>
        <w:t>А їх же й море криллям кораблиним&lt;br /&gt;</w:t>
        <w:br/>
        <w:t>не розрива в чаїній скарзі.&lt;br /&gt;</w:t>
        <w:br/>
        <w:t>Кохана, ми до стрічі не прилинем,&lt;br /&gt;</w:t>
        <w:br/>
        <w:t>єдина—рідна, очі карі.&lt;br /&gt;</w:t>
        <w:br/>
        <w:t>То вже мені святі пелюстки сонця&lt;br /&gt;</w:t>
        <w:br/>
        <w:t>обсипляться крізь ніч навіки.&lt;br /&gt;</w:t>
        <w:br/>
        <w:t>І без зірок зоря, і все спросоння&lt;br /&gt;</w:t>
        <w:br/>
        <w:t>порушиться в зелені крики.&lt;br /&gt;</w:t>
        <w:br/>
        <w:t>Одно мені тепер—лежати в смерті,&lt;br /&gt;</w:t>
        <w:br/>
        <w:t>німа галузка серце мучить.&lt;br /&gt;</w:t>
        <w:br/>
        <w:t>І лиш лілеї, як любов, відверті,&lt;br /&gt;</w:t>
        <w:br/>
        <w:t>як сон, схиляються й співучі.</w:t>
      </w:r>
    </w:p>
    <w:p>
      <w:r>
        <w:br/>
        <w:t>Вони біля хреста, на добрій грядці,&lt;br /&gt;</w:t>
        <w:br/>
        <w:t>де все безлюддя біля моря,—&lt;br /&gt;</w:t>
        <w:br/>
        <w:t>подивляться на скорб, і вітру раді,&lt;br /&gt;</w:t>
        <w:br/>
        <w:t>словами неба поговорять.</w:t>
      </w:r>
    </w:p>
    <w:p>
      <w:r>
        <w:br/>
        <w:t>11.VI.50&lt;br /&gt;</w:t>
        <w:br/>
        <w:t>ЗАБУТТЯ</w:t>
      </w:r>
    </w:p>
    <w:p>
      <w:r>
        <w:br/>
        <w:t>Не скаржуся! грудьми неніжне море—&lt;br /&gt;</w:t>
        <w:br/>
        <w:t>до грому рідне, мов до брата.&lt;br /&gt;</w:t>
        <w:br/>
        <w:t>Не в маків жаль; а в квіття безкольоре&lt;br /&gt;</w:t>
        <w:br/>
        <w:t>бджола бренить, немов несправжня.</w:t>
      </w:r>
    </w:p>
    <w:p>
      <w:r>
        <w:br/>
        <w:t>Криваве листя, як моє нещастя,&lt;br /&gt;</w:t>
        <w:br/>
        <w:t>все в трепеті, все ластовине;&lt;br /&gt;</w:t>
        <w:br/>
        <w:t>все не до берега і вікна сняться,&lt;br /&gt;</w:t>
        <w:br/>
        <w:t>де ранок вишивки прокине.&lt;br /&gt;</w:t>
        <w:br/>
        <w:t>Бо ти над снами в горах забуття! —&lt;br /&gt;</w:t>
        <w:br/>
        <w:t>нерайдуга від вістки віє.&lt;br /&gt;</w:t>
        <w:br/>
        <w:t>При хмарі чайка в'ється: поспита,&lt;br /&gt;</w:t>
        <w:br/>
        <w:t>а море відмову не вміє...&lt;br /&gt;</w:t>
        <w:br/>
        <w:t>До дна з грози замучилося щире;&lt;br /&gt;</w:t>
        <w:br/>
        <w:t>кипучий біль, аж до каміння.&lt;br /&gt;</w:t>
        <w:br/>
        <w:t>Крізь бризки: лілій біла кров, як віра,&lt;br /&gt;</w:t>
        <w:br/>
        <w:t>горить і в горі безгомінна.</w:t>
      </w:r>
    </w:p>
    <w:p>
      <w:r>
        <w:br/>
        <w:t>И.VI.50&lt;br /&gt;</w:t>
        <w:br/>
        <w:t>ЗЕМНА МИНУЧІСТЬ</w:t>
      </w:r>
    </w:p>
    <w:p>
      <w:r>
        <w:br/>
        <w:t>Давно я знаю: рушники жіночі&lt;br /&gt;</w:t>
        <w:br/>
        <w:t>любіші, ніж зоря—землі.&lt;br /&gt;</w:t>
        <w:br/>
        <w:t>На площі бідна скрипка нещоночі&lt;br /&gt;</w:t>
        <w:br/>
        <w:t>горює, хто її жалів?&lt;br /&gt;</w:t>
        <w:br/>
        <w:t>При надбережжі відпочинок серця&lt;br /&gt;</w:t>
        <w:br/>
        <w:t>знайди з негоди! — на крутизні...&lt;br /&gt;</w:t>
        <w:br/>
        <w:t>Тут заміня зоря промінноперста—&lt;br /&gt;</w:t>
        <w:br/>
        <w:t>іржавину прияв залізних.</w:t>
      </w:r>
    </w:p>
    <w:p>
      <w:r>
        <w:br/>
        <w:t>А голуба об корабель недоля&lt;br /&gt;</w:t>
        <w:br/>
        <w:t>при сонці вдариться, мов птах.&lt;br /&gt;</w:t>
        <w:br/>
        <w:t>Чи вже і тінь від парусів схолола,&lt;br /&gt;</w:t>
        <w:br/>
        <w:t>по хвилі в мрію не зліта?&lt;br /&gt;</w:t>
        <w:br/>
        <w:t>Прилинуть горлиці: з гілок дивитись;&lt;br /&gt;</w:t>
        <w:br/>
        <w:t>лиш іскра на воді невчасна.&lt;br /&gt;</w:t>
        <w:br/>
        <w:t>Прощай! нещастя все—шипшинок відсвіт,&lt;br /&gt;</w:t>
        <w:br/>
        <w:t>і постать, мов сузір'я, згасла.</w:t>
      </w:r>
    </w:p>
    <w:p>
      <w:r>
        <w:br/>
        <w:t>18.VI.50&lt;br /&gt;</w:t>
        <w:br/>
        <w:t>ГОДИНА БОЛЮ</w:t>
      </w:r>
    </w:p>
    <w:p>
      <w:r>
        <w:br/>
        <w:t>Німіший, ніж листок без бурі! в'яну;&lt;br /&gt;</w:t>
        <w:br/>
        <w:t>до голуба не обізвусь.&lt;br /&gt;</w:t>
        <w:br/>
        <w:t>Щодосвіта: подібного риданню:&lt;br /&gt;</w:t>
        <w:br/>
        <w:t>палає в сонця стогін з уст.</w:t>
      </w:r>
    </w:p>
    <w:p>
      <w:r>
        <w:br/>
        <w:t>І світить смерть на ешафот зірчастий—&lt;br /&gt;</w:t>
        <w:br/>
        <w:t>душі, окутій до кісток.&lt;br /&gt;</w:t>
        <w:br/>
        <w:t>І ворону дозволено знущатись,&lt;br /&gt;</w:t>
        <w:br/>
        <w:t>жаліють мальвинки вшістьох.</w:t>
      </w:r>
    </w:p>
    <w:p>
      <w:r>
        <w:br/>
        <w:t>Обвуглене все серце, з гіркоти—&lt;br /&gt;</w:t>
        <w:br/>
        <w:t>в безумній змореності вирву.&lt;br /&gt;</w:t>
        <w:br/>
        <w:t>Блакитні спомини в світах святих:&lt;br /&gt;</w:t>
        <w:br/>
        <w:t>їм клятву воскресити вірну.</w:t>
      </w:r>
    </w:p>
    <w:p>
      <w:r>
        <w:br/>
        <w:t>При шибці—як думки—змовкали мирні,&lt;br /&gt;</w:t>
        <w:br/>
        <w:t>і знов побарвилися трави...&lt;br /&gt;</w:t>
        <w:br/>
        <w:t>о, вогняні надії по зневір'ї&lt;br /&gt;</w:t>
        <w:br/>
        <w:t>в душі квіток перетривали!</w:t>
      </w:r>
    </w:p>
    <w:p>
      <w:r>
        <w:br/>
        <w:t>26.VI.50&lt;br /&gt;</w:t>
        <w:br/>
        <w:t>БЕЗСВІТНИЙ БЕРЕГ</w:t>
      </w:r>
    </w:p>
    <w:p>
      <w:r>
        <w:br/>
        <w:t>В грозі нещастя ні бджолине серце&lt;br /&gt;</w:t>
        <w:br/>
        <w:t>невже при небі не здригнеться?&lt;br /&gt;</w:t>
        <w:br/>
        <w:t>Подруго! в час, як яблуня примеркне:&lt;br /&gt;</w:t>
        <w:br/>
        <w:t>відбуде—догорить планета.&lt;br /&gt;</w:t>
        <w:br/>
        <w:t>Погасне в нежитя листок останній&lt;br /&gt;</w:t>
        <w:br/>
        <w:t>надії! світло на труні.&lt;br /&gt;</w:t>
        <w:br/>
        <w:t>Подруга при морському колиханні&lt;br /&gt;</w:t>
        <w:br/>
        <w:t>надійде знов погомоніть.&lt;br /&gt;</w:t>
        <w:br/>
        <w:t>Про це мені, немов краплина, зірка,&lt;br /&gt;</w:t>
        <w:br/>
        <w:t>в бездонній погасавши скорбі,&lt;br /&gt;</w:t>
        <w:br/>
        <w:t>докрикнула, все жду—кохана вірна&lt;br /&gt;</w:t>
        <w:br/>
        <w:t>вітрила приспіша нескорі.&lt;br /&gt;</w:t>
        <w:br/>
        <w:t>Приходь! ніколи душу не кривавив&lt;br /&gt;</w:t>
        <w:br/>
        <w:t>такий відчай: як з моря рине.&lt;br /&gt;</w:t>
        <w:br/>
        <w:t>Бо вже ні сонце не знаходить правди,&lt;br /&gt;</w:t>
        <w:br/>
        <w:t>ні серце бджілки безневинне.</w:t>
      </w:r>
    </w:p>
    <w:p>
      <w:r>
        <w:br/>
        <w:t>11.VII.50&lt;br /&gt;</w:t>
        <w:br/>
        <w:t>СПОДІВАННЯ КОРАБЛЯ</w:t>
      </w:r>
    </w:p>
    <w:p>
      <w:r>
        <w:br/>
        <w:t>Відлюднений, де голуби і діти,&lt;br /&gt;</w:t>
        <w:br/>
        <w:t>не розізлившись ні на кого,—&lt;br /&gt;</w:t>
        <w:br/>
        <w:t>все жду: могла б на хмарі прилетіти&lt;br /&gt;</w:t>
        <w:br/>
        <w:t>із вирію із річкового.</w:t>
      </w:r>
    </w:p>
    <w:p>
      <w:r>
        <w:br/>
        <w:t>Це вже мені солодке сонце шепче,&lt;br /&gt;</w:t>
        <w:br/>
        <w:t>лице обмивши в океані,&lt;br /&gt;</w:t>
        <w:br/>
        <w:t>що вкрай достраждане життя чернече&lt;br /&gt;</w:t>
        <w:br/>
        <w:t>і круки самоти останні.</w:t>
      </w:r>
    </w:p>
    <w:p>
      <w:r>
        <w:br/>
        <w:t>Що ти на морі—корабель спішить&lt;br /&gt;</w:t>
        <w:br/>
        <w:t>розбити білим громом хвилю,&lt;br /&gt;</w:t>
        <w:br/>
        <w:t>а хвиля: "рідний вітер до душі,&lt;br /&gt;</w:t>
        <w:br/>
        <w:t>я сині скарби з скрині виллю."&lt;br /&gt;</w:t>
        <w:br/>
        <w:t>Весела й кароока! моря сестро,&lt;br /&gt;</w:t>
        <w:br/>
        <w:t>вже хусточка як довітрилить—&lt;br /&gt;</w:t>
        <w:br/>
        <w:t>вербена вся на березі безсмертно&lt;br /&gt;</w:t>
        <w:br/>
        <w:t>вквітатиметься в шепіт милий.</w:t>
      </w:r>
    </w:p>
    <w:p>
      <w:r>
        <w:br/>
        <w:t>23.VII.50&lt;br /&gt;</w:t>
        <w:br/>
        <w:t>ПРИБУТТЯ&lt;br /&gt;</w:t>
        <w:br/>
        <w:t>І.</w:t>
      </w:r>
    </w:p>
    <w:p>
      <w:r>
        <w:br/>
        <w:t>Тебе все жду; як чайка, мимо&lt;br /&gt;</w:t>
        <w:br/>
        <w:t>вже йде рожевий корабель.&lt;br /&gt;</w:t>
        <w:br/>
        <w:t>І я не знаю: океан вернімо,&lt;br /&gt;</w:t>
        <w:br/>
        <w:t>благаючи,— я жду тебе!&lt;br /&gt;</w:t>
        <w:br/>
        <w:t>Та чайка, доля, до життя байдужа,&lt;br /&gt;</w:t>
        <w:br/>
        <w:t>не спиниться і в синь кигиче.&lt;br /&gt;</w:t>
        <w:br/>
        <w:t>Ми вінчані стражданням і до мужа&lt;br /&gt;</w:t>
        <w:br/>
        <w:t>•прилинь, як щастя нечерниче...</w:t>
      </w:r>
    </w:p>
    <w:p>
      <w:r>
        <w:br/>
        <w:t>до мене, де не страх—блакиття чорне—&lt;br /&gt;</w:t>
        <w:br/>
        <w:t>мечами з глибини кипить.&lt;br /&gt;</w:t>
        <w:br/>
        <w:t>Прилинь! не журавлина скорб огорне,&lt;br /&gt;</w:t>
        <w:br/>
        <w:t>мов квітку порох від копит.&lt;br /&gt;</w:t>
        <w:br/>
        <w:t>Стріча під сполох яблуневий птиця—&lt;br /&gt;</w:t>
        <w:br/>
        <w:t>зелений місяць, м'яті красний.&lt;br /&gt;</w:t>
        <w:br/>
        <w:t>Вітаючи, казатиму: "світися,&lt;br /&gt;</w:t>
        <w:br/>
        <w:t>лілеє!"—й океан не згасить.</w:t>
      </w:r>
    </w:p>
    <w:p>
      <w:r>
        <w:br/>
        <w:t>8.VII.50&lt;br /&gt;</w:t>
        <w:br/>
        <w:t>Ще води ледве досвіт колихнули&lt;br /&gt;</w:t>
        <w:br/>
        <w:t>на твій чаїний корабель.&lt;br /&gt;</w:t>
        <w:br/>
        <w:t>Ні смерть його з жоржинами в минуле—&lt;br /&gt;</w:t>
        <w:br/>
        <w:t>ні з флейтами не погребе.&lt;br /&gt;</w:t>
        <w:br/>
        <w:t>Як не замучена земля з посухи:&lt;br /&gt;</w:t>
        <w:br/>
        <w:t>діждалася дощу на лоно.&lt;br /&gt;</w:t>
        <w:br/>
        <w:t>Недуже громом поле, як послухай!—&lt;br /&gt;</w:t>
        <w:br/>
        <w:t>веселку молить надпрестольну.</w:t>
      </w:r>
    </w:p>
    <w:p>
      <w:r>
        <w:br/>
        <w:t>І мов зібравши крихти білі, лебідь:&lt;br /&gt;</w:t>
        <w:br/>
        <w:t>дрімає корабель, мов місяць.&lt;br /&gt;</w:t>
        <w:br/>
        <w:t>Я ніжно жду, і молодий молебень,&lt;br /&gt;</w:t>
        <w:br/>
        <w:t>що в сонця,— небеса не змістять.&lt;br /&gt;</w:t>
        <w:br/>
        <w:t>Завіси свічані: все світло їхнє&lt;br /&gt;</w:t>
        <w:br/>
        <w:t>зливається до маргариток.&lt;br /&gt;</w:t>
        <w:br/>
        <w:t>І серце при хресті в могилі стихне,&lt;br /&gt;</w:t>
        <w:br/>
        <w:t>як ластівака, зрадівши криком.</w:t>
      </w:r>
    </w:p>
    <w:p>
      <w:r>
        <w:br/>
        <w:t>15.VIII.50&lt;br /&gt;</w:t>
        <w:br/>
        <w:t>На сірім острівці чайча небесне—&lt;br /&gt;</w:t>
        <w:br/>
        <w:t>так серце дожида тебе.&lt;br /&gt;</w:t>
        <w:br/>
        <w:t>Коли ж дощем на океані щезне&lt;br /&gt;</w:t>
        <w:br/>
        <w:t>нелюбе все в неголубе?&lt;br /&gt;</w:t>
        <w:br/>
        <w:t>Докрикне, наче немовля з колиски,&lt;br /&gt;</w:t>
        <w:br/>
        <w:t>кигуча скорб від острівця:&lt;br /&gt;</w:t>
        <w:br/>
        <w:t>так серце, чуючи біду, що близько,&lt;br /&gt;</w:t>
        <w:br/>
        <w:t>безодню сльозам обіця.</w:t>
      </w:r>
    </w:p>
    <w:p>
      <w:r>
        <w:br/>
        <w:t>Вже всі, кому до світла—з корабля,&lt;br /&gt;</w:t>
        <w:br/>
        <w:t>прийшли на землю; не колише.&lt;br /&gt;</w:t>
        <w:br/>
        <w:t>Лиш квітки стрічі не приголубля&lt;br /&gt;</w:t>
        <w:br/>
        <w:t>душа моя: ніж кров, чорніше,—&lt;br /&gt;</w:t>
        <w:br/>
        <w:t>ніж, мов ревучий ворог—море, люто&lt;br /&gt;</w:t>
        <w:br/>
        <w:t>будівлю блідну відвело,&lt;br /&gt;</w:t>
        <w:br/>
        <w:t>при острівці розбити, щоб ні люди&lt;br /&gt;</w:t>
        <w:br/>
        <w:t>ні чайки не вінчали зло.</w:t>
      </w:r>
    </w:p>
    <w:p>
      <w:r>
        <w:br/>
        <w:t>ЗО.VIII.50&lt;br /&gt;</w:t>
        <w:br/>
        <w:t>Негоди: в тінь сподіванку відхилять,&lt;br /&gt;</w:t>
        <w:br/>
        <w:t>і рані гірко защеміти.&lt;br /&gt;</w:t>
        <w:br/>
        <w:t>А дзвін рятунку не луна при хвилях&lt;br /&gt;</w:t>
        <w:br/>
        <w:t>блаженно—в невидимій міді.</w:t>
      </w:r>
    </w:p>
    <w:p>
      <w:r>
        <w:br/>
        <w:t>Ріллею почорнів, жене в безмежне&lt;br /&gt;</w:t>
        <w:br/>
        <w:t>проз кручу океан, проз смуток.&lt;br /&gt;</w:t>
        <w:br/>
        <w:t>А в крапельки, а в крови сили менше,&lt;br /&gt;</w:t>
        <w:br/>
        <w:t>ніж іскри—з смерти не проснутись.</w:t>
      </w:r>
    </w:p>
    <w:p>
      <w:r>
        <w:br/>
        <w:t>Я чую тяжко: крук, де хмарка красна,&lt;br /&gt;</w:t>
        <w:br/>
        <w:t>від корабля наблизить зустріч.&lt;br /&gt;</w:t>
        <w:br/>
        <w:t>Не витерпіти бур, душа погасла,&lt;br /&gt;</w:t>
        <w:br/>
        <w:t>і грім росинку з листя струсить.</w:t>
      </w:r>
    </w:p>
    <w:p>
      <w:r>
        <w:br/>
        <w:t>І щоб не впасти, де плита не шепче&lt;br /&gt;</w:t>
        <w:br/>
        <w:t>до айстри карблені слова,&lt;br /&gt;</w:t>
        <w:br/>
        <w:t>щось кличе: в щастя відійди чернече! —&lt;br /&gt;</w:t>
        <w:br/>
        <w:t>мов море, світло приплива.</w:t>
      </w:r>
    </w:p>
    <w:p>
      <w:r>
        <w:br/>
        <w:t>31.VIII.50&lt;br /&gt;</w:t>
        <w:br/>
        <w:t>Небуряне купання і прозірне&lt;br /&gt;</w:t>
        <w:br/>
        <w:t>на грудях сонця хлюпотить.&lt;br /&gt;</w:t>
        <w:br/>
        <w:t>Та не діждуся я, душа, що стріне—&lt;br /&gt;</w:t>
        <w:br/>
        <w:t>відтіль, крім вітру хрипоти...&lt;br /&gt;</w:t>
        <w:br/>
        <w:t>Він океан вітрилами і крильми&lt;br /&gt;</w:t>
        <w:br/>
        <w:t>кигучих—крис при бурунах.&lt;br /&gt;</w:t>
        <w:br/>
        <w:t>І то: печаль моя! дихання вийми,&lt;br /&gt;</w:t>
        <w:br/>
        <w:t>могило, з крови подарунок.</w:t>
      </w:r>
    </w:p>
    <w:p>
      <w:r>
        <w:br/>
        <w:t>Чи до загибелі зірок постою —&lt;br /&gt;</w:t>
        <w:br/>
        <w:t>спадатимуть, як чайка в хвилю.&lt;br /&gt;</w:t>
        <w:br/>
        <w:t>Не йди, кохана,— не мені з тобою&lt;br /&gt;</w:t>
        <w:br/>
        <w:t>торкати вишню дня достиглу.</w:t>
      </w:r>
    </w:p>
    <w:p>
      <w:r>
        <w:br/>
        <w:t>І це вже не твоя вина, останнє&lt;br /&gt;</w:t>
        <w:br/>
        <w:t>сердечне сонце угорі! —&lt;br /&gt;</w:t>
        <w:br/>
        <w:t>що при рукавах резеда зів'яне,&lt;br /&gt;</w:t>
        <w:br/>
        <w:t>як і метелик при корі.</w:t>
      </w:r>
    </w:p>
    <w:p>
      <w:r>
        <w:br/>
        <w:t>7.IX.50&lt;br /&gt;</w:t>
        <w:br/>
        <w:t>Мережка вимріяна, мов з левкоїв,&lt;br /&gt;</w:t>
        <w:br/>
        <w:t>твоя—від корабля по східцях...&lt;br /&gt;</w:t>
        <w:br/>
        <w:t>жорстокий час! відміни час накоїв—&lt;br /&gt;</w:t>
        <w:br/>
        <w:t>зіниць полуцвітки, всміхніться!</w:t>
      </w:r>
    </w:p>
    <w:p>
      <w:r>
        <w:br/>
        <w:t>Полуцвітки, в узорах чисто карих,&lt;br /&gt;</w:t>
        <w:br/>
        <w:t>та не таких:—мені зоріли.&lt;br /&gt;</w:t>
        <w:br/>
        <w:t>Мов океан труну несе на нарах,&lt;br /&gt;</w:t>
        <w:br/>
        <w:t>ховати сонце до могили.&lt;br /&gt;</w:t>
        <w:br/>
        <w:t>Це зустріч—не моя, це тінь не наша&lt;br /&gt;</w:t>
        <w:br/>
        <w:t>на скойками пісок різкий.&lt;br /&gt;</w:t>
        <w:br/>
        <w:t>Весь день погойдує припливу чаша&lt;br /&gt;</w:t>
        <w:br/>
        <w:t>блакить печалі крізь зірки.</w:t>
      </w:r>
    </w:p>
    <w:p>
      <w:r>
        <w:br/>
        <w:t>Кохання, вже й від горя відсторонься,&lt;br /&gt;</w:t>
        <w:br/>
        <w:t>як соняшника дощ навчив.&lt;br /&gt;</w:t>
        <w:br/>
        <w:t>Ти не знайшло і в скарбівниці сонця,&lt;br /&gt;</w:t>
        <w:br/>
        <w:t>до серця не знайшло ключів.</w:t>
      </w:r>
    </w:p>
    <w:p>
      <w:r>
        <w:br/>
        <w:t>4.IX.50&lt;br /&gt;</w:t>
        <w:br/>
        <w:t>То не пелюстка соняшника—парус:&lt;br /&gt;</w:t>
        <w:br/>
        <w:t>на хвилі в світляних вінцях.&lt;br /&gt;</w:t>
        <w:br/>
        <w:t>Колись і ми, мов птиці, парувались,&lt;br /&gt;</w:t>
        <w:br/>
        <w:t>де досвіт рушники простяг.</w:t>
      </w:r>
    </w:p>
    <w:p>
      <w:r>
        <w:br/>
        <w:t>Але міцніше, ніж гора, минуле&lt;br /&gt;</w:t>
        <w:br/>
        <w:t>мовчить на згубленій доріжці.&lt;br /&gt;</w:t>
        <w:br/>
        <w:t>Лиш ніжні, як жоржин дихання, чули&lt;br /&gt;</w:t>
        <w:br/>
        <w:t>ми вікон спомини торішні.</w:t>
      </w:r>
    </w:p>
    <w:p>
      <w:r>
        <w:br/>
        <w:t>Заборонило всім ридати море;&lt;br /&gt;</w:t>
        <w:br/>
        <w:t>мов зграйки голубів біжить.&lt;br /&gt;</w:t>
        <w:br/>
        <w:t>І арфа променя не проговорить&lt;br /&gt;</w:t>
        <w:br/>
        <w:t>до любих—поглядом чужих.</w:t>
      </w:r>
    </w:p>
    <w:p>
      <w:r>
        <w:br/>
        <w:t>Усмішка вже твоя: листок берези,&lt;br /&gt;</w:t>
        <w:br/>
        <w:t>що полум'ям найвечоріший—&lt;br /&gt;</w:t>
        <w:br/>
        <w:t>мені погасне! й скарга не збереться,&lt;br /&gt;</w:t>
        <w:br/>
        <w:t>чаїна на морські доріжки.</w:t>
      </w:r>
    </w:p>
    <w:p>
      <w:r>
        <w:br/>
        <w:t>5.IX.50&lt;br /&gt;</w:t>
        <w:br/>
        <w:t>Такі надії: плюскотлива пряжа&lt;br /&gt;</w:t>
        <w:br/>
        <w:t>на океановім піску.&lt;br /&gt;</w:t>
        <w:br/>
        <w:t>І спомин—берег, і чуття приляже&lt;br /&gt;</w:t>
        <w:br/>
        <w:t>у смугу з мушлями вузьку.</w:t>
      </w:r>
    </w:p>
    <w:p>
      <w:r>
        <w:br/>
        <w:t>Та тільки слід ноги твоєї синій&lt;br /&gt;</w:t>
        <w:br/>
        <w:t>сипучу мертвоту порушить.&lt;br /&gt;</w:t>
        <w:br/>
        <w:t>Коли, як змії, водяні ростини&lt;br /&gt;</w:t>
        <w:br/>
        <w:t>розділять наші тихі душі.</w:t>
      </w:r>
    </w:p>
    <w:p>
      <w:r>
        <w:br/>
        <w:t>А мрія—мов невиблагана сосна,&lt;br /&gt;</w:t>
        <w:br/>
        <w:t>що зірці й нам поворожила.&lt;br /&gt;</w:t>
        <w:br/>
        <w:t>Метнеться тінь підсвіття, ніби сонна&lt;br /&gt;</w:t>
        <w:br/>
        <w:t>сова де покалічить крила.&lt;br /&gt;</w:t>
        <w:br/>
        <w:t>Ми—чайки, не докликалися світу,&lt;br /&gt;</w:t>
        <w:br/>
        <w:t>біда кораблик віджене.&lt;br /&gt;</w:t>
        <w:br/>
        <w:t>Там тишу океанову зогріту,&lt;br /&gt;</w:t>
        <w:br/>
        <w:t>чуття рожевить неземне.</w:t>
      </w:r>
    </w:p>
    <w:p>
      <w:r>
        <w:br/>
        <w:t>6.IX.50&lt;br /&gt;</w:t>
        <w:br/>
        <w:t>ГОДИНА РОЗЛУКИ</w:t>
      </w:r>
    </w:p>
    <w:p>
      <w:r>
        <w:br/>
        <w:t>Не заніміє хвиля в тління смертне;&lt;br /&gt;</w:t>
        <w:br/>
        <w:t>блакитна ластівка, хлюпоче...&lt;br /&gt;</w:t>
        <w:br/>
        <w:t>Ми, як потеряні, аж поки смеркне&lt;br /&gt;</w:t>
        <w:br/>
        <w:t>весь берег—слухали: пророчу.</w:t>
      </w:r>
    </w:p>
    <w:p>
      <w:r>
        <w:br/>
        <w:t>Та вже калина не прошепотіла&lt;br /&gt;</w:t>
        <w:br/>
        <w:t>до серця в світлянім дощі.&lt;br /&gt;</w:t>
        <w:br/>
        <w:t>Бо ти, розлуки нещаслива сило,&lt;br /&gt;</w:t>
        <w:br/>
        <w:t>зв'ялила, смуток ведучи.&lt;br /&gt;</w:t>
        <w:br/>
        <w:t>І привиди, мов кораблі, минали—&lt;br /&gt;</w:t>
        <w:br/>
        <w:t>мого пропащого кохання.&lt;br /&gt;</w:t>
        <w:br/>
        <w:t>Чужі слова: без крапельки з конвалій&lt;br /&gt;</w:t>
        <w:br/>
        <w:t>коли веселка в ній слухняна.</w:t>
      </w:r>
    </w:p>
    <w:p>
      <w:r>
        <w:br/>
        <w:t>Я знаю, суджено з-над океану:&lt;br /&gt;</w:t>
        <w:br/>
        <w:t>що за любов'ю і грозою&lt;br /&gt;</w:t>
        <w:br/>
        <w:t>квітки палахкотять,— я тихо гляну,&lt;br /&gt;</w:t>
        <w:br/>
        <w:t>але вже горя не загою.</w:t>
      </w:r>
    </w:p>
    <w:p>
      <w:r>
        <w:br/>
        <w:t>7.ІХ.50&lt;br /&gt;</w:t>
        <w:br/>
        <w:t>ІНША ЗУСТРІЧ</w:t>
      </w:r>
    </w:p>
    <w:p>
      <w:r>
        <w:br/>
        <w:t>Немов нещастя—наша стріча ждана,&lt;br /&gt;</w:t>
        <w:br/>
        <w:t>хоч линув корабель, як сокіл.&lt;br /&gt;</w:t>
        <w:br/>
        <w:t>Тепло не бризне з серця майорана,&lt;br /&gt;</w:t>
        <w:br/>
        <w:t>не змовкне океан високий.</w:t>
      </w:r>
    </w:p>
    <w:p>
      <w:r>
        <w:br/>
        <w:t>Нема коханню ні дороги в поле,&lt;br /&gt;</w:t>
        <w:br/>
        <w:t>ні смолка не поколихнеться.&lt;br /&gt;</w:t>
        <w:br/>
        <w:t>Все вірне, як вино—все сонця повне,&lt;br /&gt;</w:t>
        <w:br/>
        <w:t>ласкавилося і при нетлях.</w:t>
      </w:r>
    </w:p>
    <w:p>
      <w:r>
        <w:br/>
        <w:t>І враз розвіяне по хвилях, стихне&lt;br /&gt;</w:t>
        <w:br/>
        <w:t>кругом на чайчиних слідах,&lt;br /&gt;</w:t>
        <w:br/>
        <w:t>що, мов листки—в пісок, мов лихо стигле,&lt;br /&gt;</w:t>
        <w:br/>
        <w:t>лягли: прибій не погойда.</w:t>
      </w:r>
    </w:p>
    <w:p>
      <w:r>
        <w:br/>
        <w:t>Та не приспить ні скойки в синім ритмі,&lt;br /&gt;</w:t>
        <w:br/>
        <w:t>ні сивого ридання чайки.&lt;br /&gt;</w:t>
        <w:br/>
        <w:t>Бо скрізь твоє вітрило стане мріти,&lt;br /&gt;</w:t>
        <w:br/>
        <w:t>і спомини—його вінчати.</w:t>
      </w:r>
    </w:p>
    <w:p>
      <w:r>
        <w:br/>
        <w:t>8.IX.50&lt;br /&gt;</w:t>
        <w:br/>
        <w:t>ПРОХОЛОДИ</w:t>
      </w:r>
    </w:p>
    <w:p>
      <w:r>
        <w:br/>
        <w:t>Всі прохолоди в парку пролилися,&lt;br /&gt;</w:t>
        <w:br/>
        <w:t>від айстри і розлук смутніші.&lt;br /&gt;</w:t>
        <w:br/>
        <w:t>Не проклене мене кленове листя,&lt;br /&gt;</w:t>
        <w:br/>
        <w:t>що я без тебе, та й не втішить.</w:t>
      </w:r>
    </w:p>
    <w:p>
      <w:r>
        <w:br/>
        <w:t>Крізь місто: дивовище другоствітне,&lt;br /&gt;</w:t>
        <w:br/>
        <w:t>де озії хмарину крають,—&lt;br /&gt;</w:t>
        <w:br/>
        <w:t>від мене йшла, й не усміхнеться в квітень,&lt;br /&gt;</w:t>
        <w:br/>
        <w:t>не стріне голубину зграю.&lt;br /&gt;</w:t>
        <w:br/>
        <w:t>Розлука знов, німіша, ніж крижина,&lt;br /&gt;</w:t>
        <w:br/>
        <w:t>що північ в океан відколе!...&lt;br /&gt;</w:t>
        <w:br/>
        <w:t>в крицев'я, в огнище вона, чужинна,&lt;br /&gt;</w:t>
        <w:br/>
        <w:t>веде,— в цілунки вже ніколи.&lt;br /&gt;</w:t>
        <w:br/>
        <w:t>По них, як спогад, щебет океанний&lt;br /&gt;</w:t>
        <w:br/>
        <w:t>при камені, де листя мерхле.&lt;br /&gt;</w:t>
        <w:br/>
        <w:t>Забуть про мене! вже сніжинку в танці&lt;br /&gt;</w:t>
        <w:br/>
        <w:t>ніхто від хвилі не відверне.</w:t>
      </w:r>
    </w:p>
    <w:p>
      <w:r>
        <w:br/>
        <w:t>16.IX.50&lt;br /&gt;</w:t>
        <w:br/>
        <w:t>ОСВІТЛЕНИЙ ОСТРІВ</w:t>
      </w:r>
    </w:p>
    <w:p>
      <w:r>
        <w:br/>
        <w:t>Покинули ми двовітрилля синє,&lt;br /&gt;</w:t>
        <w:br/>
        <w:t>і не чекає чайка чиста.&lt;br /&gt;</w:t>
        <w:br/>
        <w:t>Там серце вже до тебе не прилине&lt;br /&gt;</w:t>
        <w:br/>
        <w:t>моє,— листок, як передвістя.</w:t>
      </w:r>
    </w:p>
    <w:p>
      <w:r>
        <w:br/>
        <w:t>Там ворон часто викряче нещастя;&lt;br /&gt;</w:t>
        <w:br/>
        <w:t>бурунами воно набризне.&lt;br /&gt;</w:t>
        <w:br/>
        <w:t>А тільки, де на дні морські дівчатка,&lt;br /&gt;</w:t>
        <w:br/>
        <w:t>жаліє серце незалізне.&lt;br /&gt;</w:t>
        <w:br/>
        <w:t>Не ми! залюблені на острівцеві,&lt;br /&gt;</w:t>
        <w:br/>
        <w:t>де скелям світло голубине:&lt;br /&gt;</w:t>
        <w:br/>
        <w:t>ласкаються, і море, звавши леви,&lt;br /&gt;</w:t>
        <w:br/>
        <w:t>проз сонце ризу перекине.&lt;br /&gt;</w:t>
        <w:br/>
        <w:t>А ми чужі: немов топольні тіні,&lt;br /&gt;</w:t>
        <w:br/>
        <w:t>що місяць приведе на айстри.&lt;br /&gt;</w:t>
        <w:br/>
        <w:t>Прощаємось, і чує серце нині:&lt;br /&gt;</w:t>
        <w:br/>
        <w:t>при дверах неба не стрічатись.</w:t>
      </w:r>
    </w:p>
    <w:p>
      <w:r>
        <w:br/>
        <w:t>18.IX.50&lt;br /&gt;</w:t>
        <w:br/>
        <w:t>ВЕЧЕРІШНІСТЬ</w:t>
      </w:r>
    </w:p>
    <w:p>
      <w:r>
        <w:br/>
        <w:t>Чи вирветься чуття недуже?—крильця&lt;br /&gt;</w:t>
        <w:br/>
        <w:t>хмаринок, ніби галка, сині.&lt;br /&gt;</w:t>
        <w:br/>
        <w:t>І в тихій осені мені журитись&lt;br /&gt;</w:t>
        <w:br/>
        <w:t>до книги моря, в самотині.&lt;br /&gt;</w:t>
        <w:br/>
        <w:t>Бо знов, де бідний день дозеленів,&lt;br /&gt;</w:t>
        <w:br/>
        <w:t>за острови вітрилом зник...&lt;br /&gt;</w:t>
        <w:br/>
        <w:t>розлука! — і нема в життя ланів:&lt;br /&gt;</w:t>
        <w:br/>
        <w:t>пройти, обнявшись, через них.&lt;br /&gt;</w:t>
        <w:br/>
        <w:t>Лиш вічність: нива щогол кораблиних,&lt;br /&gt;</w:t>
        <w:br/>
        <w:t>на океані, до блакиті.&lt;br /&gt;</w:t>
        <w:br/>
        <w:t>Чи пожаліє й сніжна смерть хвилини,—&lt;br /&gt;</w:t>
        <w:br/>
        <w:t>без поцілунку, в тьмі боліти.&lt;br /&gt;</w:t>
        <w:br/>
        <w:t>Та чи багаття з вітром переборе&lt;br /&gt;</w:t>
        <w:br/>
        <w:t>від сосни—ночі зло шалене.&lt;br /&gt;</w:t>
        <w:br/>
        <w:t>В свічадному мовчанні добре море&lt;br /&gt;</w:t>
        <w:br/>
        <w:t>мережить сон: іде до мене.</w:t>
      </w:r>
    </w:p>
    <w:p>
      <w:r>
        <w:br/>
        <w:t>21.IX.50&lt;br /&gt;</w:t>
        <w:br/>
        <w:t>ТРАВИ МОРЯ</w:t>
      </w:r>
    </w:p>
    <w:p>
      <w:r>
        <w:br/>
        <w:t>Не змучена вода до трав туркоче,&lt;br /&gt;</w:t>
        <w:br/>
        <w:t>мов спомин: я не слухав зроду,&lt;br /&gt;</w:t>
        <w:br/>
        <w:t>її дозвілля погойда охоче—&lt;br /&gt;</w:t>
        <w:br/>
        <w:t>відломок корабля, від споду.</w:t>
      </w:r>
    </w:p>
    <w:p>
      <w:r>
        <w:br/>
        <w:t>Іржавий киль, підвалина в ручицях,&lt;br /&gt;</w:t>
        <w:br/>
        <w:t>просотана до скіпки сіллю.&lt;br /&gt;</w:t>
        <w:br/>
        <w:t>А хвиля, шепчучи, новітня, мчиться:&lt;br /&gt;</w:t>
        <w:br/>
        <w:t>"веселощі в пісок посію".</w:t>
      </w:r>
    </w:p>
    <w:p>
      <w:r>
        <w:br/>
        <w:t>Того не буде, бо саме нещастя&lt;br /&gt;</w:t>
        <w:br/>
        <w:t>скарбує подарунок бідний.&lt;br /&gt;</w:t>
        <w:br/>
        <w:t>Душі—руїна корабля чи дасться&lt;br /&gt;</w:t>
        <w:br/>
        <w:t>як знак дороги в голубизні?</w:t>
      </w:r>
    </w:p>
    <w:p>
      <w:r>
        <w:br/>
        <w:t>Чиєсь життя з молитвами—розбите;&lt;br /&gt;</w:t>
        <w:br/>
        <w:t>в морських не виплакане трав.&lt;br /&gt;</w:t>
        <w:br/>
        <w:t>Невже любов моя? останній квіте,&lt;br /&gt;</w:t>
        <w:br/>
        <w:t>для вікон неба я плекав.</w:t>
      </w:r>
    </w:p>
    <w:p>
      <w:r>
        <w:br/>
        <w:t>24.IX.50&lt;br /&gt;</w:t>
        <w:br/>
        <w:t>КВІТКОВЕ СВІТЛО</w:t>
      </w:r>
    </w:p>
    <w:p>
      <w:r>
        <w:br/>
        <w:t>Нам до ридання доля не ласкава;&lt;br /&gt;</w:t>
        <w:br/>
        <w:t>дощі пожовклі дріботять.&lt;br /&gt;</w:t>
        <w:br/>
        <w:t>І погасати айстра згадки стала&lt;br /&gt;</w:t>
        <w:br/>
        <w:t>за райдугою в забуття.</w:t>
      </w:r>
    </w:p>
    <w:p>
      <w:r>
        <w:br/>
        <w:t>Березо, й до сніжинок доклонись,&lt;br /&gt;</w:t>
        <w:br/>
        <w:t>стремтівши сонячну сорочку.&lt;br /&gt;</w:t>
        <w:br/>
        <w:t>Ні горлиці до голубих криниць&lt;br /&gt;</w:t>
        <w:br/>
        <w:t>удосвіта не повуркочуть.</w:t>
      </w:r>
    </w:p>
    <w:p>
      <w:r>
        <w:br/>
        <w:t>Тумани мріють, мов з кадил, незлісні;&lt;br /&gt;</w:t>
        <w:br/>
        <w:t>і по тобі журба бездонна.&lt;br /&gt;</w:t>
        <w:br/>
        <w:t>В коханні, в поцілунку при узліссі—&lt;br /&gt;</w:t>
        <w:br/>
        <w:t>конвалій бризки не проздвонять.</w:t>
      </w:r>
    </w:p>
    <w:p>
      <w:r>
        <w:br/>
        <w:t>Це вересень: крізь хмари світло сиве,&lt;br /&gt;</w:t>
        <w:br/>
        <w:t>як мученик на ватрі, молить.&lt;br /&gt;</w:t>
        <w:br/>
        <w:t>Але троянда—крови не обсипле,&lt;br /&gt;</w:t>
        <w:br/>
        <w:t>де щастя не мина ніколи.</w:t>
      </w:r>
    </w:p>
    <w:p>
      <w:r>
        <w:br/>
        <w:t>ЗО.IX.50&lt;br /&gt;</w:t>
        <w:br/>
        <w:t>ПРОЩАННЯ</w:t>
      </w:r>
    </w:p>
    <w:p>
      <w:r>
        <w:br/>
        <w:t>В пташиній вишивці: в гаю притихла&lt;br /&gt;</w:t>
        <w:br/>
        <w:t>без тіні вже твоєї осінь.&lt;br /&gt;</w:t>
        <w:br/>
        <w:t>Зайшлось би вицвіття плачем від лиха;&lt;br /&gt;</w:t>
        <w:br/>
        <w:t>все неба—зірки напилося.</w:t>
      </w:r>
    </w:p>
    <w:p>
      <w:r>
        <w:br/>
        <w:t>Знов дожидатиму, і вже—де море&lt;br /&gt;</w:t>
        <w:br/>
        <w:t>промовить серцем світляним,&lt;br /&gt;</w:t>
        <w:br/>
        <w:t>навчитися в вітрила: знов прогорне&lt;br /&gt;</w:t>
        <w:br/>
        <w:t>в зідханні хвилю! станьмо з ним.</w:t>
      </w:r>
    </w:p>
    <w:p>
      <w:r>
        <w:br/>
        <w:t>Не при тобі жемчужну казку світить&lt;br /&gt;</w:t>
        <w:br/>
        <w:t>глибизна, мріючи до сонця.&lt;br /&gt;</w:t>
        <w:br/>
        <w:t>Десь ти: двокрилля чайок білі звідти&lt;br /&gt;</w:t>
        <w:br/>
        <w:t>і гаю лист, вино спросоння.</w:t>
      </w:r>
    </w:p>
    <w:p>
      <w:r>
        <w:br/>
        <w:t>Проз світ хвилюють кораблі байдужі,&lt;br /&gt;</w:t>
        <w:br/>
        <w:t>проз острів сяйва: все дзеркалить.&lt;br /&gt;</w:t>
        <w:br/>
        <w:t>А кожен лист, що догорів, відчужить&lt;br /&gt;</w:t>
        <w:br/>
        <w:t>мене й тебе, як смерть, найдалі.</w:t>
      </w:r>
    </w:p>
    <w:p>
      <w:r>
        <w:br/>
        <w:t>4.Х.50&lt;br /&gt;</w:t>
        <w:br/>
        <w:t>ПРИГАДАНИЙ ЧАС</w:t>
      </w:r>
    </w:p>
    <w:p>
      <w:r>
        <w:br/>
        <w:t>Не йде не люблена до тебе стежка:&lt;br /&gt;</w:t>
        <w:br/>
        <w:t>тоді, як я минаю! — в зельне.&lt;br /&gt;</w:t>
        <w:br/>
        <w:t>І тихо, де вже ти не відгукнешся,&lt;br /&gt;</w:t>
        <w:br/>
        <w:t>в гаю зелений клич простеле.</w:t>
      </w:r>
    </w:p>
    <w:p>
      <w:r>
        <w:br/>
        <w:t>З гілок просиплеться останній смуток&lt;br /&gt;</w:t>
        <w:br/>
        <w:t>зірками в сон-самотину.&lt;br /&gt;</w:t>
        <w:br/>
        <w:t>Все з поцілунками, мов птах, забуто—&lt;br /&gt;</w:t>
        <w:br/>
        <w:t>крилом блакитний крик майнув.</w:t>
      </w:r>
    </w:p>
    <w:p>
      <w:r>
        <w:br/>
        <w:t>А десь під заворожене коріння—&lt;br /&gt;</w:t>
        <w:br/>
        <w:t>в життя, як ясенок без долі:&lt;br /&gt;</w:t>
        <w:br/>
        <w:t>захована хрещата з скарбом скриня,&lt;br /&gt;</w:t>
        <w:br/>
        <w:t>так промина любов поволі.</w:t>
      </w:r>
    </w:p>
    <w:p>
      <w:r>
        <w:br/>
        <w:t>Коли сусідний океан прокаже,&lt;br /&gt;</w:t>
        <w:br/>
        <w:t>що чує все зідхання тихих:&lt;br /&gt;</w:t>
        <w:br/>
        <w:t>надійде в дзеркалі жоржинна пряжа,&lt;br /&gt;</w:t>
        <w:br/>
        <w:t>мов струнна, нагадає втіхи.</w:t>
      </w:r>
    </w:p>
    <w:p>
      <w:r>
        <w:br/>
        <w:t>5.Х.50&lt;br /&gt;</w:t>
        <w:br/>
        <w:t>БІЛЯ ОСТРОВА</w:t>
      </w:r>
    </w:p>
    <w:p>
      <w:r>
        <w:br/>
        <w:t>Я сам не знаю! з каменя німого&lt;br /&gt;</w:t>
        <w:br/>
        <w:t>пісок не процвіте в барвінок.&lt;br /&gt;</w:t>
        <w:br/>
        <w:t>І вже при скельнім острові до нього&lt;br /&gt;</w:t>
        <w:br/>
        <w:t>накличуся, де квіт не виник.&lt;br /&gt;</w:t>
        <w:br/>
        <w:t>Бо ти, єдина до розлук некрильних&lt;br /&gt;</w:t>
        <w:br/>
        <w:t>ще додала німу: це—зустріч!..&lt;br /&gt;</w:t>
        <w:br/>
        <w:t>Від неї, в небі мов, гаї горіли,&lt;br /&gt;</w:t>
        <w:br/>
        <w:t>мов ризні— при лазурнім люстрі.</w:t>
      </w:r>
    </w:p>
    <w:p>
      <w:r>
        <w:br/>
        <w:t>Все набіга похмурість моря бризна,&lt;br /&gt;</w:t>
        <w:br/>
        <w:t>а сонця річ не перестане.&lt;br /&gt;</w:t>
        <w:br/>
        <w:t>Ох острів чайок: вісточок вітчизна,—&lt;br /&gt;</w:t>
        <w:br/>
        <w:t>і все без тебе не кохане.&lt;br /&gt;</w:t>
        <w:br/>
        <w:t>Та часом вітер приласкає серце,&lt;br /&gt;</w:t>
        <w:br/>
        <w:t>гілля без крови погойдавши.&lt;br /&gt;</w:t>
        <w:br/>
        <w:t>Це айстрове, чаїне, це—трисестре&lt;br /&gt;</w:t>
        <w:br/>
        <w:t>прощання з острова назавжди.</w:t>
      </w:r>
    </w:p>
    <w:p>
      <w:r>
        <w:br/>
        <w:t>10.Х .50&lt;br /&gt;</w:t>
        <w:br/>
        <w:t>ПРИ САМОТІ</w:t>
      </w:r>
    </w:p>
    <w:p>
      <w:r>
        <w:br/>
        <w:t>При самоті моїй: галуззя скине&lt;br /&gt;</w:t>
        <w:br/>
        <w:t>печаль огненну, й неживе...&lt;br /&gt;</w:t>
        <w:br/>
        <w:t>Хоч, мов стіною, світло—все блакитне,&lt;br /&gt;</w:t>
        <w:br/>
        <w:t>де димна глибина пливе.&lt;br /&gt;</w:t>
        <w:br/>
        <w:t>Тріпочеться листок, до крови кожний,&lt;br /&gt;</w:t>
        <w:br/>
        <w:t>та зілля доцвіта останнє.&lt;br /&gt;</w:t>
        <w:br/>
        <w:t>Уже тебе побачити не можна,&lt;br /&gt;</w:t>
        <w:br/>
        <w:t>хоч море гаснути не стане.</w:t>
      </w:r>
    </w:p>
    <w:p>
      <w:r>
        <w:br/>
        <w:t>А листя: світлене, веселе—зорне,&lt;br /&gt;</w:t>
        <w:br/>
        <w:t>прогляне, спалахнувши в щирість.&lt;br /&gt;</w:t>
        <w:br/>
        <w:t>Така ж печаль мене тоді огорне,&lt;br /&gt;</w:t>
        <w:br/>
        <w:t>як берег шелестіння ширить.</w:t>
      </w:r>
    </w:p>
    <w:p>
      <w:r>
        <w:br/>
        <w:t>Жалі, мов дощ, листками пролилися,&lt;br /&gt;</w:t>
        <w:br/>
        <w:t>коли до каменя наспів.&lt;br /&gt;</w:t>
        <w:br/>
        <w:t>Шукає серце щастя: це—як в лісі&lt;br /&gt;</w:t>
        <w:br/>
        <w:t>дитятко ловить голубів.</w:t>
      </w:r>
    </w:p>
    <w:p>
      <w:r>
        <w:br/>
        <w:t>17.Х.50&lt;br /&gt;</w:t>
        <w:br/>
        <w:t>СНІГОПАДОВИЙ СПОКІЙ</w:t>
      </w:r>
    </w:p>
    <w:p>
      <w:r>
        <w:br/>
        <w:t>Сніжинка, де сусідню бистро стріне,&lt;br /&gt;</w:t>
        <w:br/>
        <w:t>то квітик серця похиля:&lt;br /&gt;</w:t>
        <w:br/>
        <w:t>це не безлюдді любо безневинне,&lt;br /&gt;</w:t>
        <w:br/>
        <w:t>мов пальчиками немовля.&lt;br /&gt;</w:t>
        <w:br/>
        <w:t>Це голубиніше, ніж звати прийдуть&lt;br /&gt;</w:t>
        <w:br/>
        <w:t>крилаті, пурхнувши від тучі...&lt;br /&gt;</w:t>
        <w:br/>
        <w:t>Втішає сніг: я втратив душу рідну,&lt;br /&gt;</w:t>
        <w:br/>
        <w:t>не вернеться вже неминуче.&lt;br /&gt;</w:t>
        <w:br/>
        <w:t>Ніколи хустка при бальзамі не біліла&lt;br /&gt;</w:t>
        <w:br/>
        <w:t>солодша—на біду криваву,&lt;br /&gt;</w:t>
        <w:br/>
        <w:t>Ніж сніг мені, порошачи від зілля&lt;br /&gt;</w:t>
        <w:br/>
        <w:t>небесного, що віє в з'яву.&lt;br /&gt;</w:t>
        <w:br/>
        <w:t>Посіє—в ігри звісників примир'я,&lt;br /&gt;</w:t>
        <w:br/>
        <w:t>мені на серце ще недуже...&lt;br /&gt;</w:t>
        <w:br/>
        <w:t>привидиться: в світлицю вже сузірну&lt;br /&gt;</w:t>
        <w:br/>
        <w:t>полинем, голубе, мій друже!</w:t>
      </w:r>
    </w:p>
    <w:p>
      <w:r>
        <w:br/>
        <w:t>25.Х .50&lt;br /&gt;</w:t>
        <w:br/>
        <w:t>НЕДОБРОЧАСНИЙ ДОЩ</w:t>
      </w:r>
    </w:p>
    <w:p>
      <w:r>
        <w:br/>
        <w:t>Знов до хатини, вірної ключами,&lt;br /&gt;</w:t>
        <w:br/>
        <w:t>вернімся! соняшник досвітній.&lt;br /&gt;</w:t>
        <w:br/>
        <w:t>А в церкві інші, хто прийшли вінчатись:&lt;br /&gt;</w:t>
        <w:br/>
        <w:t>мов небу білому в гостині.</w:t>
      </w:r>
    </w:p>
    <w:p>
      <w:r>
        <w:br/>
        <w:t>Чи з колосками згадку голубою&lt;br /&gt;</w:t>
        <w:br/>
        <w:t>надземний серп не перейма?&lt;br /&gt;</w:t>
        <w:br/>
        <w:t>Гроза: аж до пожежного прибою,&lt;br /&gt;</w:t>
        <w:br/>
        <w:t>розпалиться в саду сама.&lt;br /&gt;</w:t>
        <w:br/>
        <w:t>Чи, в огнищі з хмаринности, надбитий&lt;br /&gt;</w:t>
        <w:br/>
        <w:t>вістки розгубить корабель?&lt;br /&gt;</w:t>
        <w:br/>
        <w:t>А ніде грядок на дощі подіти,—&lt;br /&gt;</w:t>
        <w:br/>
        <w:t>і вишню до вікна приб'є.</w:t>
      </w:r>
    </w:p>
    <w:p>
      <w:r>
        <w:br/>
        <w:t>Не тихне! пурпуровий голос бурхне&lt;br /&gt;</w:t>
        <w:br/>
        <w:t>на шибку—відплески під блиск.&lt;br /&gt;</w:t>
        <w:br/>
        <w:t>І розтерза діброву завірюха,&lt;br /&gt;</w:t>
        <w:br/>
        <w:t>де стріхи рідні розбрелись.</w:t>
      </w:r>
    </w:p>
    <w:p>
      <w:r>
        <w:br/>
        <w:t>Огненні списи зломить грозовиця:&lt;br /&gt;</w:t>
        <w:br/>
        <w:t>в серця, чорніші і від галок...&lt;br /&gt;</w:t>
        <w:br/>
        <w:t>де річка, цвівши пилом, безневинна,&lt;br /&gt;</w:t>
        <w:br/>
        <w:t>сподівана: в туман зникала.&lt;br /&gt;</w:t>
        <w:br/>
        <w:t>І—скорб! і краснолистий день жорстокі&lt;br /&gt;</w:t>
        <w:br/>
        <w:t>марюки рвуться доконати.&lt;br /&gt;</w:t>
        <w:br/>
        <w:t>Чи скоро з досвіту докрикне сокіл,&lt;br /&gt;</w:t>
        <w:br/>
        <w:t>мов дзвін, лякаючи заклятих?</w:t>
      </w:r>
    </w:p>
    <w:p>
      <w:r>
        <w:br/>
        <w:t>29.Х.50&lt;br /&gt;</w:t>
        <w:br/>
        <w:t>СПОДІВАНИЙ БЕРЕГ</w:t>
      </w:r>
    </w:p>
    <w:p>
      <w:r>
        <w:br/>
        <w:t>Не тепле сяєво квіток, пороша&lt;br /&gt;</w:t>
        <w:br/>
        <w:t>померхтіла при грядках—&lt;br /&gt;</w:t>
        <w:br/>
        <w:t>і вже нема! від уст твоїх погожа&lt;br /&gt;</w:t>
        <w:br/>
        <w:t>на світі свіжість приника.</w:t>
      </w:r>
    </w:p>
    <w:p>
      <w:r>
        <w:br/>
        <w:t>То з грунту, ніби думка, невмирущий&lt;br /&gt;</w:t>
        <w:br/>
        <w:t>вчарує птиць троянди корінь.&lt;br /&gt;</w:t>
        <w:br/>
        <w:t>І я листа від тебе жду! — їм кущик&lt;br /&gt;</w:t>
        <w:br/>
        <w:t>рожевістю життя впокорить.&lt;br /&gt;</w:t>
        <w:br/>
        <w:t>А небо так відкриється в пелюстках&lt;br /&gt;</w:t>
        <w:br/>
        <w:t>як до зідхань твоїх, кохане:&lt;br /&gt;</w:t>
        <w:br/>
        <w:t>де море крильми зірковими плюска,&lt;br /&gt;</w:t>
        <w:br/>
        <w:t>з гнізда камінного пристане.&lt;br /&gt;</w:t>
        <w:br/>
        <w:t>Я знаю знов, що брамка перевита&lt;br /&gt;</w:t>
        <w:br/>
        <w:t>гірляндою тобі в посвяті.&lt;br /&gt;</w:t>
        <w:br/>
        <w:t>І ввійдемо в родинний дворик літа,&lt;br /&gt;</w:t>
        <w:br/>
        <w:t>крізь промінь: долю попрохати.</w:t>
      </w:r>
    </w:p>
    <w:p>
      <w:r>
        <w:br/>
        <w:t>30.ХІІІ.50&lt;br /&gt;</w:t>
        <w:br/>
        <w:t>НАДВЕЧІРНІСТЬ МОРЯ</w:t>
      </w:r>
    </w:p>
    <w:p>
      <w:r>
        <w:br/>
        <w:t>Від глечика квітки, немов знічев'я,&lt;br /&gt;</w:t>
        <w:br/>
        <w:t>в вікно розпаляться просторне...&lt;br /&gt;</w:t>
        <w:br/>
        <w:t>Так тихо дожидає наречена,&lt;br /&gt;</w:t>
        <w:br/>
        <w:t>чи дохлюпне сердечне море.&lt;br /&gt;</w:t>
        <w:br/>
        <w:t>І дві високі свічки попросила&lt;br /&gt;</w:t>
        <w:br/>
        <w:t>мене з чужини чарувати.&lt;br /&gt;</w:t>
        <w:br/>
        <w:t>Мов нитка, що несе пташа: несива—&lt;br /&gt;</w:t>
        <w:br/>
        <w:t>від кіс твоїх мені до хати.&lt;br /&gt;</w:t>
        <w:br/>
        <w:t>На любі схилиш на долоні личко,&lt;br /&gt;</w:t>
        <w:br/>
        <w:t>при синьому вікна хресті.&lt;br /&gt;</w:t>
        <w:br/>
        <w:t>І смутком шите зілля невеличке&lt;br /&gt;</w:t>
        <w:br/>
        <w:t>почне на рукаві цвісти.&lt;br /&gt;</w:t>
        <w:br/>
        <w:t>А там жерделя, вся рожева хмарка,&lt;br /&gt;</w:t>
        <w:br/>
        <w:t>в вікно нашепчеться—відкрити.&lt;br /&gt;</w:t>
        <w:br/>
        <w:t>Ця доля тільки щирістю немарна,&lt;br /&gt;</w:t>
        <w:br/>
        <w:t>що з ніжности приносять діти.&lt;br /&gt;</w:t>
        <w:br/>
        <w:t>Не на сердитім океані сквилить—&lt;br /&gt;</w:t>
        <w:br/>
        <w:t>за щоглою,— не чайка вбога...&lt;br /&gt;</w:t>
        <w:br/>
        <w:t>Так до розлуки: місяць легкокрилий&lt;br /&gt;</w:t>
        <w:br/>
        <w:t>гніздо помостить без порога.</w:t>
      </w:r>
    </w:p>
    <w:p>
      <w:r>
        <w:br/>
        <w:t>І не на берег схимництво погляне,&lt;br /&gt;</w:t>
        <w:br/>
        <w:t>де злотно хрестик свій засвітить.&lt;br /&gt;</w:t>
        <w:br/>
        <w:t>А вже не вмре, в любові несказанне;&lt;br /&gt;</w:t>
        <w:br/>
        <w:t>хто йде, цілуючись, крізь віти.&lt;br /&gt;</w:t>
        <w:br/>
        <w:t>Огонь його—що й дух життя: в принадну&lt;br /&gt;</w:t>
        <w:br/>
        <w:t>мету цвіте, де погляд людський...&lt;br /&gt;</w:t>
        <w:br/>
        <w:t>І в тім ладу збудовано троянду,&lt;br /&gt;</w:t>
        <w:br/>
        <w:t>світанно складено пелюстки.&lt;br /&gt;</w:t>
        <w:br/>
        <w:t>І в тім: готичне серце в нескінчення—&lt;br /&gt;</w:t>
        <w:br/>
        <w:t>співуче б'є та непоборне.&lt;br /&gt;</w:t>
        <w:br/>
        <w:t>До ночі дожидає наречена,&lt;br /&gt;</w:t>
        <w:br/>
        <w:t>їй зоряне приходить море.</w:t>
      </w:r>
    </w:p>
    <w:p>
      <w:r>
        <w:br/>
        <w:t>16.XII.50&lt;br /&gt;</w:t>
        <w:br/>
        <w:t>СВІТАНКОВИЙ ВЕРЕГ</w:t>
      </w:r>
    </w:p>
    <w:p>
      <w:r>
        <w:br/>
        <w:t>Невже мене не кличе з далини,&lt;br /&gt;</w:t>
        <w:br/>
        <w:t>з надій—з коханого серпанку?&lt;br /&gt;</w:t>
        <w:br/>
        <w:t>Як лілії, до серця пригорни&lt;br /&gt;</w:t>
        <w:br/>
        <w:t>долоні! вихори спитають.</w:t>
      </w:r>
    </w:p>
    <w:p>
      <w:r>
        <w:br/>
        <w:t>Усе про тебе любо крильми віє&lt;br /&gt;</w:t>
        <w:br/>
        <w:t>рожеве сонце при листочках.&lt;br /&gt;</w:t>
        <w:br/>
        <w:t>Нехай хоч тінь твоя на камінь вийде,&lt;br /&gt;</w:t>
        <w:br/>
        <w:t>де хвиля ще не нам рокоче.</w:t>
      </w:r>
    </w:p>
    <w:p>
      <w:r>
        <w:br/>
        <w:t>Де ще не смію проказати й сіре,&lt;br /&gt;</w:t>
        <w:br/>
        <w:t>неквітне слово, як зустріну...&lt;br /&gt;</w:t>
        <w:br/>
        <w:t>Але я зорями чуття не змірю,&lt;br /&gt;</w:t>
        <w:br/>
        <w:t>де зграя їхня в ранок рине.</w:t>
      </w:r>
    </w:p>
    <w:p>
      <w:r>
        <w:br/>
        <w:t>То не пройди, мов зимне листя мучить,&lt;br /&gt;</w:t>
        <w:br/>
        <w:t>проз груди: бо тобі приклінні...&lt;br /&gt;</w:t>
        <w:br/>
        <w:t>бо огняне, бо вкриє всіх бризкуче&lt;br /&gt;</w:t>
        <w:br/>
        <w:t>небесне море,— болі спинить!</w:t>
      </w:r>
    </w:p>
    <w:p>
      <w:r>
        <w:br/>
        <w:t>16.IV.51&lt;br /&gt;</w:t>
        <w:br/>
        <w:t>ПРИОКЕАННЯ —ЗАХІД</w:t>
      </w:r>
    </w:p>
    <w:p>
      <w:r>
        <w:br/>
        <w:t>Чи журимося, поблукавши в птахи,&lt;br /&gt;</w:t>
        <w:br/>
        <w:t>а місяць руки розгорта.&lt;br /&gt;</w:t>
        <w:br/>
        <w:t>Зворушено: зірок хустина пахне&lt;br /&gt;</w:t>
        <w:br/>
        <w:t>конваліями серед трав.&lt;br /&gt;</w:t>
        <w:br/>
        <w:t>Дрімотно в очі, з тишини, під повів,&lt;br /&gt;</w:t>
        <w:br/>
        <w:t>сплеснувши, бризком прилилось.&lt;br /&gt;</w:t>
        <w:br/>
        <w:t>Над скойками і скорб свою знекровить—&lt;br /&gt;</w:t>
        <w:br/>
        <w:t>весь океан, як те село.</w:t>
      </w:r>
    </w:p>
    <w:p>
      <w:r>
        <w:br/>
        <w:t>Проходьмо: не побачити, з призначень,&lt;br /&gt;</w:t>
        <w:br/>
        <w:t>кремінну долю! не проплач.&lt;br /&gt;</w:t>
        <w:br/>
        <w:t>Надмор'я вечора—мов кінь, де скаче,&lt;br /&gt;</w:t>
        <w:br/>
        <w:t>де болю гілка і пчола.&lt;br /&gt;</w:t>
        <w:br/>
        <w:t>Довіє світлість і печаллю сповнить,—&lt;br /&gt;</w:t>
        <w:br/>
        <w:t>зернинка радости вгорі.&lt;br /&gt;</w:t>
        <w:br/>
        <w:t>А ти, вже білим доторком безмовна,&lt;br /&gt;</w:t>
        <w:br/>
        <w:t>біля грудей мені зорій.</w:t>
      </w:r>
    </w:p>
    <w:p>
      <w:r>
        <w:br/>
        <w:t>20.IV.51&lt;br /&gt;</w:t>
        <w:br/>
        <w:t>НЕСМУТОК</w:t>
      </w:r>
    </w:p>
    <w:p>
      <w:r>
        <w:br/>
        <w:t>Чаїнка сквилить! блискавка, що згасла,—&lt;br /&gt;</w:t>
        <w:br/>
        <w:t>в сердитий вернеться приплив.&lt;br /&gt;</w:t>
        <w:br/>
        <w:t>Від тебе йде по надбережжю щастя,&lt;br /&gt;</w:t>
        <w:br/>
        <w:t>благаючи в фіялки слів.</w:t>
      </w:r>
    </w:p>
    <w:p>
      <w:r>
        <w:br/>
        <w:t>А в сонця вже вулканове дихання,&lt;br /&gt;</w:t>
        <w:br/>
        <w:t>і океан, як лан сопілок.&lt;br /&gt;</w:t>
        <w:br/>
        <w:t>Я жду: твоя долоня не в останнє&lt;br /&gt;</w:t>
        <w:br/>
        <w:t>до уст мені від весен білих.</w:t>
      </w:r>
    </w:p>
    <w:p>
      <w:r>
        <w:br/>
        <w:t>Від весел не в останнє сміх хвилює&lt;br /&gt;</w:t>
        <w:br/>
        <w:t>за чайкою перлистим слідом.&lt;br /&gt;</w:t>
        <w:br/>
        <w:t>І все, що—поцілунок, світлом любе,&lt;br /&gt;</w:t>
        <w:br/>
        <w:t>обвіє в проліски, де підем.&lt;br /&gt;</w:t>
        <w:br/>
        <w:t>Забудеться: не дзвін від дна позве:&lt;br /&gt;</w:t>
        <w:br/>
        <w:t>між ласками, і всі безмежні.&lt;br /&gt;</w:t>
        <w:br/>
        <w:t>Хоч зло камінний мінить острівець—&lt;br /&gt;</w:t>
        <w:br/>
        <w:t>мов чорний корабель з пожежі.&lt;br /&gt;</w:t>
        <w:br/>
        <w:t>Забудеться! і вінчик хвиль посвітить&lt;br /&gt;</w:t>
        <w:br/>
        <w:t>а спочуття з вітрилом кине.&lt;br /&gt;</w:t>
        <w:br/>
        <w:t>Рожевим вибухом розбризне віти&lt;br /&gt;</w:t>
        <w:br/>
        <w:t>нам деревце, що сиротинне.</w:t>
      </w:r>
    </w:p>
    <w:p>
      <w:r>
        <w:br/>
        <w:t>1.У.51&lt;br /&gt;</w:t>
        <w:br/>
        <w:t>СПОДІВАННЯ СТРІЧІ</w:t>
      </w:r>
    </w:p>
    <w:p>
      <w:r>
        <w:br/>
        <w:t>Без тебе, очі любі! вже не буде&lt;br /&gt;</w:t>
        <w:br/>
        <w:t>ні іскри усміху з глибин,&lt;br /&gt;</w:t>
        <w:br/>
        <w:t>де до прибою ні чаїнка чудо&lt;br /&gt;</w:t>
        <w:br/>
        <w:t>не буде голубе любить.&lt;br /&gt;</w:t>
        <w:br/>
        <w:t>Я все до білоустих лілій кликав,&lt;br /&gt;</w:t>
        <w:br/>
        <w:t>що сурмлять аж перед вівтар.&lt;br /&gt;</w:t>
        <w:br/>
        <w:t>Найросяніша ніжність на повіках&lt;br /&gt;</w:t>
        <w:br/>
        <w:t>від тебе болі відверта.</w:t>
      </w:r>
    </w:p>
    <w:p>
      <w:r>
        <w:br/>
        <w:t>І спис грози не океану в грудях,—&lt;br /&gt;</w:t>
        <w:br/>
        <w:t>не проминай при нім ні рути!&lt;br /&gt;</w:t>
        <w:br/>
        <w:t>Ми знов, де камінь і весельце трудить,&lt;br /&gt;</w:t>
        <w:br/>
        <w:t>полинемо,— при сонці руки.&lt;br /&gt;</w:t>
        <w:br/>
        <w:t>Чоло не похилити в чорні трави,&lt;br /&gt;</w:t>
        <w:br/>
        <w:t>і віття ні на смерть не винне...&lt;br /&gt;</w:t>
        <w:br/>
        <w:t>і небо—тіней біля скойки збавить,&lt;br /&gt;</w:t>
        <w:br/>
        <w:t>як нас прибій зірок сповине.</w:t>
      </w:r>
    </w:p>
    <w:p>
      <w:r>
        <w:br/>
        <w:t>8.У.51&lt;br /&gt;</w:t>
        <w:br/>
        <w:t>ОСВІТЛЕНИЙ ОСТРІВЕЦЬ</w:t>
      </w:r>
    </w:p>
    <w:p>
      <w:r>
        <w:br/>
        <w:t>Піввічности згора,— тебе не видно,&lt;br /&gt;</w:t>
        <w:br/>
        <w:t>та з глибини душі корал&lt;br /&gt;</w:t>
        <w:br/>
        <w:t>не дужче кров'ю в течії поблідне,&lt;br /&gt;</w:t>
        <w:br/>
        <w:t>як образ: біль не покарав,&lt;br /&gt;</w:t>
        <w:br/>
        <w:t>І це—на острівці, де в кросно струнить&lt;br /&gt;</w:t>
        <w:br/>
        <w:t>неспокій з брижками впівкруг;&lt;br /&gt;</w:t>
        <w:br/>
        <w:t>нехай! відплететься з грудей отруйність,&lt;br /&gt;</w:t>
        <w:br/>
        <w:t>для тебе промінь приберу.&lt;br /&gt;</w:t>
        <w:br/>
        <w:t>Просипле огнищем вода під камінь,&lt;br /&gt;</w:t>
        <w:br/>
        <w:t>а наче все про тебе смуток...&lt;br /&gt;</w:t>
        <w:br/>
        <w:t>Чаїна в зграйці квилить, мов"тікаймо!" —&lt;br /&gt;</w:t>
        <w:br/>
        <w:t>хоч їй приплив'я ще не люте.</w:t>
      </w:r>
    </w:p>
    <w:p>
      <w:r>
        <w:br/>
        <w:t>Як попрошу, з—за крилець доля гляне;&lt;br /&gt;</w:t>
        <w:br/>
        <w:t>бо й сонце ще не сизий череп.&lt;br /&gt;</w:t>
        <w:br/>
        <w:t>А море все дохлюпує, в ласкав'я,&lt;br /&gt;</w:t>
        <w:br/>
        <w:t>мов зірка,— світло невичерпне.</w:t>
      </w:r>
    </w:p>
    <w:p>
      <w:r>
        <w:br/>
        <w:t>15.У.51&lt;br /&gt;</w:t>
        <w:br/>
        <w:t>НАДБЕРЕЖЖЯ</w:t>
      </w:r>
    </w:p>
    <w:p>
      <w:r>
        <w:br/>
        <w:t>При воскресінні моря—в півдні жду:&lt;br /&gt;</w:t>
        <w:br/>
        <w:t>як місяця вогонь, прийди!&lt;br /&gt;</w:t>
        <w:br/>
        <w:t>Злітає птиця хвилям по сліду,&lt;br /&gt;</w:t>
        <w:br/>
        <w:t>проте не кличе до біди.</w:t>
      </w:r>
    </w:p>
    <w:p>
      <w:r>
        <w:br/>
        <w:t>При глибині, прозоріше в любов,&lt;br /&gt;</w:t>
        <w:br/>
        <w:t>нас кличе зілля острівне...&lt;br /&gt;</w:t>
        <w:br/>
        <w:t>де потремтить, не бачачи обох,&lt;br /&gt;</w:t>
        <w:br/>
        <w:t>метелик темний та й мине.</w:t>
      </w:r>
    </w:p>
    <w:p>
      <w:r>
        <w:br/>
        <w:t>Де жовтий сон кульбаб,— негоддя бідне&lt;br /&gt;</w:t>
        <w:br/>
        <w:t>чи знов стуманить океан?&lt;br /&gt;</w:t>
        <w:br/>
        <w:t>Так близько: неба радість голубіє,&lt;br /&gt;</w:t>
        <w:br/>
        <w:t>де будеш ти! прийди й поглянь...&lt;br /&gt;</w:t>
        <w:br/>
        <w:t>Шипшини, рідні їй, також кленки—&lt;br /&gt;</w:t>
        <w:br/>
        <w:t>аж вихряться з передчуття.&lt;br /&gt;</w:t>
        <w:br/>
        <w:t>Нам до любови—дзвін глибин тяжкий,&lt;br /&gt;</w:t>
        <w:br/>
        <w:t>а з нього серце все чита.</w:t>
      </w:r>
    </w:p>
    <w:p>
      <w:r>
        <w:br/>
        <w:t>22.У.51&lt;br /&gt;</w:t>
        <w:br/>
        <w:t>ЖДАНА ЗУСТРІЧ</w:t>
      </w:r>
    </w:p>
    <w:p>
      <w:r>
        <w:br/>
        <w:t>Щохвилі—світло до прибою скрикне,&lt;br /&gt;</w:t>
        <w:br/>
        <w:t>від захвату топаз розгубить.&lt;br /&gt;</w:t>
        <w:br/>
        <w:t>До тебе квіття, наче в серця з вікон,&lt;br /&gt;</w:t>
        <w:br/>
        <w:t>відкрилося! рожев'я любе.</w:t>
      </w:r>
    </w:p>
    <w:p>
      <w:r>
        <w:br/>
        <w:t>Обтрусить сонце на безодню пір'я;&lt;br /&gt;</w:t>
        <w:br/>
        <w:t>а майоран росину вип'є...&lt;br /&gt;</w:t>
        <w:br/>
        <w:t>та не стрункіше він: як душі! вірять,&lt;br /&gt;</w:t>
        <w:br/>
        <w:t>кохаючи; де зло—невпинне.&lt;br /&gt;</w:t>
        <w:br/>
        <w:t>Чи в голубому сяйві, що крізь двері&lt;br /&gt;</w:t>
        <w:br/>
        <w:t>тойбічного, побачу з поля:&lt;br /&gt;</w:t>
        <w:br/>
        <w:t>єдину рідністю? на празник вербний—&lt;br /&gt;</w:t>
        <w:br/>
        <w:t>від бросток тінь не прохолола.&lt;br /&gt;</w:t>
        <w:br/>
        <w:t>Твій океан, як лебідь, суперечить;&lt;br /&gt;</w:t>
        <w:br/>
        <w:t>над камінь—крильми; мов сокоче.&lt;br /&gt;</w:t>
        <w:br/>
        <w:t>З шипшинних бризок, де чаїні втечі,&lt;br /&gt;</w:t>
        <w:br/>
        <w:t>в життя всміхнись! огнем високе.</w:t>
      </w:r>
    </w:p>
    <w:p>
      <w:r>
        <w:br/>
        <w:t>5.VI.51&lt;br /&gt;</w:t>
        <w:br/>
        <w:t>ЖУРБА</w:t>
      </w:r>
    </w:p>
    <w:p>
      <w:r>
        <w:br/>
        <w:t>Уже ні сонце, ніби серце темне,&lt;br /&gt;</w:t>
        <w:br/>
        <w:t>при хвилі не світнеться, каре.&lt;br /&gt;</w:t>
        <w:br/>
        <w:t>Недавнішя—нерідна нам ненене,&lt;br /&gt;</w:t>
        <w:br/>
        <w:t>бідо морська! бреду, як старець.</w:t>
      </w:r>
    </w:p>
    <w:p>
      <w:r>
        <w:br/>
        <w:t>Немов пірце на сполох стрепенеться,&lt;br /&gt;</w:t>
        <w:br/>
        <w:t>так блиск пролитий не просох.&lt;br /&gt;</w:t>
        <w:br/>
        <w:t>До тебе згадка: кров'ю на тенетах;&lt;br /&gt;</w:t>
        <w:br/>
        <w:t>струна по дзеркалу—в пісок.</w:t>
      </w:r>
    </w:p>
    <w:p>
      <w:r>
        <w:br/>
        <w:t>Чи не прилинеш? соняшник не сплаче&lt;br /&gt;</w:t>
        <w:br/>
        <w:t>по бризках море щебетуще!...&lt;br /&gt;</w:t>
        <w:br/>
        <w:t>де, росяний, де крапання найтяжче—&lt;br /&gt;</w:t>
        <w:br/>
        <w:t>торкає й вечір: синій кущик.</w:t>
      </w:r>
    </w:p>
    <w:p>
      <w:r>
        <w:br/>
        <w:t>Щоб грім не в гибіль нахиляв вітрильце,&lt;br /&gt;</w:t>
        <w:br/>
        <w:t>як хусточку, до злої хвилі...&lt;br /&gt;</w:t>
        <w:br/>
        <w:t>бо, доле! бистрій глибині, сестрице! —&lt;br /&gt;</w:t>
        <w:br/>
        <w:t>вже й танці віддала весільні.</w:t>
      </w:r>
    </w:p>
    <w:p>
      <w:r>
        <w:br/>
        <w:t>10.VII.51&lt;br /&gt;</w:t>
        <w:br/>
        <w:t>ТЯЖКІСТЬ</w:t>
      </w:r>
    </w:p>
    <w:p>
      <w:r>
        <w:br/>
        <w:t>Несвітне ниже—зимне! я не можу,&lt;br /&gt;</w:t>
        <w:br/>
        <w:t>бо в грудях жаль коріння труїть.&lt;br /&gt;</w:t>
        <w:br/>
        <w:t>А з грозами, на просторінь порожню,&lt;br /&gt;</w:t>
        <w:br/>
        <w:t>всі чайки повідносив струмінь.</w:t>
      </w:r>
    </w:p>
    <w:p>
      <w:r>
        <w:br/>
        <w:t>І я—жебрак; слідами не помолить&lt;br /&gt;</w:t>
        <w:br/>
        <w:t>огнем про мене амариліс.&lt;br /&gt;</w:t>
        <w:br/>
        <w:t>А радістю від скель світа поволі,&lt;br /&gt;</w:t>
        <w:br/>
        <w:t>де ми з тобою помирились.&lt;br /&gt;</w:t>
        <w:br/>
        <w:t>Квітуче звідти—чи провістя спурхне&lt;br /&gt;</w:t>
        <w:br/>
        <w:t>до моря і торкнеться лиха?.,&lt;br /&gt;</w:t>
        <w:br/>
        <w:t>бо блиска, хоч не бачимо, пурпурне—&lt;br /&gt;</w:t>
        <w:br/>
        <w:t>життя, як вечір нам на лиця.</w:t>
      </w:r>
    </w:p>
    <w:p>
      <w:r>
        <w:br/>
        <w:t>Де пам'яті не ранить і солоне&lt;br /&gt;</w:t>
        <w:br/>
        <w:t>безум'я з моря, вже останнє.&lt;br /&gt;</w:t>
        <w:br/>
        <w:t>І тільки відповідь глибин простогне:&lt;br /&gt;</w:t>
        <w:br/>
        <w:t>нам горе! біля скель погасне.</w:t>
      </w:r>
    </w:p>
    <w:p>
      <w:r>
        <w:br/>
        <w:t>11.VH.51&lt;br /&gt;</w:t>
        <w:br/>
        <w:t>човни</w:t>
      </w:r>
    </w:p>
    <w:p>
      <w:r>
        <w:br/>
        <w:t>Човни вгортає в димовинні болі—&lt;br /&gt;</w:t>
        <w:br/>
        <w:t>розлука! острівок— збліднів.&lt;br /&gt;</w:t>
        <w:br/>
        <w:t>І голуба орда, як ще ніколи,&lt;br /&gt;</w:t>
        <w:br/>
        <w:t>кипить коліссям хвиль до ніг.</w:t>
      </w:r>
    </w:p>
    <w:p>
      <w:r>
        <w:br/>
        <w:t>Якби ти вийшла! не в громи щоразу&lt;br /&gt;</w:t>
        <w:br/>
        <w:t>закутується камінь мокрий.&lt;br /&gt;</w:t>
        <w:br/>
        <w:t>Чи тяжко був човна твого образив—&lt;br /&gt;</w:t>
        <w:br/>
        <w:t>прибій? нещастя бризний окрик.</w:t>
      </w:r>
    </w:p>
    <w:p>
      <w:r>
        <w:br/>
        <w:t>Чи південь сизий не навів зловісне&lt;br /&gt;</w:t>
        <w:br/>
        <w:t>дощів'я мов досаду дрібно?&lt;br /&gt;</w:t>
        <w:br/>
        <w:t>І птиці не з могильністю — а вісті,&lt;br /&gt;</w:t>
        <w:br/>
        <w:t>що руки простягає рідна.</w:t>
      </w:r>
    </w:p>
    <w:p>
      <w:r>
        <w:br/>
        <w:t>Нема тебе і вже гілля поникле,&lt;br /&gt;</w:t>
        <w:br/>
        <w:t>і чорні голуби, крім двох.&lt;br /&gt;</w:t>
        <w:br/>
        <w:t>Хоч океан з труни на стежку крикне,&lt;br /&gt;</w:t>
        <w:br/>
        <w:t>не слухай! — лілії приводь!</w:t>
      </w:r>
    </w:p>
    <w:p>
      <w:r>
        <w:br/>
        <w:t>12.VII.51&lt;br /&gt;</w:t>
        <w:br/>
        <w:t>ОКЕАН З КВІТКАМИ: ЩО НА ДНІ</w:t>
      </w:r>
    </w:p>
    <w:p>
      <w:r>
        <w:br/>
        <w:t>Стурбований; мов звівши хрестик, свідчи&lt;br /&gt;</w:t>
        <w:br/>
        <w:t>торкає приструння гвоздичне.&lt;br /&gt;</w:t>
        <w:br/>
        <w:t>Тужу, бо ти від синіх снів, не звідти,&lt;br /&gt;</w:t>
        <w:br/>
        <w:t>де вірний стовітрильник: вічність.&lt;br /&gt;</w:t>
        <w:br/>
        <w:t>А до грудей твоїх, збілівши, дзвони —&lt;br /&gt;</w:t>
        <w:br/>
        <w:t>чуття в огненну ниву кличуть.&lt;br /&gt;</w:t>
        <w:br/>
        <w:t>Недольний дощик, за думками зовні&lt;br /&gt;</w:t>
        <w:br/>
        <w:t>відвіяно—в жемчужну стрічку.</w:t>
      </w:r>
    </w:p>
    <w:p>
      <w:r>
        <w:br/>
        <w:t>В піщаній несходимості так тихо;&lt;br /&gt;</w:t>
        <w:br/>
        <w:t>і вибризнеться моря спомин.&lt;br /&gt;</w:t>
        <w:br/>
        <w:t>Під хмарне забуття, коли настигло&lt;br /&gt;</w:t>
        <w:br/>
        <w:t>скигичуть сивокрилки скромні.</w:t>
      </w:r>
    </w:p>
    <w:p>
      <w:r>
        <w:br/>
        <w:t>Все океанове безмов'я в ласку&lt;br /&gt;</w:t>
        <w:br/>
        <w:t>схвильоване нам до сердець.&lt;br /&gt;</w:t>
        <w:br/>
        <w:t>Гвоздички дна, крізь бурю великанську,&lt;br /&gt;</w:t>
        <w:br/>
        <w:t>ви, добрі, небу віддастесь!</w:t>
      </w:r>
    </w:p>
    <w:p>
      <w:r>
        <w:br/>
        <w:t>13.УН,51&lt;br /&gt;</w:t>
        <w:br/>
        <w:t>ВІТРЯНИЙ ВІДХІД</w:t>
      </w:r>
    </w:p>
    <w:p>
      <w:r>
        <w:br/>
        <w:t>Збирається васильків цвіт, як скромні&lt;br /&gt;</w:t>
        <w:br/>
        <w:t>напливи з черги: в камінь битись.&lt;br /&gt;</w:t>
        <w:br/>
        <w:t>І знов помріє твій зелений комір,&lt;br /&gt;</w:t>
        <w:br/>
        <w:t>і коси,— видно з кручі звідси.</w:t>
      </w:r>
    </w:p>
    <w:p>
      <w:r>
        <w:br/>
        <w:t>Розбурюються вибухи, і димний&lt;br /&gt;</w:t>
        <w:br/>
        <w:t>наведено піврух від айстрок.&lt;br /&gt;</w:t>
        <w:br/>
        <w:t>А відзвук: люба згадка, як ходили —&lt;br /&gt;</w:t>
        <w:br/>
        <w:t>ми, не губивши персня, часто.</w:t>
      </w:r>
    </w:p>
    <w:p>
      <w:r>
        <w:br/>
        <w:t>А відзвук: тихо доплеснеться в рідність&lt;br /&gt;</w:t>
        <w:br/>
        <w:t>плачів і поцілунків—кожний...&lt;br /&gt;</w:t>
        <w:br/>
        <w:t>нам звізди кличучи з колючок кривди:&lt;br /&gt;</w:t>
        <w:br/>
        <w:t>нам сестри, на троянди схожі.</w:t>
      </w:r>
    </w:p>
    <w:p>
      <w:r>
        <w:br/>
        <w:t>Майбутнє все над нами! де колодязь&lt;br /&gt;</w:t>
        <w:br/>
        <w:t>небес,—торкнутися до зірки...&lt;br /&gt;</w:t>
        <w:br/>
        <w:t>коли крізь вечір вісники дозволять&lt;br /&gt;</w:t>
        <w:br/>
        <w:t>проходити проз скелі грізні.</w:t>
      </w:r>
    </w:p>
    <w:p>
      <w:r>
        <w:br/>
        <w:t>13.VII.51&lt;br /&gt;</w:t>
        <w:br/>
        <w:t>ПОСВІТЛЕНІСТЬ</w:t>
      </w:r>
    </w:p>
    <w:p>
      <w:r>
        <w:br/>
        <w:t>Сьогодні мирне світло: все подвоїть&lt;br /&gt;</w:t>
        <w:br/>
        <w:t>при березі казок твоїх.&lt;br /&gt;</w:t>
        <w:br/>
        <w:t>Чернець несе, це океан! сувої,&lt;br /&gt;</w:t>
        <w:br/>
        <w:t>та блиск в літописі знайти...</w:t>
      </w:r>
    </w:p>
    <w:p>
      <w:r>
        <w:br/>
        <w:t>і все про тебе, що коса осяйна&lt;br /&gt;</w:t>
        <w:br/>
        <w:t>мені на серце прихлюпнеться.&lt;br /&gt;</w:t>
        <w:br/>
        <w:t>А десь промінню в кораблів присяга;&lt;br /&gt;</w:t>
        <w:br/>
        <w:t>відходять до троянд похрестя.</w:t>
      </w:r>
    </w:p>
    <w:p>
      <w:r>
        <w:br/>
        <w:t>Готичні привиди з квіток церковних&lt;br /&gt;</w:t>
        <w:br/>
        <w:t>крізь нашу дивляться самотність.&lt;br /&gt;</w:t>
        <w:br/>
        <w:t>І всі, і пристрасні, від хвиль докори,&lt;br /&gt;</w:t>
        <w:br/>
        <w:t>як весла, кинуто за мостик.</w:t>
      </w:r>
    </w:p>
    <w:p>
      <w:r>
        <w:br/>
        <w:t>Тоді в ладу, що бистриться з посвідчень,&lt;br /&gt;</w:t>
        <w:br/>
        <w:t>стежки призначено крізь світло.&lt;br /&gt;</w:t>
        <w:br/>
        <w:t>Нам дано човен, де життя чаїне,—&lt;br /&gt;</w:t>
        <w:br/>
        <w:t>в вітрило місяця сповитий.</w:t>
      </w:r>
    </w:p>
    <w:p>
      <w:r>
        <w:br/>
        <w:t>15.VII.51&lt;br /&gt;</w:t>
        <w:br/>
        <w:t>ВІДКРИТА НАПІВНЕГОДА</w:t>
      </w:r>
    </w:p>
    <w:p>
      <w:r>
        <w:br/>
        <w:t>Від синьої скорботи з моря віє:&lt;br /&gt;</w:t>
        <w:br/>
        <w:t>в каміння, мов орли, руде.&lt;br /&gt;</w:t>
        <w:br/>
        <w:t>То може світло хрестоцвітих, вільне,&lt;br /&gt;</w:t>
        <w:br/>
        <w:t>тебе над вечір приведе.</w:t>
      </w:r>
    </w:p>
    <w:p>
      <w:r>
        <w:br/>
        <w:t>Біда в жадобі виром не приверне—&lt;br /&gt;</w:t>
        <w:br/>
        <w:t>ні буревісника на острів.&lt;br /&gt;</w:t>
        <w:br/>
        <w:t>Скричиться в зграї спочуття липневе,&lt;br /&gt;</w:t>
        <w:br/>
        <w:t>над кораблі: співзвуччя гострі.&lt;br /&gt;</w:t>
        <w:br/>
        <w:t>При брамі дня—закляття в дожиданні&lt;br /&gt;</w:t>
        <w:br/>
        <w:t>моєму до твого плеча.&lt;br /&gt;</w:t>
        <w:br/>
        <w:t>І смуток: мов пісок відпливу давній,&lt;br /&gt;</w:t>
        <w:br/>
        <w:t>де море ключ не доруча...</w:t>
      </w:r>
    </w:p>
    <w:p>
      <w:r>
        <w:br/>
        <w:t>Де стали замкнуті найглибше двері,&lt;br /&gt;</w:t>
        <w:br/>
        <w:t>його старої з небом мови.&lt;br /&gt;</w:t>
        <w:br/>
        <w:t>А діждеться, а буде крином жевріть&lt;br /&gt;</w:t>
        <w:br/>
        <w:t>світанок! і вікно наповнить.</w:t>
      </w:r>
    </w:p>
    <w:p>
      <w:r>
        <w:br/>
        <w:t>17.VII.51&lt;br /&gt;</w:t>
        <w:br/>
        <w:t>ПРИБЕРЕЖНИЙ ДЕНЬ</w:t>
      </w:r>
    </w:p>
    <w:p>
      <w:r>
        <w:br/>
        <w:t>По берегу світкого півдня рветься&lt;br /&gt;</w:t>
        <w:br/>
        <w:t>все в повіви: двоцвіття свіже!&lt;br /&gt;</w:t>
        <w:br/>
        <w:t>Хоч від бурунности морської в ревах—&lt;br /&gt;</w:t>
        <w:br/>
        <w:t>і мертва скойка крок проріже.&lt;br /&gt;</w:t>
        <w:br/>
        <w:t>І нив прозорости не перечислить:&lt;br /&gt;</w:t>
        <w:br/>
        <w:t>виручої, ні ввік! — вітрильник.&lt;br /&gt;</w:t>
        <w:br/>
        <w:t>Від нас і чайок найбіднішу кличність&lt;br /&gt;</w:t>
        <w:br/>
        <w:t>аж поза смертю доля схилить...&lt;br /&gt;</w:t>
        <w:br/>
        <w:t>Сама несіра, не як тіні пташі,&lt;br /&gt;</w:t>
        <w:br/>
        <w:t>вся усмішкою дня світне:&lt;br /&gt;</w:t>
        <w:br/>
        <w:t>де ми з надгір'я почали шептати&lt;br /&gt;</w:t>
        <w:br/>
        <w:t>про рідне небо несмутне.&lt;br /&gt;</w:t>
        <w:br/>
        <w:t>Жаліли звідти, липнями пресвітлі,&lt;br /&gt;</w:t>
        <w:br/>
        <w:t>з дитинства ринувши, дерева.&lt;br /&gt;</w:t>
        <w:br/>
        <w:t>Найглибші сонце закидає сіті,&lt;br /&gt;</w:t>
        <w:br/>
        <w:t>де риба—радість наша смертна.</w:t>
      </w:r>
    </w:p>
    <w:p>
      <w:r>
        <w:br/>
        <w:t>20.VII.51&lt;br /&gt;</w:t>
        <w:br/>
        <w:t>СХІДНІЙ МІСЯЦЬ</w:t>
      </w:r>
    </w:p>
    <w:p>
      <w:r>
        <w:br/>
        <w:t>Все повіваючи, від айстри мріє,&lt;br /&gt;</w:t>
        <w:br/>
        <w:t>все—ближча, як твоє дихання:&lt;br /&gt;</w:t>
        <w:br/>
        <w:t>мені в невидні очі, й морю рівна—&lt;br /&gt;</w:t>
        <w:br/>
        <w:t>журба між присмерками давня...</w:t>
      </w:r>
    </w:p>
    <w:p>
      <w:r>
        <w:br/>
        <w:t>В мережці димрявій! не погасивши&lt;br /&gt;</w:t>
        <w:br/>
        <w:t>ні корабля: ліхтарний поблиск.&lt;br /&gt;</w:t>
        <w:br/>
        <w:t>Він захлинеться, до піску, мов віщий,&lt;br /&gt;</w:t>
        <w:br/>
        <w:t>де лихо скойками скололось.&lt;br /&gt;</w:t>
        <w:br/>
        <w:t>І загадкові брів твоїх пір'їнки—&lt;br /&gt;</w:t>
        <w:br/>
        <w:t>при вітрі вечора довкруг.&lt;br /&gt;</w:t>
        <w:br/>
        <w:t>З прибою чути: досвіт перестріньте! —&lt;br /&gt;</w:t>
        <w:br/>
        <w:t>цвісти барвінку та добру.&lt;br /&gt;</w:t>
        <w:br/>
        <w:t>Ти—гожа! привид ніжний, мов на шахах:&lt;br /&gt;</w:t>
        <w:br/>
        <w:t>з мініятюр горить індійських.&lt;br /&gt;</w:t>
        <w:br/>
        <w:t>Та ллється місяць від висот прощальних—&lt;br /&gt;</w:t>
        <w:br/>
        <w:t>до тебе і до хвиль подітись.</w:t>
      </w:r>
    </w:p>
    <w:p>
      <w:r>
        <w:br/>
        <w:t>21.VII.51&lt;br /&gt;</w:t>
        <w:br/>
        <w:t>ПОВЕРНЕННЯ</w:t>
      </w:r>
    </w:p>
    <w:p>
      <w:r>
        <w:br/>
        <w:t>В розорній синяві човни пливуть;&lt;br /&gt;</w:t>
        <w:br/>
        <w:t>ми поруч!—палення священне.&lt;br /&gt;</w:t>
        <w:br/>
        <w:t>Липневу пінність вип'є: півживу,&lt;br /&gt;</w:t>
        <w:br/>
        <w:t>не як твої гілки, черешне.&lt;br /&gt;</w:t>
        <w:br/>
        <w:t>При щоглі навскіс крилля лебедине:&lt;br /&gt;</w:t>
        <w:br/>
        <w:t>летить! недружня буря стеле.&lt;br /&gt;</w:t>
        <w:br/>
        <w:t>Вже ревніше кайданний страх обкине,&lt;br /&gt;</w:t>
        <w:br/>
        <w:t>ніж леви—в заростя примерле.&lt;br /&gt;</w:t>
        <w:br/>
        <w:t>Від обрію, поранені, зніміти&lt;br /&gt;</w:t>
        <w:br/>
        <w:t>вкривавлюються змії в бризкіт.&lt;br /&gt;</w:t>
        <w:br/>
        <w:t>А з світла, серед туч—мов подих квітки&lt;br /&gt;</w:t>
        <w:br/>
        <w:t>й знамена, в крик грози закриті.&lt;br /&gt;</w:t>
        <w:br/>
        <w:t>Сама безодня дозвіріє в нурті&lt;br /&gt;</w:t>
        <w:br/>
        <w:t>по сліду, мов замки рвонувши.&lt;br /&gt;</w:t>
        <w:br/>
        <w:t>Відходьмо! човен молитов звернути&lt;br /&gt;</w:t>
        <w:br/>
        <w:t>вітрилами в моря немрущі.</w:t>
      </w:r>
    </w:p>
    <w:p>
      <w:r>
        <w:br/>
        <w:t>22.VII.51&lt;br /&gt;</w:t>
        <w:br/>
        <w:t>ДОЛЯ, ЩО З МОРЯ</w:t>
      </w:r>
    </w:p>
    <w:p>
      <w:r>
        <w:br/>
        <w:t>Піщаний час нещастя змандрували,&lt;br /&gt;</w:t>
        <w:br/>
        <w:t>але тепло дріма над слідом.&lt;br /&gt;</w:t>
        <w:br/>
        <w:t>Та хвилі, мов діди: від релі—валик&lt;br /&gt;</w:t>
        <w:br/>
        <w:t>вискриплює: чи ми їх скривдим?</w:t>
      </w:r>
    </w:p>
    <w:p>
      <w:r>
        <w:br/>
        <w:t>Бо в моря поруч і витворне квіття,&lt;br /&gt;</w:t>
        <w:br/>
        <w:t>з слонової неначе кости—&lt;br /&gt;</w:t>
        <w:br/>
        <w:t>лиш привид мерхлий! Ти з глибин облита,&lt;br /&gt;</w:t>
        <w:br/>
        <w:t>і поцілунок білість носить.</w:t>
      </w:r>
    </w:p>
    <w:p>
      <w:r>
        <w:br/>
        <w:t>І присила вода пісок до лодки,&lt;br /&gt;</w:t>
        <w:br/>
        <w:t>в чергах мелодію прядучи.&lt;br /&gt;</w:t>
        <w:br/>
        <w:t>Коли і кроку слід твій, що проходить,&lt;br /&gt;</w:t>
        <w:br/>
        <w:t>від перламутру скойки дужчий.</w:t>
      </w:r>
    </w:p>
    <w:p>
      <w:r>
        <w:br/>
        <w:t>І океан з біди кораблик лірний&lt;br /&gt;</w:t>
        <w:br/>
        <w:t>вруча в долоню острівця.&lt;br /&gt;</w:t>
        <w:br/>
        <w:t>А доля коло нього сон сповірить,&lt;br /&gt;</w:t>
        <w:br/>
        <w:t>вся—видністю: як небо, вся.</w:t>
      </w:r>
    </w:p>
    <w:p>
      <w:r>
        <w:br/>
        <w:t>23.УІК51&lt;br /&gt;</w:t>
        <w:br/>
        <w:t>ВІДХІД БУРІ</w:t>
      </w:r>
    </w:p>
    <w:p>
      <w:r>
        <w:br/>
        <w:t>Стомившися, нещастя: клонне в осінь,&lt;br /&gt;</w:t>
        <w:br/>
        <w:t>перехвилюється— прив'яне.&lt;br /&gt;</w:t>
        <w:br/>
        <w:t>І знов тобі провістя чайка вносить&lt;br /&gt;</w:t>
        <w:br/>
        <w:t>над грози: як волошка, славне.&lt;br /&gt;</w:t>
        <w:br/>
        <w:t>Біда, примружуючи блиски сірі,&lt;br /&gt;</w:t>
        <w:br/>
        <w:t>через каміння шерстю пінить.&lt;br /&gt;</w:t>
        <w:br/>
        <w:t>І вже кричить на сторони чотири&lt;br /&gt;</w:t>
        <w:br/>
        <w:t>з недолі грім: багристий скрипник.&lt;br /&gt;</w:t>
        <w:br/>
        <w:t>А в грудях наше зілля найсвіжіше—&lt;br /&gt;</w:t>
        <w:br/>
        <w:t>без тіні знатися неволить.&lt;br /&gt;</w:t>
        <w:br/>
        <w:t>Помалу древня, гнівом не відживши,&lt;br /&gt;</w:t>
        <w:br/>
        <w:t>відкочується буря в поле.</w:t>
      </w:r>
    </w:p>
    <w:p>
      <w:r>
        <w:br/>
        <w:t>І при відгорнутій завісі в просвіт,&lt;br /&gt;</w:t>
        <w:br/>
        <w:t>де вироста квітник огненний,&lt;br /&gt;</w:t>
        <w:br/>
        <w:t>вже ми—спокутні! ранок душі зросить,&lt;br /&gt;</w:t>
        <w:br/>
        <w:t>обвихрені, як з ночі—нетлі.</w:t>
      </w:r>
    </w:p>
    <w:p>
      <w:r>
        <w:br/>
        <w:t>24.VII.51&lt;br /&gt;</w:t>
        <w:br/>
        <w:t>ПРИОЗЕРНИЙ ОБРАЗ</w:t>
      </w:r>
    </w:p>
    <w:p>
      <w:r>
        <w:br/>
        <w:t>Береза: хусткою сіяння—гарно&lt;br /&gt;</w:t>
        <w:br/>
        <w:t>тобі до сходу серги мила...&lt;br /&gt;</w:t>
        <w:br/>
        <w:t>Як ще ріллею не темнила, хмаро! —&lt;br /&gt;</w:t>
        <w:br/>
        <w:t>красніші, ніж проквітле зілля.</w:t>
      </w:r>
    </w:p>
    <w:p>
      <w:r>
        <w:br/>
        <w:t>А руки—горлиця та лебедина&lt;br /&gt;</w:t>
        <w:br/>
        <w:t>збілили, плюскавши з криниці.&lt;br /&gt;</w:t>
        <w:br/>
        <w:t>Конвалія і роси спорядила&lt;br /&gt;</w:t>
        <w:br/>
        <w:t>світлисті: в радості вронитись.</w:t>
      </w:r>
    </w:p>
    <w:p>
      <w:r>
        <w:br/>
        <w:t>Прозорі хвилі смарагдовість горне,&lt;br /&gt;</w:t>
        <w:br/>
        <w:t>миліші, ніж від снів,— проз ніжки.&lt;br /&gt;</w:t>
        <w:br/>
        <w:t>І спогаду твого знання повторне&lt;br /&gt;</w:t>
        <w:br/>
        <w:t>ясмин схиля до бджілок ближніх.</w:t>
      </w:r>
    </w:p>
    <w:p>
      <w:r>
        <w:br/>
        <w:t>А бризки—холод на тепло трепеття,&lt;br /&gt;</w:t>
        <w:br/>
        <w:t>з високого припливу кинуть.&lt;br /&gt;</w:t>
        <w:br/>
        <w:t>У лузі блискавка з дощем креснеться—&lt;br /&gt;</w:t>
        <w:br/>
        <w:t>знайти зозулину калину.</w:t>
      </w:r>
    </w:p>
    <w:p>
      <w:r>
        <w:br/>
        <w:t>25.VII.51&lt;br /&gt;</w:t>
        <w:br/>
        <w:t>НАПРОТИ НЕРАДІСНОГО</w:t>
      </w:r>
    </w:p>
    <w:p>
      <w:r>
        <w:br/>
        <w:t>Зібралося мовчання грізно—сизе&lt;br /&gt;</w:t>
        <w:br/>
        <w:t>за мертвими за островами.&lt;br /&gt;</w:t>
        <w:br/>
        <w:t>А щастя: криник світлий, як з Ассізи,&lt;br /&gt;</w:t>
        <w:br/>
        <w:t>скромніє в грудях—не зірвати.</w:t>
      </w:r>
    </w:p>
    <w:p>
      <w:r>
        <w:br/>
        <w:t>Притихло море, крилля низько мивши&lt;br /&gt;</w:t>
        <w:br/>
        <w:t>собі—як листя; нас покропить.&lt;br /&gt;</w:t>
        <w:br/>
        <w:t>І промені, мов стеблики колишні,&lt;br /&gt;</w:t>
        <w:br/>
        <w:t>жоржинні до бурунів скорих.</w:t>
      </w:r>
    </w:p>
    <w:p>
      <w:r>
        <w:br/>
        <w:t>Ходім проз берег! барвами веселе&lt;br /&gt;</w:t>
        <w:br/>
        <w:t>зближає речення до кроків.&lt;br /&gt;</w:t>
        <w:br/>
        <w:t>Нехай згремиться вал, воно простеле&lt;br /&gt;</w:t>
        <w:br/>
        <w:t>разками в дожидання розкіш.</w:t>
      </w:r>
    </w:p>
    <w:p>
      <w:r>
        <w:br/>
        <w:t>Гроза—як ворог колосковим свічам —&lt;br /&gt;</w:t>
        <w:br/>
        <w:t>кричить, що нам розлука! з гридні.&lt;br /&gt;</w:t>
        <w:br/>
        <w:t>А птиці моря, помахом сивішим,&lt;br /&gt;</w:t>
        <w:br/>
        <w:t>ніж дощ, розіб'ють смуток рідний.</w:t>
      </w:r>
    </w:p>
    <w:p>
      <w:r>
        <w:br/>
        <w:t>27.VII.51&lt;br /&gt;</w:t>
        <w:br/>
        <w:t>ПРИХІД хвиль</w:t>
      </w:r>
    </w:p>
    <w:p>
      <w:r>
        <w:br/>
        <w:t>Впаде, мов дим, і скориться, пожежне:&lt;br /&gt;</w:t>
        <w:br/>
        <w:t>аж коло щиколоток нам.&lt;br /&gt;</w:t>
        <w:br/>
        <w:t>Воно з казок і риб: луски безмежність;&lt;br /&gt;</w:t>
        <w:br/>
        <w:t>огонь від мітри відміня.</w:t>
      </w:r>
    </w:p>
    <w:p>
      <w:r>
        <w:br/>
        <w:t>А в рух, де мужности залізна смуга:&lt;br /&gt;</w:t>
        <w:br/>
        <w:t>блакитниться пилок до щогли.&lt;br /&gt;</w:t>
        <w:br/>
        <w:t>Всміхнися! колосити сяйва мусять,&lt;br /&gt;</w:t>
        <w:br/>
        <w:t>а хмара не замкне нікого.&lt;br /&gt;</w:t>
        <w:br/>
        <w:t>Бо навіть забуття намітка сива,&lt;br /&gt;</w:t>
        <w:br/>
        <w:t>на небо віяна й чайкам,&lt;br /&gt;</w:t>
        <w:br/>
        <w:t>спада в пісок—як островів ростина,&lt;br /&gt;</w:t>
        <w:br/>
        <w:t>вся наша, в пінах приника.&lt;br /&gt;</w:t>
        <w:br/>
        <w:t>З—за туч розділено горіння квітне,&lt;br /&gt;</w:t>
        <w:br/>
        <w:t>немов твоєї ласки зміст.&lt;br /&gt;</w:t>
        <w:br/>
        <w:t>До подорожі всім шляхи розвине:&lt;br /&gt;</w:t>
        <w:br/>
        <w:t>в живих зірках його візьміть.</w:t>
      </w:r>
    </w:p>
    <w:p>
      <w:r>
        <w:br/>
        <w:t>ЗО.VII.51&lt;br /&gt;</w:t>
        <w:br/>
        <w:t>ПОСТІЙНА ТРИВОГА</w:t>
      </w:r>
    </w:p>
    <w:p>
      <w:r>
        <w:br/>
        <w:t>Як з бору: свіжістю зближа моряна&lt;br /&gt;</w:t>
        <w:br/>
        <w:t>(аж майорить по скроні волос!)—&lt;br /&gt;</w:t>
        <w:br/>
        <w:t>і борозни, в роменах сплеску, рання,&lt;br /&gt;</w:t>
        <w:br/>
        <w:t>перекида! з пісками зложить.</w:t>
      </w:r>
    </w:p>
    <w:p>
      <w:r>
        <w:br/>
        <w:t>Крізь полум'я, за каменями синє,—&lt;br /&gt;</w:t>
        <w:br/>
        <w:t>тризвучна щоголок далекість.&lt;br /&gt;</w:t>
        <w:br/>
        <w:t>Тоді, від стану висоти, нестиме&lt;br /&gt;</w:t>
        <w:br/>
        <w:t>пір'їнки—сяйво, понад клекіт.</w:t>
      </w:r>
    </w:p>
    <w:p>
      <w:r>
        <w:br/>
        <w:t>Про тебе: відчуттями, де холодна&lt;br /&gt;</w:t>
        <w:br/>
        <w:t>в пригір'ї хатка,—здогадатись.&lt;br /&gt;</w:t>
        <w:br/>
        <w:t>Гілками чорна, чи дарує доля&lt;br /&gt;</w:t>
        <w:br/>
        <w:t>нам пити пахощі багаті?</w:t>
      </w:r>
    </w:p>
    <w:p>
      <w:r>
        <w:br/>
        <w:t>По променях прозорий круг обкрилить&lt;br /&gt;</w:t>
        <w:br/>
        <w:t>на скарзі чайка неталанна.&lt;br /&gt;</w:t>
        <w:br/>
        <w:t>А не від скель нам серце—в кров! від кривди,&lt;br /&gt;</w:t>
        <w:br/>
        <w:t>з пожежного колоссям лану.</w:t>
      </w:r>
    </w:p>
    <w:p>
      <w:r>
        <w:br/>
        <w:t>31.VII.51&lt;br /&gt;</w:t>
        <w:br/>
        <w:t>ДОЧАСНІСТЬ</w:t>
      </w:r>
    </w:p>
    <w:p>
      <w:r>
        <w:br/>
        <w:t>Чи втішнеє пташа розбризка хвилю,&lt;br /&gt;</w:t>
        <w:br/>
        <w:t>на ніжнім березі чи діжде?&lt;br /&gt;</w:t>
        <w:br/>
        <w:t>Він, синій, світиться його прихиллю,&lt;br /&gt;</w:t>
        <w:br/>
        <w:t>відкривши брам'я дивовижне.</w:t>
      </w:r>
    </w:p>
    <w:p>
      <w:r>
        <w:br/>
        <w:t>І ти рідніш довірністю близька;&lt;br /&gt;</w:t>
        <w:br/>
        <w:t>і поцілунок: над журбу.&lt;br /&gt;</w:t>
        <w:br/>
        <w:t>Під теплим листям пам'яти, мов скарб,&lt;br /&gt;</w:t>
        <w:br/>
        <w:t>весь в іскрах вицвіт збережу.</w:t>
      </w:r>
    </w:p>
    <w:p>
      <w:r>
        <w:br/>
        <w:t>Враз гуркотом сліпучий час навалить&lt;br /&gt;</w:t>
        <w:br/>
        <w:t>вино від глибини, й полоще.&lt;br /&gt;</w:t>
        <w:br/>
        <w:t>Та не погасить, кораблями дальній,&lt;br /&gt;</w:t>
        <w:br/>
        <w:t>ні згадки, хоч докине дощик.&lt;br /&gt;</w:t>
        <w:br/>
        <w:t>Свою долоню клала до моєї,&lt;br /&gt;</w:t>
        <w:br/>
        <w:t>вогкішу за світанок моря.&lt;br /&gt;</w:t>
        <w:br/>
        <w:t>Від нього подихи понад межею,&lt;br /&gt;</w:t>
        <w:br/>
        <w:t>і звістку паруси просторять.</w:t>
      </w:r>
    </w:p>
    <w:p>
      <w:r>
        <w:br/>
        <w:t>1ЛЧІІ.51&lt;br /&gt;</w:t>
        <w:br/>
        <w:t>ОГНИК ПРИПЛИВУ</w:t>
      </w:r>
    </w:p>
    <w:p>
      <w:r>
        <w:br/>
        <w:t>На несказанності, в світлиці, видно:&lt;br /&gt;</w:t>
        <w:br/>
        <w:t>як благовісницький як квітик.&lt;br /&gt;</w:t>
        <w:br/>
        <w:t>Повніють гусла голубі, посидьмо! —&lt;br /&gt;</w:t>
        <w:br/>
        <w:t>радіти до криниць відкритих.&lt;br /&gt;</w:t>
        <w:br/>
        <w:t>Вода: мов сплески васильків найменші,&lt;br /&gt;</w:t>
        <w:br/>
        <w:t>а їхню бризку заберуть—&lt;br /&gt;</w:t>
        <w:br/>
        <w:t>старі піски, пошелестівши в межі&lt;br /&gt;</w:t>
        <w:br/>
        <w:t>і горнучись до світла вкруг.</w:t>
      </w:r>
    </w:p>
    <w:p>
      <w:r>
        <w:br/>
        <w:t>Чого не звіє полум'я, то—поле&lt;br /&gt;</w:t>
        <w:br/>
        <w:t>в просторах серця, кров'ю клонить.&lt;br /&gt;</w:t>
        <w:br/>
        <w:t>В живій зорі з морського півдня: повне&lt;br /&gt;</w:t>
        <w:br/>
        <w:t>пелюсток світла близь віконниць.</w:t>
      </w:r>
    </w:p>
    <w:p>
      <w:r>
        <w:br/>
        <w:t>Там доля подарунком сонце зірве—&lt;br /&gt;</w:t>
        <w:br/>
        <w:t>з стеблинки, як горіння персня.&lt;br /&gt;</w:t>
        <w:br/>
        <w:t>Не причорнити ні замками вірне:&lt;br /&gt;</w:t>
        <w:br/>
        <w:t>до берега—життя хлюпнеться.</w:t>
      </w:r>
    </w:p>
    <w:p>
      <w:r>
        <w:br/>
        <w:t>2.VIII.51</w:t>
      </w:r>
    </w:p>
    <w:p>
      <w:r>
        <w:br/>
        <w:t>ВІДКРИТИЙ ВЕЧІР</w:t>
      </w:r>
    </w:p>
    <w:p>
      <w:r>
        <w:br/>
        <w:t>Відчаю огник заболить не більше,&lt;br /&gt;</w:t>
        <w:br/>
        <w:t>ніж: накажу, й недимно зникне.&lt;br /&gt;</w:t>
        <w:br/>
        <w:t>Моя! з квітками моря все відбіжне&lt;br /&gt;</w:t>
        <w:br/>
        <w:t>шиття взелениться, в коснички.</w:t>
      </w:r>
    </w:p>
    <w:p>
      <w:r>
        <w:br/>
        <w:t>Скрізь—тіні, без нікого, а високі;&lt;br /&gt;</w:t>
        <w:br/>
        <w:t>через пісок минуть, як думка.&lt;br /&gt;</w:t>
        <w:br/>
        <w:t>Невидний наша доля—сад, і сокіл,&lt;br /&gt;</w:t>
        <w:br/>
        <w:t>зустрівши, до зернин постука.</w:t>
      </w:r>
    </w:p>
    <w:p>
      <w:r>
        <w:br/>
        <w:t>Від моря гомін серце все огорне;&lt;br /&gt;</w:t>
        <w:br/>
        <w:t>пелюстка згубиться з троянд.&lt;br /&gt;</w:t>
        <w:br/>
        <w:t>А не захмарить, горем похоронне,&lt;br /&gt;</w:t>
        <w:br/>
        <w:t>безчасся! іскорки роятй.&lt;br /&gt;</w:t>
        <w:br/>
        <w:t>Вже там, де відчиняються в незнаність&lt;br /&gt;</w:t>
        <w:br/>
        <w:t>одвічні через світло двері—&lt;br /&gt;</w:t>
        <w:br/>
        <w:t>лямпадка моря промовля за нами&lt;br /&gt;</w:t>
        <w:br/>
        <w:t>вечірня: про чуття немертві.</w:t>
      </w:r>
    </w:p>
    <w:p>
      <w:r>
        <w:br/>
        <w:t>3.VIII.51&lt;br /&gt;</w:t>
        <w:br/>
        <w:t>ОКЕАН: ІНШИЙ</w:t>
      </w:r>
    </w:p>
    <w:p>
      <w:r>
        <w:br/>
        <w:t>Чи знов, проти напасти, все прозір'я—&lt;br /&gt;</w:t>
        <w:br/>
        <w:t>твоїх і кіс не посвічадить?..&lt;br /&gt;</w:t>
        <w:br/>
        <w:t>Минаючи, зірчинки в танці ширять&lt;br /&gt;</w:t>
        <w:br/>
        <w:t>засівами—сліпучу радість.&lt;br /&gt;</w:t>
        <w:br/>
        <w:t>Лиш бразолінність нагорі: тримати&lt;br /&gt;</w:t>
        <w:br/>
        <w:t>хмарок шипшинний хід і стрій.&lt;br /&gt;</w:t>
        <w:br/>
        <w:t>Як зілля, горнеться вода до мавки,—&lt;br /&gt;</w:t>
        <w:br/>
        <w:t>і, сонце! віями зогрій.</w:t>
      </w:r>
    </w:p>
    <w:p>
      <w:r>
        <w:br/>
        <w:t>Безумний нещасливець—вал, що кинувсь,&lt;br /&gt;</w:t>
        <w:br/>
        <w:t>роздроблюючи меч на блиски.&lt;br /&gt;</w:t>
        <w:br/>
        <w:t>Де поведу квіток моїх княгиню&lt;br /&gt;</w:t>
        <w:br/>
        <w:t>крізь вітер, при тополях бистрий.</w:t>
      </w:r>
    </w:p>
    <w:p>
      <w:r>
        <w:br/>
        <w:t>Від буряности океан в ридання,&lt;br /&gt;</w:t>
        <w:br/>
        <w:t>як синя осінь, настрій мінить.&lt;br /&gt;</w:t>
        <w:br/>
        <w:t>Тоді—жемчужину надій останню&lt;br /&gt;</w:t>
        <w:br/>
        <w:t>прийма на дно, собі до скрині.</w:t>
      </w:r>
    </w:p>
    <w:p>
      <w:r>
        <w:br/>
        <w:t>4.УІІІ.51&lt;br /&gt;</w:t>
        <w:br/>
        <w:t>ТОБІ</w:t>
      </w:r>
    </w:p>
    <w:p>
      <w:r>
        <w:br/>
        <w:t>Чи діядемні сосонки, при скелях,&lt;br /&gt;</w:t>
        <w:br/>
        <w:t>відзеленяться в плесі бліднім?&lt;br /&gt;</w:t>
        <w:br/>
        <w:t>Але: що глибше, ніж сльоза воскресла&lt;br /&gt;</w:t>
        <w:br/>
        <w:t>від серця! — в погляді розділим.</w:t>
      </w:r>
    </w:p>
    <w:p>
      <w:r>
        <w:br/>
        <w:t>Крізь синє чарівництво виду відсвіт&lt;br /&gt;</w:t>
        <w:br/>
        <w:t>твого, над сплесками зворушить.&lt;br /&gt;</w:t>
        <w:br/>
        <w:t>Що таємниця літня—поріднитись&lt;br /&gt;</w:t>
        <w:br/>
        <w:t>віщує вся в приплив до суші.</w:t>
      </w:r>
    </w:p>
    <w:p>
      <w:r>
        <w:br/>
        <w:t>Крізь тишину і понад жнив'я страдне,&lt;br /&gt;</w:t>
        <w:br/>
        <w:t>із уст гірких ласкав'я шле.&lt;br /&gt;</w:t>
        <w:br/>
        <w:t>Погляньмо! слово світла виростає,&lt;br /&gt;</w:t>
        <w:br/>
        <w:t>як вишите як запашне.</w:t>
      </w:r>
    </w:p>
    <w:p>
      <w:r>
        <w:br/>
        <w:t>Від нього щестикрильник на безмежні,&lt;br /&gt;</w:t>
        <w:br/>
        <w:t>на загадки—блакить відчинить.&lt;br /&gt;</w:t>
        <w:br/>
        <w:t>І стигне м'ятне полум'я до стежки:&lt;br /&gt;</w:t>
        <w:br/>
        <w:t>життя, твій подарунок чистий!</w:t>
      </w:r>
    </w:p>
    <w:p>
      <w:r>
        <w:br/>
        <w:t>5.VIII.51&lt;br /&gt;</w:t>
        <w:br/>
        <w:t>ДЗЕРКАЛО МОРЯ</w:t>
      </w:r>
    </w:p>
    <w:p>
      <w:r>
        <w:br/>
        <w:t>І.</w:t>
      </w:r>
    </w:p>
    <w:p>
      <w:r>
        <w:br/>
        <w:t>Що—житніми покосами, що—далі,&lt;br /&gt;</w:t>
        <w:br/>
        <w:t>скипівши, наче гнів, відходить.&lt;br /&gt;</w:t>
        <w:br/>
        <w:t>І знов: чи не тобі сапфіри дані,&lt;br /&gt;</w:t>
        <w:br/>
        <w:t>де білий вуркіт по негоді?</w:t>
      </w:r>
    </w:p>
    <w:p>
      <w:r>
        <w:br/>
        <w:t>Вся всвітлена і вбрана вся в трояндне,&lt;br /&gt;</w:t>
        <w:br/>
        <w:t>що душу з далечінню мирить:&lt;br /&gt;</w:t>
        <w:br/>
        <w:t>смутною! голубиний почет сяде&lt;br /&gt;</w:t>
        <w:br/>
        <w:t>на саркофаги мрій, де лірник.</w:t>
      </w:r>
    </w:p>
    <w:p>
      <w:r>
        <w:br/>
        <w:t>Благословляє фіялкове сонце—&lt;br /&gt;</w:t>
        <w:br/>
        <w:t>хмаринок табори терплячі...&lt;br /&gt;</w:t>
        <w:br/>
        <w:t>і знов мандрівні скорбі; і схолоне,&lt;br /&gt;</w:t>
        <w:br/>
        <w:t>крізь їхню тінь! — вітрильник чалить.</w:t>
      </w:r>
    </w:p>
    <w:p>
      <w:r>
        <w:br/>
        <w:t>Біда не скінчиться ні в крики крильні,&lt;br /&gt;</w:t>
        <w:br/>
        <w:t>де над пісками грім дрімає.&lt;br /&gt;</w:t>
        <w:br/>
        <w:t>Але з тобою став небес зустріли&lt;br /&gt;</w:t>
        <w:br/>
        <w:t>і моря пролісок немарне.&lt;br /&gt;</w:t>
        <w:br/>
        <w:t>На морі—дзеркалі, по всіх розлуках,&lt;br /&gt;</w:t>
        <w:br/>
        <w:t>дві повні радості вітрильні.&lt;br /&gt;</w:t>
        <w:br/>
        <w:t>Вертаються і найніжніші, слухай! —&lt;br /&gt;</w:t>
        <w:br/>
        <w:t>припливи в сплеск порожевіли.</w:t>
      </w:r>
    </w:p>
    <w:p>
      <w:r>
        <w:br/>
        <w:t>Але не це—душі! в півсні—в просторі,&lt;br /&gt;</w:t>
        <w:br/>
        <w:t>від чого в грудях плач цвіте:&lt;br /&gt;</w:t>
        <w:br/>
        <w:t>тендітно, ніби фіміям престолів,&lt;br /&gt;</w:t>
        <w:br/>
        <w:t>через надгір'я пресвяте...&lt;br /&gt;</w:t>
        <w:br/>
        <w:t>І торкнутий, мов сосни тон, трищоглик,&lt;br /&gt;</w:t>
        <w:br/>
        <w:t>гінець майбутности: прийняв.&lt;br /&gt;</w:t>
        <w:br/>
        <w:t>І світло сповива стежки надморські&lt;br /&gt;</w:t>
        <w:br/>
        <w:t>ми—свідки, сонця сторона.&lt;br /&gt;</w:t>
        <w:br/>
        <w:t>І в парах креслена птахами мрія&lt;br /&gt;</w:t>
        <w:br/>
        <w:t>повториться в сновиддях красних.&lt;br /&gt;</w:t>
        <w:br/>
        <w:t>О, серця не згаси, кохана—вірна;&lt;br /&gt;</w:t>
        <w:br/>
        <w:t>щоб зірці в сніжну смерть не впасти.</w:t>
      </w:r>
    </w:p>
    <w:p>
      <w:r>
        <w:br/>
        <w:t>7.VIII.51&lt;br /&gt;</w:t>
        <w:br/>
        <w:t>ВІДМІННІСТЬ</w:t>
      </w:r>
    </w:p>
    <w:p>
      <w:r>
        <w:br/>
        <w:t>Нема вітрилець, а зате тумани—&lt;br /&gt;</w:t>
        <w:br/>
        <w:t>мов паруси, при щоглях горя.&lt;br /&gt;</w:t>
        <w:br/>
        <w:t>Стихарність вірна! світла не зламати&lt;br /&gt;</w:t>
        <w:br/>
        <w:t>в душі: магнолія прозора.&lt;br /&gt;</w:t>
        <w:br/>
        <w:t>Де сонце чайку кличе за собою,&lt;br /&gt;</w:t>
        <w:br/>
        <w:t>ти до безодні: не смутніша.&lt;br /&gt;</w:t>
        <w:br/>
        <w:t>Чи так пожежі корогву соборну:&lt;br /&gt;</w:t>
        <w:br/>
        <w:t>як тишину—навали нищать?</w:t>
      </w:r>
    </w:p>
    <w:p>
      <w:r>
        <w:br/>
        <w:t>Проходять горлиці тобі проз ніжки,&lt;br /&gt;</w:t>
        <w:br/>
        <w:t>над смертю хвиль, і враз відпурхнуть.&lt;br /&gt;</w:t>
        <w:br/>
        <w:t>І знов з розлуки—грози, нам найближчі,&lt;br /&gt;</w:t>
        <w:br/>
        <w:t>вмуровують у хмарі урну.</w:t>
      </w:r>
    </w:p>
    <w:p>
      <w:r>
        <w:br/>
        <w:t>А з-під павиного з-під крильця: денне&lt;br /&gt;</w:t>
        <w:br/>
        <w:t>тобі пророцтво усміхнеться.&lt;br /&gt;</w:t>
        <w:br/>
        <w:t>Похід свій море вершником відверне,&lt;br /&gt;</w:t>
        <w:br/>
        <w:t>зустрінувши дощу тенета.</w:t>
      </w:r>
    </w:p>
    <w:p>
      <w:r>
        <w:br/>
        <w:t>9.VIII.53&lt;br /&gt;</w:t>
        <w:br/>
        <w:t>ВИСОКА ХВИЛЯ</w:t>
      </w:r>
    </w:p>
    <w:p>
      <w:r>
        <w:br/>
        <w:t>Іще не будувалася в прадавні&lt;br /&gt;</w:t>
        <w:br/>
        <w:t>підвалини світів річна *&lt;br /&gt;</w:t>
        <w:br/>
        <w:t>вода: вже в погляді твоїм дрижали&lt;br /&gt;</w:t>
        <w:br/>
        <w:t>від вій—квіток передчуття.</w:t>
      </w:r>
    </w:p>
    <w:p>
      <w:r>
        <w:br/>
        <w:t>І нам нема ні під корінням сонця,&lt;br /&gt;</w:t>
        <w:br/>
        <w:t>ні при його суцвітті сурмнім —&lt;br /&gt;</w:t>
        <w:br/>
        <w:t>відрадности, що прийме в рай часовня,&lt;br /&gt;</w:t>
        <w:br/>
        <w:t>живішої! розвіє сумнів.</w:t>
      </w:r>
    </w:p>
    <w:p>
      <w:r>
        <w:br/>
        <w:t>Чи не повториться тепло глибоких&lt;br /&gt;</w:t>
        <w:br/>
        <w:t>колодязів зірок; без хмари?&lt;br /&gt;</w:t>
        <w:br/>
        <w:t>Зближається ласкати хвиля, доки —&lt;br /&gt;</w:t>
        <w:br/>
        <w:t>обличчя місяця приманить.</w:t>
      </w:r>
    </w:p>
    <w:p>
      <w:r>
        <w:br/>
        <w:t>Усе, що мов магнітно, з квітки дише,&lt;br /&gt;</w:t>
        <w:br/>
        <w:t>тісніш ріднить, ніж ланцюги.&lt;br /&gt;</w:t>
        <w:br/>
        <w:t>Воно довіє з кораблів одвічне&lt;br /&gt;</w:t>
        <w:br/>
        <w:t>чуття: від зорів дорогих.</w:t>
      </w:r>
    </w:p>
    <w:p>
      <w:r>
        <w:br/>
        <w:t>11.VIII.51&lt;br /&gt;</w:t>
        <w:br/>
        <w:t>ОСТРІВНИЙ КРАЙ</w:t>
      </w:r>
    </w:p>
    <w:p>
      <w:r>
        <w:br/>
        <w:t>Усіх зелене сонце: на доріжку—&lt;br /&gt;</w:t>
        <w:br/>
        <w:t>пташинок! просить крізь дерева.&lt;br /&gt;</w:t>
        <w:br/>
        <w:t>Уже від нього радість найдружнішу&lt;br /&gt;</w:t>
        <w:br/>
        <w:t>відсвітять хвилі навперейми.&lt;br /&gt;</w:t>
        <w:br/>
        <w:t>А заводь: при озареннях подвійних,&lt;br /&gt;</w:t>
        <w:br/>
        <w:t>одягши камені, дріма.&lt;br /&gt;</w:t>
        <w:br/>
        <w:t>А заводь: голуба глибинність—віти&lt;br /&gt;</w:t>
        <w:br/>
        <w:t>втопила з чарами притьма.&lt;br /&gt;</w:t>
        <w:br/>
        <w:t>Для тебе світоч віями легкими,&lt;br /&gt;</w:t>
        <w:br/>
        <w:t>в березах острів розвидня.&lt;br /&gt;</w:t>
        <w:br/>
        <w:t>Хоч і до стіп твоїх і нив килимних—&lt;br /&gt;</w:t>
        <w:br/>
        <w:t>від хмари тінь, як новина.&lt;br /&gt;</w:t>
        <w:br/>
        <w:t>Приплив огненну вістку відколише,&lt;br /&gt;</w:t>
        <w:br/>
        <w:t>при зустрічі, в тремку прозорість.&lt;br /&gt;</w:t>
        <w:br/>
        <w:t>І не затон,— душа! ніж він, ще глибше&lt;br /&gt;</w:t>
        <w:br/>
        <w:t>зорю, як білий дзвін, повторить.</w:t>
      </w:r>
    </w:p>
    <w:p>
      <w:r>
        <w:br/>
        <w:t>11.VIII.51&lt;br /&gt;</w:t>
        <w:br/>
        <w:t>ТЕЧІЙНІСТЬ</w:t>
      </w:r>
    </w:p>
    <w:p>
      <w:r>
        <w:br/>
        <w:t>Світанковіша від дзеркал, приходить,&lt;br /&gt;</w:t>
        <w:br/>
        <w:t>притихши, течія в скелинки.&lt;br /&gt;</w:t>
        <w:br/>
        <w:t>На глибині твою лілейну вроду&lt;br /&gt;</w:t>
        <w:br/>
        <w:t>все коливає—не спинитись!&lt;br /&gt;</w:t>
        <w:br/>
        <w:t>Життя, як плитами могил: пломінне&lt;br /&gt;</w:t>
        <w:br/>
        <w:t>згримить, передаючи відсвіт...&lt;br /&gt;</w:t>
        <w:br/>
        <w:t>І вже в скляній пожежі, де нарине&lt;br /&gt;</w:t>
        <w:br/>
        <w:t>валами,— верби зміну свідчать.&lt;br /&gt;</w:t>
        <w:br/>
        <w:t>Тоді затон чарує від місточка:&lt;br /&gt;</w:t>
        <w:br/>
        <w:t>любов і нашу полонивши.&lt;br /&gt;</w:t>
        <w:br/>
        <w:t>А тишину надсвітню не розточать&lt;br /&gt;</w:t>
        <w:br/>
        <w:t>потоками ні звади зливні.</w:t>
      </w:r>
    </w:p>
    <w:p>
      <w:r>
        <w:br/>
        <w:t>Спромінює чотири плеса суще:&lt;br /&gt;</w:t>
        <w:br/>
        <w:t>одно в однім! —і нам відкрити.&lt;br /&gt;</w:t>
        <w:br/>
        <w:t>Але на березі жаристий кущик&lt;br /&gt;</w:t>
        <w:br/>
        <w:t>неждано кров торкне, як пристрасть.</w:t>
      </w:r>
    </w:p>
    <w:p>
      <w:r>
        <w:br/>
        <w:t>12.VIII.51&lt;br /&gt;</w:t>
        <w:br/>
        <w:t>ПРИБУТТЯ</w:t>
      </w:r>
    </w:p>
    <w:p>
      <w:r>
        <w:br/>
        <w:t>Із тишини півчутно лодка входить&lt;br /&gt;</w:t>
        <w:br/>
        <w:t>на бризний, мов жемчуг, порив.&lt;br /&gt;</w:t>
        <w:br/>
        <w:t>Ти—там, і плаття: наче сонця подих&lt;br /&gt;</w:t>
        <w:br/>
        <w:t>квітинністю хмарки зогрів.&lt;br /&gt;</w:t>
        <w:br/>
        <w:t>Над острівець, грання тобі зчинили,&lt;br /&gt;</w:t>
        <w:br/>
        <w:t>мов сніжні ліхтарці: всі чайки.&lt;br /&gt;</w:t>
        <w:br/>
        <w:t>Мов тьмами тіні їх—брижини стрічні—&lt;br /&gt;</w:t>
        <w:br/>
        <w:t>до ніжок горнуться в свічадді.</w:t>
      </w:r>
    </w:p>
    <w:p>
      <w:r>
        <w:br/>
        <w:t>І серце не відкрите так ні скрипці&lt;br /&gt;</w:t>
        <w:br/>
        <w:t>в мелодію, де зір'я ллється,—&lt;br /&gt;</w:t>
        <w:br/>
        <w:t>як тут! гостинна брама і перисті&lt;br /&gt;</w:t>
        <w:br/>
        <w:t>стоцвіття кличуть коло плеса.</w:t>
      </w:r>
    </w:p>
    <w:p>
      <w:r>
        <w:br/>
        <w:t>Палає парус, і луна лазурна—&lt;br /&gt;</w:t>
        <w:br/>
        <w:t>з крайнеба! відблиск в океання.&lt;br /&gt;</w:t>
        <w:br/>
        <w:t>Де будеш ти: з незнаного безумства,&lt;br /&gt;</w:t>
        <w:br/>
        <w:t>троянди—кров, як жар, поранять.</w:t>
      </w:r>
    </w:p>
    <w:p>
      <w:r>
        <w:br/>
        <w:t>13.VIII.51&lt;br /&gt;</w:t>
        <w:br/>
        <w:t>ПЕРЕДЧАС ОСЕНИ</w:t>
      </w:r>
    </w:p>
    <w:p>
      <w:r>
        <w:br/>
        <w:t>Коли присмертно крини відпалають:&lt;br /&gt;</w:t>
        <w:br/>
        <w:t>нам знак до грізного страждання.&lt;br /&gt;</w:t>
        <w:br/>
        <w:t>Хоч радість крови їхню, непрокляту,&lt;br /&gt;</w:t>
        <w:br/>
        <w:t>берем! — свічками з неба дана.&lt;br /&gt;</w:t>
        <w:br/>
        <w:t>При ній примаряться органні храми —&lt;br /&gt;</w:t>
        <w:br/>
        <w:t>горючими грудьми звучать.&lt;br /&gt;</w:t>
        <w:br/>
        <w:t>Лілеї: сурми зверхнебес! програли&lt;br /&gt;</w:t>
        <w:br/>
        <w:t>від чуда, при його ключах.&lt;br /&gt;</w:t>
        <w:br/>
        <w:t>Відкрито стрій надземности врочистий:&lt;br /&gt;</w:t>
        <w:br/>
        <w:t>як свято й мирну тишину.&lt;br /&gt;</w:t>
        <w:br/>
        <w:t>А ми— безкрилі! й променя не вмістить&lt;br /&gt;</w:t>
        <w:br/>
        <w:t>нам серце: про любов одну.&lt;br /&gt;</w:t>
        <w:br/>
        <w:t>Нехай нахмариться в погрозу буйну&lt;br /&gt;</w:t>
        <w:br/>
        <w:t>від моря осени—жорстокість...&lt;br /&gt;</w:t>
        <w:br/>
        <w:t>Дарма! роковане з квіток, відбуду:&lt;br /&gt;</w:t>
        <w:br/>
        <w:t>їх правди нам і смерть не скосить.</w:t>
      </w:r>
    </w:p>
    <w:p>
      <w:r>
        <w:br/>
        <w:t>14.VIII.51&lt;br /&gt;</w:t>
        <w:br/>
        <w:t>ДОЖИДАННЯ ОБНОВ</w:t>
      </w:r>
    </w:p>
    <w:p>
      <w:r>
        <w:br/>
        <w:t>Як майоран, розхідно досвіт бризне:&lt;br /&gt;</w:t>
        <w:br/>
        <w:t>серпневий жар! коли й кохання—&lt;br /&gt;</w:t>
        <w:br/>
        <w:t>до тебе на огненну правду вірне,&lt;br /&gt;</w:t>
        <w:br/>
        <w:t>і в похорон земля не звана.</w:t>
      </w:r>
    </w:p>
    <w:p>
      <w:r>
        <w:br/>
        <w:t>Розпломеніли в звід круги з обручки,&lt;br /&gt;</w:t>
        <w:br/>
        <w:t>мов шлюбної: з вином, з вінком.&lt;br /&gt;</w:t>
        <w:br/>
        <w:t>Потойбік дзвін обізветься—розбудить&lt;br /&gt;</w:t>
        <w:br/>
        <w:t>найближчі душі, стрічні знов.</w:t>
      </w:r>
    </w:p>
    <w:p>
      <w:r>
        <w:br/>
        <w:t>В сердечній тихості сім'ю воскресну,&lt;br /&gt;</w:t>
        <w:br/>
        <w:t>всім наділивши світло, зладять...&lt;br /&gt;</w:t>
        <w:br/>
        <w:t>Забувши, хто кого образив спершу,&lt;br /&gt;</w:t>
        <w:br/>
        <w:t>забувши і змії нещаддя.</w:t>
      </w:r>
    </w:p>
    <w:p>
      <w:r>
        <w:br/>
        <w:t>Свіжіє! сили джерело не спинить,&lt;br /&gt;</w:t>
        <w:br/>
        <w:t>і радість—від берези подув.&lt;br /&gt;</w:t>
        <w:br/>
        <w:t>На грядці зріст біліє, з квіття спільний,—&lt;br /&gt;</w:t>
        <w:br/>
        <w:t>і в ніч не прив'ядає зроду.</w:t>
      </w:r>
    </w:p>
    <w:p>
      <w:r>
        <w:br/>
        <w:t>З тобою в степ—мов крилами напроти&lt;br /&gt;</w:t>
        <w:br/>
        <w:t>примари: де згаса бездітна...&lt;br /&gt;</w:t>
        <w:br/>
        <w:t>А океанний хід сузір'їв кормчих&lt;br /&gt;</w:t>
        <w:br/>
        <w:t>для всіх від суду спломениться.&lt;br /&gt;</w:t>
        <w:br/>
        <w:t>Із любістю лілеї, світ—святиня;&lt;br /&gt;</w:t>
        <w:br/>
        <w:t>мов церковця зогріє людність.&lt;br /&gt;</w:t>
        <w:br/>
        <w:t>В серця зворушеність невисловима&lt;br /&gt;</w:t>
        <w:br/>
        <w:t>звесніє: до братів звернутись.</w:t>
      </w:r>
    </w:p>
    <w:p>
      <w:r>
        <w:br/>
        <w:t>16.VIII.51&lt;br /&gt;</w:t>
        <w:br/>
        <w:t>САМОТНІСТЬ&lt;br /&gt;</w:t>
        <w:br/>
        <w:t>Ь</w:t>
      </w:r>
    </w:p>
    <w:p>
      <w:r>
        <w:br/>
        <w:t>Як дико в закутках душі моєї! —&lt;br /&gt;</w:t>
        <w:br/>
        <w:t>ще мамут голову підніме...&lt;br /&gt;</w:t>
        <w:br/>
        <w:t>а з хорами свічок "Четьї мінеї",&lt;br /&gt;</w:t>
        <w:br/>
        <w:t>і липи в обквіті над ними.</w:t>
      </w:r>
    </w:p>
    <w:p>
      <w:r>
        <w:br/>
        <w:t>Тоді найдалі полохлива сарна&lt;br /&gt;</w:t>
        <w:br/>
        <w:t>біля ставка простір щовковий&lt;br /&gt;</w:t>
        <w:br/>
        <w:t>в росі зблукає: воля там безкарна—&lt;br /&gt;</w:t>
        <w:br/>
        <w:t>без лютости, що в стрілки ловить.</w:t>
      </w:r>
    </w:p>
    <w:p>
      <w:r>
        <w:br/>
        <w:t>Галуззя сліпить свіжістю — безумне,&lt;br /&gt;</w:t>
        <w:br/>
        <w:t>мов з горя рветься почуття.&lt;br /&gt;</w:t>
        <w:br/>
        <w:t>Від згір'я колісницями насуне&lt;br /&gt;</w:t>
        <w:br/>
        <w:t>гроза, що з пам'яті чита.</w:t>
      </w:r>
    </w:p>
    <w:p>
      <w:r>
        <w:br/>
        <w:t>Як блискавок минуть слова останні,&lt;br /&gt;</w:t>
        <w:br/>
        <w:t>відвівши дощик—сіру знайду,&lt;br /&gt;</w:t>
        <w:br/>
        <w:t>то здіймуть сяйво в небозвід фазани,&lt;br /&gt;</w:t>
        <w:br/>
        <w:t>над гніздами, що я не знаю.</w:t>
      </w:r>
    </w:p>
    <w:p>
      <w:r>
        <w:br/>
        <w:t>16.VIII.51&lt;br /&gt;</w:t>
        <w:br/>
        <w:t>Чи звіється плачем тоді, чи сміхом,&lt;br /&gt;</w:t>
        <w:br/>
        <w:t>як зникнеш літа ряснота?&lt;br /&gt;</w:t>
        <w:br/>
        <w:t>Присутнє світло біле не притихло,&lt;br /&gt;</w:t>
        <w:br/>
        <w:t>прийми: над озером віта.&lt;br /&gt;</w:t>
        <w:br/>
        <w:t>За руки візьмемось, моя неділе! —&lt;br /&gt;</w:t>
        <w:br/>
        <w:t>вже море промовля коронне.&lt;br /&gt;</w:t>
        <w:br/>
        <w:t>До синьоцвіття хвилями врадіє,&lt;br /&gt;</w:t>
        <w:br/>
        <w:t>і серце, з пісні мов, пригорне.</w:t>
      </w:r>
    </w:p>
    <w:p>
      <w:r>
        <w:br/>
        <w:t>Спалахкотить ліловість, як посвята,&lt;br /&gt;</w:t>
        <w:br/>
        <w:t>вся—готика, вся—надпрестольна.&lt;br /&gt;</w:t>
        <w:br/>
        <w:t>їй доторком огню не перестати&lt;br /&gt;</w:t>
        <w:br/>
        <w:t>при моря сповіді ніколи.</w:t>
      </w:r>
    </w:p>
    <w:p>
      <w:r>
        <w:br/>
        <w:t>В гаю горіння, барвами рідніше,&lt;br /&gt;</w:t>
        <w:br/>
        <w:t>подивиться до джерела.&lt;br /&gt;</w:t>
        <w:br/>
        <w:t>Я знаю: нам, що сонцеве—не грішне,&lt;br /&gt;</w:t>
        <w:br/>
        <w:t>та що цвітинка прихиля.</w:t>
      </w:r>
    </w:p>
    <w:p>
      <w:r>
        <w:br/>
        <w:t>16.VIII.51&lt;br /&gt;</w:t>
        <w:br/>
        <w:t>з</w:t>
      </w:r>
    </w:p>
    <w:p>
      <w:r>
        <w:br/>
        <w:t>До черевичків, повниться в кришталля—&lt;br /&gt;</w:t>
        <w:br/>
        <w:t>межа: де справжнє чи уявне.&lt;br /&gt;</w:t>
        <w:br/>
        <w:t>І ти до неї в надвечір'я стала,&lt;br /&gt;</w:t>
        <w:br/>
        <w:t>і ввік діброва не прив'яне.&lt;br /&gt;</w:t>
        <w:br/>
        <w:t>Немов замок межі—самотний камінь,&lt;br /&gt;</w:t>
        <w:br/>
        <w:t>чи дружні вернемось, і діжде?&lt;br /&gt;</w:t>
        <w:br/>
        <w:t>І все згада, але не віддзеркалить&lt;br /&gt;</w:t>
        <w:br/>
        <w:t>глибиння: в шепоті побіжне.&lt;br /&gt;</w:t>
        <w:br/>
        <w:t>Вітрам не відрида журба, ні вербна&lt;br /&gt;</w:t>
        <w:br/>
        <w:t>скорбота, глибша за струмок.&lt;br /&gt;</w:t>
        <w:br/>
        <w:t>Чи в громі суджено з дощами: треба&lt;br /&gt;</w:t>
        <w:br/>
        <w:t>відмін — кохання квіт примовк.&lt;br /&gt;</w:t>
        <w:br/>
        <w:t>З усім я попрощаюся при сосні:&lt;br /&gt;</w:t>
        <w:br/>
        <w:t>що тільки з річкою поділить&lt;br /&gt;</w:t>
        <w:br/>
        <w:t>від неба втішення, мов сльози—прості,&lt;br /&gt;</w:t>
        <w:br/>
        <w:t>мов голоси пісень весільних.</w:t>
      </w:r>
    </w:p>
    <w:p>
      <w:r>
        <w:br/>
        <w:t>16.VIII.51&lt;br /&gt;</w:t>
        <w:br/>
        <w:t>Зеленість руток; буряности змова&lt;br /&gt;</w:t>
        <w:br/>
        <w:t>наміткою по морю пінить.&lt;br /&gt;</w:t>
        <w:br/>
        <w:t>Мов нива бджілок пролива медова,&lt;br /&gt;</w:t>
        <w:br/>
        <w:t>чи—ніби думи безупинні.</w:t>
      </w:r>
    </w:p>
    <w:p>
      <w:r>
        <w:br/>
        <w:t>Нарадісна далечина! примертвить;&lt;br /&gt;</w:t>
        <w:br/>
        <w:t>а лан самотного чарує.&lt;br /&gt;</w:t>
        <w:br/>
        <w:t>Як напад—паруси; в потопі—меви;&lt;br /&gt;</w:t>
        <w:br/>
        <w:t>буруння приплива горюче.&lt;br /&gt;</w:t>
        <w:br/>
        <w:t>Вирує світний повів і полонить,&lt;br /&gt;</w:t>
        <w:br/>
        <w:t>обкинувши рукав довкола.&lt;br /&gt;</w:t>
        <w:br/>
        <w:t>Здається: дзвін від глибини солоний&lt;br /&gt;</w:t>
        <w:br/>
        <w:t>докочується проти поля.&lt;br /&gt;</w:t>
        <w:br/>
        <w:t>Над відплесками пустки — сонце з краю,&lt;br /&gt;</w:t>
        <w:br/>
        <w:t>в церковності; мов жар від леза.&lt;br /&gt;</w:t>
        <w:br/>
        <w:t>Трояндо! так до тебе поспішаю,&lt;br /&gt;</w:t>
        <w:br/>
        <w:t>твоя квітинка в світлі щезла.</w:t>
      </w:r>
    </w:p>
    <w:p>
      <w:r>
        <w:br/>
        <w:t>17.VIII.51&lt;br /&gt;</w:t>
        <w:br/>
        <w:t>ПРИБЕРЕЖНИЙ ПІВКРУГ</w:t>
      </w:r>
    </w:p>
    <w:p>
      <w:r>
        <w:br/>
        <w:t>Хмарніє море, м'ятністю примітне,—&lt;br /&gt;</w:t>
        <w:br/>
        <w:t>і вітряться від плаття згортки.&lt;br /&gt;</w:t>
        <w:br/>
        <w:t>Як спомин, рано полум'я тектиме:&lt;br /&gt;</w:t>
        <w:br/>
        <w:t>як мармур (арфний лебідь гордий).</w:t>
      </w:r>
    </w:p>
    <w:p>
      <w:r>
        <w:br/>
        <w:t>Тобі до стрічі кораблі в затоці&lt;br /&gt;</w:t>
        <w:br/>
        <w:t>хустини косі прихиляють.&lt;br /&gt;</w:t>
        <w:br/>
        <w:t>Тривога зірветіся і огник точить&lt;br /&gt;</w:t>
        <w:br/>
        <w:t>при скелі в сплески —до відчаю.&lt;br /&gt;</w:t>
        <w:br/>
        <w:t>З прибою сполохи гуслисті завжди;&lt;br /&gt;</w:t>
        <w:br/>
        <w:t>скрізь кораблі: ялинна стрункість.&lt;br /&gt;</w:t>
        <w:br/>
        <w:t>І вітерець на комір, без відради,&lt;br /&gt;</w:t>
        <w:br/>
        <w:t>з коси листок огненний струсить.</w:t>
      </w:r>
    </w:p>
    <w:p>
      <w:r>
        <w:br/>
        <w:t>Хоч пальці досвіту на кроснах дужих&lt;br /&gt;</w:t>
        <w:br/>
        <w:t>тчуть винограддя, що кривавить...&lt;br /&gt;</w:t>
        <w:br/>
        <w:t>але надіюся: до стежки в дружбі—&lt;br /&gt;</w:t>
        <w:br/>
        <w:t>несуть росу несмертні трави.</w:t>
      </w:r>
    </w:p>
    <w:p>
      <w:r>
        <w:br/>
        <w:t>18.VII.51&lt;br /&gt;</w:t>
        <w:br/>
        <w:t>ВІДГОМІН МИНУЛОГО</w:t>
      </w:r>
    </w:p>
    <w:p>
      <w:r>
        <w:br/>
        <w:t>Жемчужне огнище—відміни в'яже,&lt;br /&gt;</w:t>
        <w:br/>
        <w:t>мов стеблами, на голубизні.&lt;br /&gt;</w:t>
        <w:br/>
        <w:t>Відбиток паруса: покрилля справжнє,&lt;br /&gt;</w:t>
        <w:br/>
        <w:t>до мене втіхи не наблизить.</w:t>
      </w:r>
    </w:p>
    <w:p>
      <w:r>
        <w:br/>
        <w:t>Відкрито мушлю згадок з океану—&lt;br /&gt;</w:t>
        <w:br/>
        <w:t>в ній ранок відшумиться твій...&lt;br /&gt;</w:t>
        <w:br/>
        <w:t>Нам зустріч вичаровує останню,&lt;br /&gt;</w:t>
        <w:br/>
        <w:t>де ладани туман відвів.&lt;br /&gt;</w:t>
        <w:br/>
        <w:t>Я втішуся, хай сивокрилі віють&lt;br /&gt;</w:t>
        <w:br/>
        <w:t>жалі, мов кружний дим кадильниць.&lt;br /&gt;</w:t>
        <w:br/>
        <w:t>Малює відсвіт лілій по дозвіллю,&lt;br /&gt;</w:t>
        <w:br/>
        <w:t>де срібні риби не збудились.&lt;br /&gt;</w:t>
        <w:br/>
        <w:t>Сіть моря сіра—гіркоту досмертя&lt;br /&gt;</w:t>
        <w:br/>
        <w:t>в непам'ять острова відносить.&lt;br /&gt;</w:t>
        <w:br/>
        <w:t>А часом серце страшно стрепенеться&lt;br /&gt;</w:t>
        <w:br/>
        <w:t>прийнявши в згадках дивний досвіт.</w:t>
      </w:r>
    </w:p>
    <w:p>
      <w:r>
        <w:br/>
        <w:t>19.VIII.51&lt;br /&gt;</w:t>
        <w:br/>
        <w:t>ПРИКМЕТА ГРОЗОВИЦІ</w:t>
      </w:r>
    </w:p>
    <w:p>
      <w:r>
        <w:br/>
        <w:t>У бурях так і ясенам не впасти,&lt;br /&gt;</w:t>
        <w:br/>
        <w:t>як це безоднею заграє.&lt;br /&gt;</w:t>
        <w:br/>
        <w:t>Не ми,— дві чайки! не човни рибальські,&lt;br /&gt;</w:t>
        <w:br/>
        <w:t>злетіли над каміння крайнє.&lt;br /&gt;</w:t>
        <w:br/>
        <w:t>Під хмарами, на дві правдавні палі&lt;br /&gt;</w:t>
        <w:br/>
        <w:t>пристали з трепетом пір'їним.&lt;br /&gt;</w:t>
        <w:br/>
        <w:t>Немов: аби ми вищих поспитали,&lt;br /&gt;</w:t>
        <w:br/>
        <w:t>чи в браму завтрішню поринем?</w:t>
      </w:r>
    </w:p>
    <w:p>
      <w:r>
        <w:br/>
        <w:t>Чи скаже блискавка, чого це лихо—&lt;br /&gt;</w:t>
        <w:br/>
        <w:t>тужити зграйкам на безмежність.&lt;br /&gt;</w:t>
        <w:br/>
        <w:t>Чого світлинністю, як хрест, пролито&lt;br /&gt;</w:t>
        <w:br/>
        <w:t>в безодню — сонце? й мука жеврить.</w:t>
      </w:r>
    </w:p>
    <w:p>
      <w:r>
        <w:br/>
        <w:t>Кохання з безнемірної образи&lt;br /&gt;</w:t>
        <w:br/>
        <w:t>отак заб'ється, збувши пам'ять.&lt;br /&gt;</w:t>
        <w:br/>
        <w:t>Над палі, хоч під ними злості крабів,—&lt;br /&gt;</w:t>
        <w:br/>
        <w:t>пташини мовчки в небо манять.</w:t>
      </w:r>
    </w:p>
    <w:p>
      <w:r>
        <w:br/>
        <w:t>А вже дитятка—від ромашок мрії! —&lt;br /&gt;</w:t>
        <w:br/>
        <w:t>біжать на світляні розливи.&lt;br /&gt;</w:t>
        <w:br/>
        <w:t>Все море килим нагортає срібний;&lt;br /&gt;</w:t>
        <w:br/>
        <w:t>все: бавить, щоб були щасливі.</w:t>
      </w:r>
    </w:p>
    <w:p>
      <w:r>
        <w:br/>
        <w:t>20.VIII.51&lt;br /&gt;</w:t>
        <w:br/>
        <w:t>ЗВЕРХНІСТЬ СВІТЛА</w:t>
      </w:r>
    </w:p>
    <w:p>
      <w:r>
        <w:br/>
        <w:t>Що кондором горить, від сили п'яне:&lt;br /&gt;</w:t>
        <w:br/>
        <w:t>гойднути в сполох синій дзвін.&lt;br /&gt;</w:t>
        <w:br/>
        <w:t>Що мечеться в кинджал і не зів'яне,&lt;br /&gt;</w:t>
        <w:br/>
        <w:t>хоч смертним пориванням звіть.</w:t>
      </w:r>
    </w:p>
    <w:p>
      <w:r>
        <w:br/>
        <w:t>Воно, ще ширше, ніж кінноті—тирса,&lt;br /&gt;</w:t>
        <w:br/>
        <w:t>прошелестить, до нас прийшовши.&lt;br /&gt;</w:t>
        <w:br/>
        <w:t>А, жевріючи, небокрай розлився,&lt;br /&gt;</w:t>
        <w:br/>
        <w:t>мов низько нахилили ковшик.</w:t>
      </w:r>
    </w:p>
    <w:p>
      <w:r>
        <w:br/>
        <w:t>Повторне все й гримуче все в згасання&lt;br /&gt;</w:t>
        <w:br/>
        <w:t>сяющі саламандри зводить.&lt;br /&gt;</w:t>
        <w:br/>
        <w:t>А чайка жде,— немов горня, красавна! —&lt;br /&gt;</w:t>
        <w:br/>
        <w:t>з вином старим, вечірня врода.</w:t>
      </w:r>
    </w:p>
    <w:p>
      <w:r>
        <w:br/>
        <w:t>Безмежно щира жертва пророста&lt;br /&gt;</w:t>
        <w:br/>
        <w:t>з життя вогню! барвінок барвить.&lt;br /&gt;</w:t>
        <w:br/>
        <w:t>Тоді воскресла в неземних устах,&lt;br /&gt;</w:t>
        <w:br/>
        <w:t>розбила пісня цвинтар хмарний.</w:t>
      </w:r>
    </w:p>
    <w:p>
      <w:r>
        <w:br/>
        <w:t>21.VIII.51&lt;br /&gt;</w:t>
        <w:br/>
        <w:t>ІМЕНА КВІТОК І СТЕЖКА</w:t>
      </w:r>
    </w:p>
    <w:p>
      <w:r>
        <w:br/>
        <w:t>В трикутнику не свічі всіх світів,&lt;br /&gt;</w:t>
        <w:br/>
        <w:t>де віщування душу ждуть.&lt;br /&gt;</w:t>
        <w:br/>
        <w:t>Ні: лан троянд несурмно сповістив&lt;br /&gt;</w:t>
        <w:br/>
        <w:t>про стежку в росянім сліду.</w:t>
      </w:r>
    </w:p>
    <w:p>
      <w:r>
        <w:br/>
        <w:t>Кущами струнна, ніби зріст співзвуччя,&lt;br /&gt;</w:t>
        <w:br/>
        <w:t>вся "розквіт ночі": шлюбна жертва;&lt;br /&gt;</w:t>
        <w:br/>
        <w:t>вся—перша пристрасть на вустах жагучих,&lt;br /&gt;</w:t>
        <w:br/>
        <w:t>густа й жаданнями рожева.&lt;br /&gt;</w:t>
        <w:br/>
        <w:t>Та вірна світлість і страждань провістя,&lt;br /&gt;</w:t>
        <w:br/>
        <w:t>"офелія", в сльозах ні трішки.&lt;br /&gt;</w:t>
        <w:br/>
        <w:t>До бджілок божевілля, в сон назвися! —&lt;br /&gt;</w:t>
        <w:br/>
        <w:t>вінечний стрій тобі негрішній.</w:t>
      </w:r>
    </w:p>
    <w:p>
      <w:r>
        <w:br/>
        <w:t>І найкоханіше "суцвіття серця"&lt;br /&gt;</w:t>
        <w:br/>
        <w:t>відверте, шепчеться нелунко;&lt;br /&gt;</w:t>
        <w:br/>
        <w:t>то-маківки рідня: і в смерть простерся&lt;br /&gt;</w:t>
        <w:br/>
        <w:t>з роси, і в спів її цілунок.</w:t>
      </w:r>
    </w:p>
    <w:p>
      <w:r>
        <w:br/>
        <w:t>22.VIII.51&lt;br /&gt;</w:t>
        <w:br/>
        <w:t>ПОСТІЙНІСТЬ</w:t>
      </w:r>
    </w:p>
    <w:p>
      <w:r>
        <w:br/>
        <w:t>Іде: живучістю мені крізь душу;&lt;br /&gt;</w:t>
        <w:br/>
        <w:t>не мовчки, як моє терпіння.&lt;br /&gt;</w:t>
        <w:br/>
        <w:t>Все як любов! що в вірність непорушну&lt;br /&gt;</w:t>
        <w:br/>
        <w:t>з коралами сіяння спільна.</w:t>
      </w:r>
    </w:p>
    <w:p>
      <w:r>
        <w:br/>
        <w:t>В ряди намисто все несе веселе,&lt;br /&gt;</w:t>
        <w:br/>
        <w:t>куди, мов стріхи, пориває громик.&lt;br /&gt;</w:t>
        <w:br/>
        <w:t>Боліти—в серце вдаряться без весел&lt;br /&gt;</w:t>
        <w:br/>
        <w:t>і в камінь: голоси бездомні.</w:t>
      </w:r>
    </w:p>
    <w:p>
      <w:r>
        <w:br/>
        <w:t>Над клявесинний зріст огонь гойдає&lt;br /&gt;</w:t>
        <w:br/>
        <w:t>і, співним сплеском, приголубить.&lt;br /&gt;</w:t>
        <w:br/>
        <w:t>Мов послано з часовень, як недавнє&lt;br /&gt;</w:t>
        <w:br/>
        <w:t>стосвіччя воскове до шлюбів.</w:t>
      </w:r>
    </w:p>
    <w:p>
      <w:r>
        <w:br/>
        <w:t>Невимовлено й глибина грозиться,&lt;br /&gt;</w:t>
        <w:br/>
        <w:t>що нам квітки, як трупи, стратить...&lt;br /&gt;</w:t>
        <w:br/>
        <w:t>Що океан: могила в крик розрита,&lt;br /&gt;</w:t>
        <w:br/>
        <w:t>де звав любисток—сині трави.</w:t>
      </w:r>
    </w:p>
    <w:p>
      <w:r>
        <w:br/>
        <w:t>Але проти нещастя зілля буде&lt;br /&gt;</w:t>
        <w:br/>
        <w:t>від кручі рідністю біліти.&lt;br /&gt;</w:t>
        <w:br/>
        <w:t>Все—любе! й над труною незабутнє:&lt;br /&gt;</w:t>
        <w:br/>
        <w:t>все—добре! в блискавку облите.</w:t>
      </w:r>
    </w:p>
    <w:p>
      <w:r>
        <w:br/>
        <w:t>31.VIII.51&lt;br /&gt;</w:t>
        <w:br/>
        <w:t>БЕЗМІРНІСТЬ ВЕЧОРА</w:t>
      </w:r>
    </w:p>
    <w:p>
      <w:r>
        <w:br/>
        <w:t>Від гір—мовчання в багрянизні димній;&lt;br /&gt;</w:t>
        <w:br/>
        <w:t>і відклику твого нема.&lt;br /&gt;</w:t>
        <w:br/>
        <w:t>Самі світила звістяться в долині,&lt;br /&gt;</w:t>
        <w:br/>
        <w:t>бо кожна грядка їх прийма.&lt;br /&gt;</w:t>
        <w:br/>
        <w:t>В неземності граніт куріє з мряки:&lt;br /&gt;</w:t>
        <w:br/>
        <w:t>між грозами—стрімкий жертовник.&lt;br /&gt;</w:t>
        <w:br/>
        <w:t>Ні айстрок до кохання не прибрати;&lt;br /&gt;</w:t>
        <w:br/>
        <w:t>розлуки берег! камінь чорний.</w:t>
      </w:r>
    </w:p>
    <w:p>
      <w:r>
        <w:br/>
        <w:t>Нема в затоні зілля: квіт не вродить,&lt;br /&gt;</w:t>
        <w:br/>
        <w:t>а множиться світлиння ткане.&lt;br /&gt;</w:t>
        <w:br/>
        <w:t>Печаль смертельна! подих від негоди&lt;br /&gt;</w:t>
        <w:br/>
        <w:t>між нами: в скелях не зникає.</w:t>
      </w:r>
    </w:p>
    <w:p>
      <w:r>
        <w:br/>
        <w:t>Журбою мучаться при видноколі&lt;br /&gt;</w:t>
        <w:br/>
        <w:t>ялини і в тойсвіття глянуть...&lt;br /&gt;</w:t>
        <w:br/>
        <w:t>їм промовля зірок ріка, відколи&lt;br /&gt;</w:t>
        <w:br/>
        <w:t>зросла над пітьму невблаганну.</w:t>
      </w:r>
    </w:p>
    <w:p>
      <w:r>
        <w:br/>
        <w:t>2.IX.51&lt;br /&gt;</w:t>
        <w:br/>
        <w:t>ВИСОКА ОСІНЬ</w:t>
      </w:r>
    </w:p>
    <w:p>
      <w:r>
        <w:br/>
        <w:t>Чи царське зілля, як ножі, кривавить—&lt;br /&gt;</w:t>
        <w:br/>
        <w:t>біля стежок, де ти пройшла?&lt;br /&gt;</w:t>
        <w:br/>
        <w:t>Зірниці не натомляться ласкаві&lt;br /&gt;</w:t>
        <w:br/>
        <w:t>злітати: блідний жар крила.&lt;br /&gt;</w:t>
        <w:br/>
        <w:t>Часовня сонця:—тиха! чиста; звідти&lt;br /&gt;</w:t>
        <w:br/>
        <w:t>прошепчуть пелюстки пророчі.&lt;br /&gt;</w:t>
        <w:br/>
        <w:t>Чи йдеш? оглянуся: порив свічнистий&lt;br /&gt;</w:t>
        <w:br/>
        <w:t>тополі воскові поточить.&lt;br /&gt;</w:t>
        <w:br/>
        <w:t>І "півники" в грядки огню зметнулись;&lt;br /&gt;</w:t>
        <w:br/>
        <w:t>їх розпали, мов пірця, зняті—&lt;br /&gt;</w:t>
        <w:br/>
        <w:t>до нас: навіяти блаженні смутки,&lt;br /&gt;</w:t>
        <w:br/>
        <w:t>а спомин синьоцвітно ткати.</w:t>
      </w:r>
    </w:p>
    <w:p>
      <w:r>
        <w:br/>
        <w:t>Чи йдеш? потоками напроти скарги—&lt;br /&gt;</w:t>
        <w:br/>
        <w:t>стяжини світлоти падучі;&lt;br /&gt;</w:t>
        <w:br/>
        <w:t>і почуття небесне втіхи скарбить,&lt;br /&gt;</w:t>
        <w:br/>
        <w:t>і любить наші вбогі душі.</w:t>
      </w:r>
    </w:p>
    <w:p>
      <w:r>
        <w:br/>
        <w:t>4.IX.51&lt;br /&gt;</w:t>
        <w:br/>
        <w:t>НАДВЕЧІР'Я ВЕРЕСНЯ</w:t>
      </w:r>
    </w:p>
    <w:p>
      <w:r>
        <w:br/>
        <w:t>Нахилиться трисвічник легко з лугу:&lt;br /&gt;</w:t>
        <w:br/>
        <w:t>березовий! мов горлиць ніжність.&lt;br /&gt;</w:t>
        <w:br/>
        <w:t>І леготу уста—листок милують,&lt;br /&gt;</w:t>
        <w:br/>
        <w:t>росу п'ючи з ланів прибіжних.</w:t>
      </w:r>
    </w:p>
    <w:p>
      <w:r>
        <w:br/>
        <w:t>Безмежжя поблакитнено надскельне;&lt;br /&gt;</w:t>
        <w:br/>
        <w:t>всім повно сонця, без боргів...&lt;br /&gt;</w:t>
        <w:br/>
        <w:t>Снагу дарує небо: хай воскресне&lt;br /&gt;</w:t>
        <w:br/>
        <w:t>життя в доріжці дорогій.</w:t>
      </w:r>
    </w:p>
    <w:p>
      <w:r>
        <w:br/>
        <w:t>Рослинна, в зміст, палає книга учнів,&lt;br /&gt;</w:t>
        <w:br/>
        <w:t>печатки жар: мов бронза крапле.&lt;br /&gt;</w:t>
        <w:br/>
        <w:t>І озеро в багряності беззвучній,&lt;br /&gt;</w:t>
        <w:br/>
        <w:t>мов перстень, вірністю стократне.</w:t>
      </w:r>
    </w:p>
    <w:p>
      <w:r>
        <w:br/>
        <w:t>Вселенська скойка, вся з пожеж розкрита,&lt;br /&gt;</w:t>
        <w:br/>
        <w:t>шляхи надхненні в зводи ширить.&lt;br /&gt;</w:t>
        <w:br/>
        <w:t>Тоді з пригір'я—ти; вінок від літа&lt;br /&gt;</w:t>
        <w:br/>
        <w:t>зближається і погляд щирий.</w:t>
      </w:r>
    </w:p>
    <w:p>
      <w:r>
        <w:br/>
        <w:t>5.IX.51&lt;br /&gt;</w:t>
        <w:br/>
        <w:t>ВИРІШЕННЯ ОСЕНИ</w:t>
      </w:r>
    </w:p>
    <w:p>
      <w:r>
        <w:br/>
        <w:t>Спливає: що палахкотіло! в тихість,&lt;br /&gt;</w:t>
        <w:br/>
        <w:t>мов птах; замкнулося довкруг.&lt;br /&gt;</w:t>
        <w:br/>
        <w:t>А, до спокути, досвіт крил пречистих—&lt;br /&gt;</w:t>
        <w:br/>
        <w:t>нам острів серця приторкнув.</w:t>
      </w:r>
    </w:p>
    <w:p>
      <w:r>
        <w:br/>
        <w:t>Твій погляд, над палання вересневе,&lt;br /&gt;</w:t>
        <w:br/>
        <w:t>турбує любо: дивно чути...&lt;br /&gt;</w:t>
        <w:br/>
        <w:t>Коли за міст веселка зве до себе,&lt;br /&gt;</w:t>
        <w:br/>
        <w:t>вкріпивши піввінок на кручі.</w:t>
      </w:r>
    </w:p>
    <w:p>
      <w:r>
        <w:br/>
        <w:t>А сірі кораблі в ланцюг надію&lt;br /&gt;</w:t>
        <w:br/>
        <w:t>взяли і острів полонили.&lt;br /&gt;</w:t>
        <w:br/>
        <w:t>Я сам: на синій квітик порадію,&lt;br /&gt;</w:t>
        <w:br/>
        <w:t>споріднений сльозам і ниві.</w:t>
      </w:r>
    </w:p>
    <w:p>
      <w:r>
        <w:br/>
        <w:t>Відсвічення жене з грімкого ряду&lt;br /&gt;</w:t>
        <w:br/>
        <w:t>і струниться в покірний плескіт.&lt;br /&gt;</w:t>
        <w:br/>
        <w:t>Проте біду не зрушить нерозрадну,&lt;br /&gt;</w:t>
        <w:br/>
        <w:t>де втіха—тільки сонця хрестик...&lt;br /&gt;</w:t>
        <w:br/>
        <w:t>Там, де береза німо відтерпіла&lt;br /&gt;</w:t>
        <w:br/>
        <w:t>листки над сірою труною,—&lt;br /&gt;</w:t>
        <w:br/>
        <w:t>він: проти забуття в дощі безліття:&lt;br /&gt;</w:t>
        <w:br/>
        <w:t>приходить з кров'ю огняною.</w:t>
      </w:r>
    </w:p>
    <w:p>
      <w:r>
        <w:br/>
        <w:t>9.Х.51&lt;br /&gt;</w:t>
        <w:br/>
        <w:t>РОЗЛУЧНИЦЯ —ОСІНЬ</w:t>
      </w:r>
    </w:p>
    <w:p>
      <w:r>
        <w:br/>
        <w:t>Самотність! і зелена синь хлюпоче,&lt;br /&gt;</w:t>
        <w:br/>
        <w:t>де чайчин камінь не зупинить.&lt;br /&gt;</w:t>
        <w:br/>
        <w:t>А сяйво рук не розцвіте дівоче&lt;br /&gt;</w:t>
        <w:br/>
        <w:t>твоїх—при домовинах пінних.</w:t>
      </w:r>
    </w:p>
    <w:p>
      <w:r>
        <w:br/>
        <w:t>Нехай на фосфор відпадає кленик:&lt;br /&gt;</w:t>
        <w:br/>
        <w:t>на сіру смерть припливів лютих...&lt;br /&gt;</w:t>
        <w:br/>
        <w:t>весь воплем золотим—коли пустельний,&lt;br /&gt;</w:t>
        <w:br/>
        <w:t>весь ліс, як серце, що в розлуках.</w:t>
      </w:r>
    </w:p>
    <w:p>
      <w:r>
        <w:br/>
        <w:t>Чи відцвітання біла чи скорбота&lt;br /&gt;</w:t>
        <w:br/>
        <w:t>до хмари—як ватрак сирітський?..&lt;br /&gt;</w:t>
        <w:br/>
        <w:t>Схиляє в дощ галузка нетурботна&lt;br /&gt;</w:t>
        <w:br/>
        <w:t>весь біль! розбивши вітру ріки.</w:t>
      </w:r>
    </w:p>
    <w:p>
      <w:r>
        <w:br/>
        <w:t>Коли душа, як хрест на роздоріжжі,&lt;br /&gt;</w:t>
        <w:br/>
        <w:t>спадає сонця лист відгаслий...&lt;br /&gt;</w:t>
        <w:br/>
        <w:t>все—сам, все—хвилі: як птахи нехижі&lt;br /&gt;</w:t>
        <w:br/>
        <w:t>прийшли до стежки! й моря айстра.</w:t>
      </w:r>
    </w:p>
    <w:p>
      <w:r>
        <w:br/>
        <w:t>25.Х.51&lt;br /&gt;</w:t>
        <w:br/>
        <w:t>НЕТЕПЛИЙ ПРИПЛИВ&lt;br /&gt;</w:t>
        <w:br/>
        <w:t>І</w:t>
      </w:r>
    </w:p>
    <w:p>
      <w:r>
        <w:br/>
        <w:t>Вулканової рани кров широка&lt;br /&gt;</w:t>
        <w:br/>
        <w:t>на грудях моря клекотить.&lt;br /&gt;</w:t>
        <w:br/>
        <w:t>І крильця нахиля, при дужих кроках&lt;br /&gt;</w:t>
        <w:br/>
        <w:t>швидкої хвилі,—чайка вмить.&lt;br /&gt;</w:t>
        <w:br/>
        <w:t>Де все світилля сповниться осіннє,&lt;br /&gt;</w:t>
        <w:br/>
        <w:t>як сяйво соку з крушини...&lt;br /&gt;</w:t>
        <w:br/>
        <w:t>вже нива голосного не докине&lt;br /&gt;</w:t>
        <w:br/>
        <w:t>ні шепоту, де й грім спинивсь.&lt;br /&gt;</w:t>
        <w:br/>
        <w:t>А кораблі, відходячи, поблідли;&lt;br /&gt;</w:t>
        <w:br/>
        <w:t>при свічниках, як до молитви.&lt;br /&gt;</w:t>
        <w:br/>
        <w:t>Любитимем стежинки наші бідні&lt;br /&gt;</w:t>
        <w:br/>
        <w:t>крізь цвинтарі, в грозу сповиті.</w:t>
      </w:r>
    </w:p>
    <w:p>
      <w:r>
        <w:br/>
        <w:t>Бо й з ночі, зірки каганець не гасне,&lt;br /&gt;</w:t>
        <w:br/>
        <w:t>він—більший, ніж пустелі мертві...&lt;br /&gt;</w:t>
        <w:br/>
        <w:t>попалить громом нежиття дочасне,&lt;br /&gt;</w:t>
        <w:br/>
        <w:t>наблизившись: до грядки в серці.</w:t>
      </w:r>
    </w:p>
    <w:p>
      <w:r>
        <w:br/>
        <w:t>XI.51&lt;br /&gt;</w:t>
        <w:br/>
        <w:t>Не пальці блискавок, до божевілля,&lt;br /&gt;</w:t>
        <w:br/>
        <w:t>півмертве листя рвуться брати...&lt;br /&gt;</w:t>
        <w:br/>
        <w:t>То—хвиля! то звістками найбіліша;&lt;br /&gt;</w:t>
        <w:br/>
        <w:t>від неба світлота в поради.</w:t>
      </w:r>
    </w:p>
    <w:p>
      <w:r>
        <w:br/>
        <w:t>Добризкано і жеврій: понад горе,&lt;br /&gt;</w:t>
        <w:br/>
        <w:t>де ми пройшли, фіялки знавши.&lt;br /&gt;</w:t>
        <w:br/>
        <w:t>Мов грозовиця—звал огню догорне,&lt;br /&gt;</w:t>
        <w:br/>
        <w:t>нас розлучаючи назавжди.</w:t>
      </w:r>
    </w:p>
    <w:p>
      <w:r>
        <w:br/>
        <w:t>Безслізно сім'ї мевок, сім'ї квилять,&lt;br /&gt;</w:t>
        <w:br/>
        <w:t>і від лісів турбота шумна.&lt;br /&gt;</w:t>
        <w:br/>
        <w:t>За нами журиться: проти невілля! —&lt;br /&gt;</w:t>
        <w:br/>
        <w:t>при небі дощик та при мушлях.</w:t>
      </w:r>
    </w:p>
    <w:p>
      <w:r>
        <w:br/>
        <w:t>Руйнуються сліди в пісок і сніжність;&lt;br /&gt;</w:t>
        <w:br/>
        <w:t>під вибухи тюльпанні з моря.&lt;br /&gt;</w:t>
        <w:br/>
        <w:t>Єдина, мила! вічно ми найближчі,&lt;br /&gt;</w:t>
        <w:br/>
        <w:t>хоч бурі—лан зірок розорять.</w:t>
      </w:r>
    </w:p>
    <w:p>
      <w:r>
        <w:br/>
        <w:t>XI.51&lt;br /&gt;</w:t>
        <w:br/>
        <w:t>ЗУСТРІЧ МІСЯЦЯ</w:t>
      </w:r>
    </w:p>
    <w:p>
      <w:r>
        <w:br/>
        <w:t>Він: вітрова в сльозах, він: свічка синя —&lt;br /&gt;</w:t>
        <w:br/>
        <w:t>тихіша від журби моєї.&lt;br /&gt;</w:t>
        <w:br/>
        <w:t>А крила снігу чи торкнуть і спинять&lt;br /&gt;</w:t>
        <w:br/>
        <w:t>на серці хвилю, що від неї?</w:t>
      </w:r>
    </w:p>
    <w:p>
      <w:r>
        <w:br/>
        <w:t>Де ластівчина звістка не потоне,&lt;br /&gt;</w:t>
        <w:br/>
        <w:t>і не схиляє сон вітрилець,—&lt;br /&gt;</w:t>
        <w:br/>
        <w:t>єдину стріньте, вишні, і невтомне&lt;br /&gt;</w:t>
        <w:br/>
        <w:t>медами квіття — їй відкрийте!&lt;br /&gt;</w:t>
        <w:br/>
        <w:t>Докличу щастя, як горіння гоже,&lt;br /&gt;</w:t>
        <w:br/>
        <w:t>що випили, серця не зчулись.&lt;br /&gt;</w:t>
        <w:br/>
        <w:t>І відбіжить бурун, а віти, може—&lt;br /&gt;</w:t>
        <w:br/>
        <w:t>мов спомини з сузірних вулиць.</w:t>
      </w:r>
    </w:p>
    <w:p>
      <w:r>
        <w:br/>
        <w:t>Тоді до тебе, кобзою світившись,&lt;br /&gt;</w:t>
        <w:br/>
        <w:t>коло тополь промовить місяць.&lt;br /&gt;</w:t>
        <w:br/>
        <w:t>А океан, минаючи, в рідніший&lt;br /&gt;</w:t>
        <w:br/>
        <w:t>жаріє жаль: зірки примітять.</w:t>
      </w:r>
    </w:p>
    <w:p>
      <w:r>
        <w:br/>
        <w:t>6.XII.51&lt;br /&gt;</w:t>
        <w:br/>
        <w:t>ГОДИНА БУРХЛИВОСТИ</w:t>
      </w:r>
    </w:p>
    <w:p>
      <w:r>
        <w:br/>
        <w:t>Розмечеться на димний берег—ширше,&lt;br /&gt;</w:t>
        <w:br/>
        <w:t>ніж світляним піском згорить.&lt;br /&gt;</w:t>
        <w:br/>
        <w:t>І чайка воду п'є, над чистим віршем —&lt;br /&gt;</w:t>
        <w:br/>
        <w:t>з прибою: що любов не гріх,</w:t>
      </w:r>
    </w:p>
    <w:p>
      <w:r>
        <w:br/>
        <w:t>не кара, небо! каменям засвітить&lt;br /&gt;</w:t>
        <w:br/>
        <w:t>рожевий усміх—зійде, в травність.&lt;br /&gt;</w:t>
        <w:br/>
        <w:t>І вигримлять пожежно з моря свідки,&lt;br /&gt;</w:t>
        <w:br/>
        <w:t>де журить місяць: не кривавить.</w:t>
      </w:r>
    </w:p>
    <w:p>
      <w:r>
        <w:br/>
        <w:t>Я жду, і далі пурпуром, ніж вечір,&lt;br /&gt;</w:t>
        <w:br/>
        <w:t>докинеться з краплин печаль...&lt;br /&gt;</w:t>
        <w:br/>
        <w:t>важких, мов згадка—чайок нечернечих&lt;br /&gt;</w:t>
        <w:br/>
        <w:t>кричати в вічність признача.&lt;br /&gt;</w:t>
        <w:br/>
        <w:t>Прихилиться в приплив, над блиском болю,&lt;br /&gt;</w:t>
        <w:br/>
        <w:t>мов сподівання: корабель,&lt;br /&gt;</w:t>
        <w:br/>
        <w:t>і дзвінна пісня піною рябою&lt;br /&gt;</w:t>
        <w:br/>
        <w:t>обіллється—де в серце б'є.</w:t>
      </w:r>
    </w:p>
    <w:p>
      <w:r>
        <w:br/>
        <w:t>І жди мене! нема в німу пустиню&lt;br /&gt;</w:t>
        <w:br/>
        <w:t>ні снів, а звізд вінок обвалить.&lt;br /&gt;</w:t>
        <w:br/>
        <w:t>Там, як вітрило: квіт вишневий кинувсь&lt;br /&gt;</w:t>
        <w:br/>
        <w:t>весіпьно—з моря, ніби званий.</w:t>
      </w:r>
    </w:p>
    <w:p>
      <w:r>
        <w:br/>
        <w:t>7.XII.51&lt;br /&gt;</w:t>
        <w:br/>
        <w:t>РУЇНИ МОРЯ</w:t>
      </w:r>
    </w:p>
    <w:p>
      <w:r>
        <w:br/>
        <w:t>Мені розлука відгомін розсіє&lt;br /&gt;</w:t>
        <w:br/>
        <w:t>в холми—через чаїни нетрі.&lt;br /&gt;</w:t>
        <w:br/>
        <w:t>І догорить мороз, і в лихо сіре&lt;br /&gt;</w:t>
        <w:br/>
        <w:t>порайдужиться равлик мертвий.&lt;br /&gt;</w:t>
        <w:br/>
        <w:t>Руїни моря коло зграй дозбірних,&lt;br /&gt;</w:t>
        <w:br/>
        <w:t>де ниви смутків невідкриті.&lt;br /&gt;</w:t>
        <w:br/>
        <w:t>Але в півскоєчках стоять: мов—тризні&lt;br /&gt;</w:t>
        <w:br/>
        <w:t>прохання з незриданних ритмів.&lt;br /&gt;</w:t>
        <w:br/>
        <w:t>Тоді—смерть ніжности; пісок застигне;&lt;br /&gt;</w:t>
        <w:br/>
        <w:t>розбиті видива в відпливі.&lt;br /&gt;</w:t>
        <w:br/>
        <w:t>І рідко з півдня з'явлення цвітинне&lt;br /&gt;</w:t>
        <w:br/>
        <w:t>про теб'е згадкою щасливить.</w:t>
      </w:r>
    </w:p>
    <w:p>
      <w:r>
        <w:br/>
        <w:t>Не втомиться долонею гіркою&lt;br /&gt;</w:t>
        <w:br/>
        <w:t>благати в гілочки хоч відспів.&lt;br /&gt;</w:t>
        <w:br/>
        <w:t>Кипить світил верхів'я! — над корою&lt;br /&gt;</w:t>
        <w:br/>
        <w:t>про тебе зеленіють вісті.</w:t>
      </w:r>
    </w:p>
    <w:p>
      <w:r>
        <w:br/>
        <w:t>11.XII.50&lt;br /&gt;</w:t>
        <w:br/>
        <w:t>ВРАНІШНЯ СВІТЛОТА</w:t>
      </w:r>
    </w:p>
    <w:p>
      <w:r>
        <w:br/>
        <w:t>На звітрений пісок, на стежку пташу,&lt;br /&gt;</w:t>
        <w:br/>
        <w:t>до сивих смутків: де покрилять! —&lt;br /&gt;</w:t>
        <w:br/>
        <w:t>де й камінь, жду тебе; не перестануть&lt;br /&gt;</w:t>
        <w:br/>
        <w:t>відсвічення в прозорих ріллях.</w:t>
      </w:r>
    </w:p>
    <w:p>
      <w:r>
        <w:br/>
        <w:t>На берег бігши, вал одягся в дощик,&lt;br /&gt;</w:t>
        <w:br/>
        <w:t>а блиск—як жито колоситься.&lt;br /&gt;</w:t>
        <w:br/>
        <w:t>Крайнебо коло рук твоїх хороших,&lt;br /&gt;</w:t>
        <w:br/>
        <w:t>мов скойка, в розсвіти розкрита.</w:t>
      </w:r>
    </w:p>
    <w:p>
      <w:r>
        <w:br/>
        <w:t>Та—в вічності туман блакитний тоне,&lt;br /&gt;</w:t>
        <w:br/>
        <w:t>та—в ніжки чайці чудо плеще.&lt;br /&gt;</w:t>
        <w:br/>
        <w:t>Де ти прийшла, сіяння ллють коштовне&lt;br /&gt;</w:t>
        <w:br/>
        <w:t>сто скринь: і від ромашки легше.</w:t>
      </w:r>
    </w:p>
    <w:p>
      <w:r>
        <w:br/>
        <w:t>Та зближуються пламенні пір'їнки&lt;br /&gt;</w:t>
        <w:br/>
        <w:t>від них,—сувора віє радість:&lt;br /&gt;</w:t>
        <w:br/>
        <w:t>і сутінок розлуки перемінить,&lt;br /&gt;</w:t>
        <w:br/>
        <w:t>мій цвіте! до човна збиратись.</w:t>
      </w:r>
    </w:p>
    <w:p>
      <w:r>
        <w:br/>
        <w:t>19.11.52&lt;br /&gt;</w:t>
        <w:br/>
        <w:t>КАМЕНІ (їх найнетривалішість)</w:t>
      </w:r>
    </w:p>
    <w:p>
      <w:r>
        <w:br/>
        <w:t>День: проз мої страждання: порокоче;&lt;br /&gt;</w:t>
        <w:br/>
        <w:t>до скель холодних відгоріти.&lt;br /&gt;</w:t>
        <w:br/>
        <w:t>А враз—провістя! білотою кротке;&lt;br /&gt;</w:t>
        <w:br/>
        <w:t>коли з прибою ржава гіркість.</w:t>
      </w:r>
    </w:p>
    <w:p>
      <w:r>
        <w:br/>
        <w:t>День: найлюбіше напливе з дитинства,&lt;br /&gt;</w:t>
        <w:br/>
        <w:t>посвіченістю потремтить.&lt;br /&gt;</w:t>
        <w:br/>
        <w:t>І острів—спогад твій! і ненавмисна&lt;br /&gt;</w:t>
        <w:br/>
        <w:t>камінна низка з бризкоти.</w:t>
      </w:r>
    </w:p>
    <w:p>
      <w:r>
        <w:br/>
        <w:t>І перебігши через груди моря,&lt;br /&gt;</w:t>
        <w:br/>
        <w:t>до скель розбурхалися в черги:&lt;br /&gt;</w:t>
        <w:br/>
        <w:t>блакить рожеву в дзеркалі нагорнуть,&lt;br /&gt;</w:t>
        <w:br/>
        <w:t>тобі на руки—хвилі стерплі.&lt;br /&gt;</w:t>
        <w:br/>
        <w:t>Тоді, що в безконечній сивій книзі&lt;br /&gt;</w:t>
        <w:br/>
        <w:t>небес! над розмир бурунів,—&lt;br /&gt;</w:t>
        <w:br/>
        <w:t>досвітяться, до пролісків найближчі,&lt;br /&gt;</w:t>
        <w:br/>
        <w:t>прощення: хто навік любив.</w:t>
      </w:r>
    </w:p>
    <w:p>
      <w:r>
        <w:br/>
        <w:t>26.11.52&lt;br /&gt;</w:t>
        <w:br/>
        <w:t>ПЕРЕДКВІТНЕВЕ СВІТЛО</w:t>
      </w:r>
    </w:p>
    <w:p>
      <w:r>
        <w:br/>
        <w:t>На течіях стрільчастих помалює,&lt;br /&gt;</w:t>
        <w:br/>
        <w:t>що суджено, по глибині.&lt;br /&gt;</w:t>
        <w:br/>
        <w:t>Пливучими птахами біле й любе—&lt;br /&gt;</w:t>
        <w:br/>
        <w:t>життя! й ожинник поніжнів.</w:t>
      </w:r>
    </w:p>
    <w:p>
      <w:r>
        <w:br/>
        <w:t>Русява хмарка проступає в ясність,&lt;br /&gt;</w:t>
        <w:br/>
        <w:t>при голубих вікнинах зводів,&lt;br /&gt;</w:t>
        <w:br/>
        <w:t>де проз темноти пролилися в пасмі&lt;br /&gt;</w:t>
        <w:br/>
        <w:t>і діляться висвіття добрі.</w:t>
      </w:r>
    </w:p>
    <w:p>
      <w:r>
        <w:br/>
        <w:t>З рожевістю бузковою відтоне&lt;br /&gt;</w:t>
        <w:br/>
        <w:t>на морі—відблиск, ніби в лузі.&lt;br /&gt;</w:t>
        <w:br/>
        <w:t>Клопіття мевок, з вітру непритомне! —&lt;br /&gt;</w:t>
        <w:br/>
        <w:t>минає серед сплесків грузлих</w:t>
      </w:r>
    </w:p>
    <w:p>
      <w:r>
        <w:br/>
        <w:t>Згремиться звал на брили в зеленизні,&lt;br /&gt;</w:t>
        <w:br/>
        <w:t>руїну дзеркала розмече.&lt;br /&gt;</w:t>
        <w:br/>
        <w:t>Незримо: біла зірка ласку близить&lt;br /&gt;</w:t>
        <w:br/>
        <w:t>твоя—схиляючись до мене.</w:t>
      </w:r>
    </w:p>
    <w:p>
      <w:r>
        <w:br/>
        <w:t>25.III.52&lt;br /&gt;</w:t>
        <w:br/>
        <w:t>ПРОЗЕЛЕНЬ ВЕСНИ</w:t>
      </w:r>
    </w:p>
    <w:p>
      <w:r>
        <w:br/>
        <w:t>Чи, догримівши, крильно обвалитись&lt;br /&gt;</w:t>
        <w:br/>
        <w:t>орлові моря—в сонну сутінь?&lt;br /&gt;</w:t>
        <w:br/>
        <w:t>А досвіт, проз обриви, з хвиль безлистих,&lt;br /&gt;</w:t>
        <w:br/>
        <w:t>до нас: як галузки півчутні.</w:t>
      </w:r>
    </w:p>
    <w:p>
      <w:r>
        <w:br/>
        <w:t>Ніде нема тебе! туман потопний&lt;br /&gt;</w:t>
        <w:br/>
        <w:t>під стріхами ялин проллється...&lt;br /&gt;</w:t>
        <w:br/>
        <w:t>проз нетрі сизі, світлоті напроти,—&lt;br /&gt;</w:t>
        <w:br/>
        <w:t>що з обрію, мов перехрестя.</w:t>
      </w:r>
    </w:p>
    <w:p>
      <w:r>
        <w:br/>
        <w:t>Стеблинки палеві—ланки торішні! —&lt;br /&gt;</w:t>
        <w:br/>
        <w:t>розмовлять моря скорб живу.&lt;br /&gt;</w:t>
        <w:br/>
        <w:t>А в скелях меви сторожити вийшли:&lt;br /&gt;</w:t>
        <w:br/>
        <w:t>над нив'я іскор, що пливуть.</w:t>
      </w:r>
    </w:p>
    <w:p>
      <w:r>
        <w:br/>
        <w:t>Як при колодязі в крайнебі—рідна&lt;br /&gt;</w:t>
        <w:br/>
        <w:t>зеленість: поласкатись хоче.&lt;br /&gt;</w:t>
        <w:br/>
        <w:t>Джерела в грудях течію розвиднять,&lt;br /&gt;</w:t>
        <w:br/>
        <w:t>відчувши світло непорочне.</w:t>
      </w:r>
    </w:p>
    <w:p>
      <w:r>
        <w:br/>
        <w:t>7.IV.52&lt;br /&gt;</w:t>
        <w:br/>
        <w:t>ВИДНОКРУГ КВІТОК</w:t>
      </w:r>
    </w:p>
    <w:p>
      <w:r>
        <w:br/>
        <w:t>Кістками пальців суховіття просять&lt;br /&gt;</w:t>
        <w:br/>
        <w:t>хоч краплю! змучаться до зойків.&lt;br /&gt;</w:t>
        <w:br/>
        <w:t>А смуток твій: зелений птах, і в гостях —&lt;br /&gt;</w:t>
        <w:br/>
        <w:t>де, як з молитви квіт високий...</w:t>
      </w:r>
    </w:p>
    <w:p>
      <w:r>
        <w:br/>
        <w:t>То, аніж очі сонцеві, жаркіше—&lt;br /&gt;</w:t>
        <w:br/>
        <w:t>вродилося на шість пелюсток:&lt;br /&gt;</w:t>
        <w:br/>
        <w:t>посеред листя — болем не проріже,&lt;br /&gt;</w:t>
        <w:br/>
        <w:t>а сяйвом! серця не відпустить.</w:t>
      </w:r>
    </w:p>
    <w:p>
      <w:r>
        <w:br/>
        <w:t>То в тайні, коло моря, стрепенулись,—&lt;br /&gt;</w:t>
        <w:br/>
        <w:t>від неба віщення зірчинні:&lt;br /&gt;</w:t>
        <w:br/>
        <w:t>з пломінних радостей, і ждуть зозулі;&lt;br /&gt;</w:t>
        <w:br/>
        <w:t>гроза в гробницю не зачинить.</w:t>
      </w:r>
    </w:p>
    <w:p>
      <w:r>
        <w:br/>
        <w:t>Де небо світлотою недосяжне,&lt;br /&gt;</w:t>
        <w:br/>
        <w:t>почне свій поклик щебетлива.&lt;br /&gt;</w:t>
        <w:br/>
        <w:t>А світу святости не перекаже;&lt;br /&gt;</w:t>
        <w:br/>
        <w:t>до нього доцвіте молитва.</w:t>
      </w:r>
    </w:p>
    <w:p>
      <w:r>
        <w:br/>
        <w:t>8.IV.52&lt;br /&gt;</w:t>
        <w:br/>
        <w:t>ЗРОСТАННЯ ВЕСНИ</w:t>
      </w:r>
    </w:p>
    <w:p>
      <w:r>
        <w:br/>
        <w:t>Вже воля з висоти—збира світкими&lt;br /&gt;</w:t>
        <w:br/>
        <w:t>і камені, що вал скують.&lt;br /&gt;</w:t>
        <w:br/>
        <w:t>В мережаному громі не покинем&lt;br /&gt;</w:t>
        <w:br/>
        <w:t>човна при мертвому піску.&lt;br /&gt;</w:t>
        <w:br/>
        <w:t>І вимовлена звістка з поривання,&lt;br /&gt;</w:t>
        <w:br/>
        <w:t>від паруса, береться в мрію.&lt;br /&gt;</w:t>
        <w:br/>
        <w:t>Що рідність і твоя: що тайна справжня! —&lt;br /&gt;</w:t>
        <w:br/>
        <w:t>блакиттю небеса зогріють.</w:t>
      </w:r>
    </w:p>
    <w:p>
      <w:r>
        <w:br/>
        <w:t>її розкрито: милість невичерпну,&lt;br /&gt;</w:t>
        <w:br/>
        <w:t>душа одну її сприйма.&lt;br /&gt;</w:t>
        <w:br/>
        <w:t>І поклик чайка вторить, проти смерчу,&lt;br /&gt;</w:t>
        <w:br/>
        <w:t>і, квіт живий! — любов моя.</w:t>
      </w:r>
    </w:p>
    <w:p>
      <w:r>
        <w:br/>
        <w:t>Вже найгрізніша темрява безмовна;&lt;br /&gt;</w:t>
        <w:br/>
        <w:t>життя— порогами камінне.&lt;br /&gt;</w:t>
        <w:br/>
        <w:t>А грози неземні в світах: наповнять,&lt;br /&gt;</w:t>
        <w:br/>
        <w:t>позвавши, море! в суд тектиме.</w:t>
      </w:r>
    </w:p>
    <w:p>
      <w:r>
        <w:br/>
        <w:t>8.IV.52&lt;br /&gt;</w:t>
        <w:br/>
        <w:t>ВІДРОДЖЕНІ КВІТИ</w:t>
      </w:r>
    </w:p>
    <w:p>
      <w:r>
        <w:br/>
        <w:t>Ми бідні! сонце ж так розкрило серце,&lt;br /&gt;</w:t>
        <w:br/>
        <w:t>мов літургія, де первоцвіт;&lt;br /&gt;</w:t>
        <w:br/>
        <w:t>мов хорове гілля і мов наперсне—&lt;br /&gt;</w:t>
        <w:br/>
        <w:t>торкнувши небеса в пророцтві.</w:t>
      </w:r>
    </w:p>
    <w:p>
      <w:r>
        <w:br/>
        <w:t>Над усміх і над плач, іще свіжіше&lt;br /&gt;</w:t>
        <w:br/>
        <w:t>воскресло по горбах: зворушить!&lt;br /&gt;</w:t>
        <w:br/>
        <w:t>І смуток весь, туман лісний, сколише,&lt;br /&gt;</w:t>
        <w:br/>
        <w:t>де родичі з травою — душі.&lt;br /&gt;</w:t>
        <w:br/>
        <w:t>І пробігає діямантик сурмний&lt;br /&gt;</w:t>
        <w:br/>
        <w:t>дзеркалячися, в струм'я рівне...&lt;br /&gt;</w:t>
        <w:br/>
        <w:t>прожевріє прозоро, свідок бурі,&lt;br /&gt;</w:t>
        <w:br/>
        <w:t>1 вже до дня лілей нарине.&lt;br /&gt;</w:t>
        <w:br/>
        <w:t>Потоками тепло веде казання&lt;br /&gt;</w:t>
        <w:br/>
        <w:t>про ласку, і квітки розтулить...&lt;br /&gt;</w:t>
        <w:br/>
        <w:t>як неба поворот! — що ти, кохана,&lt;br /&gt;</w:t>
        <w:br/>
        <w:t>в саду з провістями зозулі.</w:t>
      </w:r>
    </w:p>
    <w:p>
      <w:r>
        <w:br/>
        <w:t>І море сизокриле приворожить&lt;br /&gt;</w:t>
        <w:br/>
        <w:t>билинки: з вітерцями тчуться.&lt;br /&gt;</w:t>
        <w:br/>
        <w:t>Під зорями зів'янути не зможе—&lt;br /&gt;</w:t>
        <w:br/>
        <w:t>як нам розквітнув: образ чуда.</w:t>
      </w:r>
    </w:p>
    <w:p>
      <w:r>
        <w:br/>
        <w:t>16.IV.52&lt;br /&gt;</w:t>
        <w:br/>
        <w:t>НАША ВЕСНА</w:t>
      </w:r>
    </w:p>
    <w:p>
      <w:r>
        <w:br/>
        <w:t>Воскрешено—таємністю незмінну,&lt;br /&gt;</w:t>
        <w:br/>
        <w:t>фіялку з грунту: в надбережжі.&lt;br /&gt;</w:t>
        <w:br/>
        <w:t>Вже поцілунками при ній німіють,—&lt;br /&gt;</w:t>
        <w:br/>
        <w:t>празничний кущик і не встежив.&lt;br /&gt;</w:t>
        <w:br/>
        <w:t>Обізветься: немов вино, гаряча&lt;br /&gt;</w:t>
        <w:br/>
        <w:t>грудьми — перебігуща пташка.&lt;br /&gt;</w:t>
        <w:br/>
        <w:t>Коли самі в ридання не призначать&lt;br /&gt;</w:t>
        <w:br/>
        <w:t>нещастя моря, рвавшись тяжко.&lt;br /&gt;</w:t>
        <w:br/>
        <w:t>І, при рудій турботі мурав'їній,&lt;br /&gt;</w:t>
        <w:br/>
        <w:t>пролито серебро крізь хмарність...&lt;br /&gt;</w:t>
        <w:br/>
        <w:t>посвідчиться: світи святі повинні&lt;br /&gt;</w:t>
        <w:br/>
        <w:t>прийти, як їх любов примарить...&lt;br /&gt;</w:t>
        <w:br/>
        <w:t>Нехай напроти—камінь, мов залізний,&lt;br /&gt;</w:t>
        <w:br/>
        <w:t>а вносить квітка східній взір.&lt;br /&gt;</w:t>
        <w:br/>
        <w:t>Мені, як кущик світить барвні ризки,&lt;br /&gt;</w:t>
        <w:br/>
        <w:t>ти сподівання знов сповір.</w:t>
      </w:r>
    </w:p>
    <w:p>
      <w:r>
        <w:br/>
        <w:t>17.IV.52&lt;br /&gt;</w:t>
        <w:br/>
        <w:t>СВІТЛИЙ ВЕЧІР</w:t>
      </w:r>
    </w:p>
    <w:p>
      <w:r>
        <w:br/>
        <w:t>Чи зглянемо? краси безмежна скойка&lt;br /&gt;</w:t>
        <w:br/>
        <w:t>розкрита огністю: на морі.&lt;br /&gt;</w:t>
        <w:br/>
        <w:t>Рожева течія, навік нескорбна,&lt;br /&gt;</w:t>
        <w:br/>
        <w:t>по краю відблиски просторить.</w:t>
      </w:r>
    </w:p>
    <w:p>
      <w:r>
        <w:br/>
        <w:t>О, серце! вже над камінець наріжний,&lt;br /&gt;</w:t>
        <w:br/>
        <w:t>крізь вітер: чайчин сміх не плаче.&lt;br /&gt;</w:t>
        <w:br/>
        <w:t>А ниву болем неземним освіжить,&lt;br /&gt;</w:t>
        <w:br/>
        <w:t>при світочеві—море вдячне.</w:t>
      </w:r>
    </w:p>
    <w:p>
      <w:r>
        <w:br/>
        <w:t>Ніде від бурі на далекій щоглі&lt;br /&gt;</w:t>
        <w:br/>
        <w:t>ще прагнення не рветься біле.&lt;br /&gt;</w:t>
        <w:br/>
        <w:t>Хоч вечора процесія поволі&lt;br /&gt;</w:t>
        <w:br/>
        <w:t>досвітлює, і нас обійме.&lt;br /&gt;</w:t>
        <w:br/>
        <w:t>Ні клич не рониться від скрипки в душу&lt;br /&gt;</w:t>
        <w:br/>
        <w:t>прозоро—з виспівами звістки,&lt;br /&gt;</w:t>
        <w:br/>
        <w:t>як сплеск! як вітер в очі! та порушу&lt;br /&gt;</w:t>
        <w:br/>
        <w:t>на грудях вишивку й відсвітить.</w:t>
      </w:r>
    </w:p>
    <w:p>
      <w:r>
        <w:br/>
        <w:t>21.IV.52&lt;br /&gt;</w:t>
        <w:br/>
        <w:t>РОЗКВІТ МОРЯ</w:t>
      </w:r>
    </w:p>
    <w:p>
      <w:r>
        <w:br/>
        <w:t>Засвічене, в прихід—провістя скаже,&lt;br /&gt;</w:t>
        <w:br/>
        <w:t>відрадою зірок близьке:&lt;br /&gt;</w:t>
        <w:br/>
        <w:t>все до твоїх слідів та все ласкавне! —&lt;br /&gt;</w:t>
        <w:br/>
        <w:t>злітаючи й над бересклет.&lt;br /&gt;</w:t>
        <w:br/>
        <w:t>До спомину мого з глибин прискорить&lt;br /&gt;</w:t>
        <w:br/>
        <w:t>мелодій килими:горнути.&lt;br /&gt;</w:t>
        <w:br/>
        <w:t>Знов невечірнє й несвітанне в морі&lt;br /&gt;</w:t>
        <w:br/>
        <w:t>найзеленіші ватри юрмить...&lt;br /&gt;</w:t>
        <w:br/>
        <w:t>Знов розвіваючи, над люстро, тихі—&lt;br /&gt;</w:t>
        <w:br/>
        <w:t>мов крейдяні, біліти: чайки.&lt;br /&gt;</w:t>
        <w:br/>
        <w:t>І нам від олтаря—в серця, по крихті,&lt;br /&gt;</w:t>
        <w:br/>
        <w:t>сіяння сіє, де стрічатись.&lt;br /&gt;</w:t>
        <w:br/>
        <w:t>Найближча! не кайдани острівців&lt;br /&gt;</w:t>
        <w:br/>
        <w:t>до сходу путь перегородять.&lt;br /&gt;</w:t>
        <w:br/>
        <w:t>Без гіяцинтів, океан розцвівсь,&lt;br /&gt;</w:t>
        <w:br/>
        <w:t>як вість: кому весіння згода.</w:t>
      </w:r>
    </w:p>
    <w:p>
      <w:r>
        <w:br/>
        <w:t>21.IV.52&lt;br /&gt;</w:t>
        <w:br/>
        <w:t>КВІТНЕВА РОСЛИНА</w:t>
      </w:r>
    </w:p>
    <w:p>
      <w:r>
        <w:br/>
        <w:t>Мені—світильничок: немов при стелі,&lt;br /&gt;</w:t>
        <w:br/>
        <w:t>в печері скарбности, святинко!&lt;br /&gt;</w:t>
        <w:br/>
        <w:t>З початків кликнуло любити: зельне&lt;br /&gt;</w:t>
        <w:br/>
        <w:t>й золотосердне; зве недзвінко.&lt;br /&gt;</w:t>
        <w:br/>
        <w:t>Немов при ноті, як відносить, жовта,&lt;br /&gt;</w:t>
        <w:br/>
        <w:t>над ніччю — зірка, ще гарніше.&lt;br /&gt;</w:t>
        <w:br/>
        <w:t>Окрасні відспівинки в відворотах —&lt;br /&gt;</w:t>
        <w:br/>
        <w:t>зав'ються: радість нам сколише.</w:t>
      </w:r>
    </w:p>
    <w:p>
      <w:r>
        <w:br/>
        <w:t>Освятно виткана від духів дзвінка,&lt;br /&gt;</w:t>
        <w:br/>
        <w:t>в таємній чистоті, про нас—&lt;br /&gt;</w:t>
        <w:br/>
        <w:t>з надсвіття мріючи, неперемінна:&lt;br /&gt;</w:t>
        <w:br/>
        <w:t>твій шестиогничок прийнявсь.&lt;br /&gt;</w:t>
        <w:br/>
        <w:t>Відвертістю блаженною й чарує,&lt;br /&gt;</w:t>
        <w:br/>
        <w:t>де, з світла станувши, мов сниться...&lt;br /&gt;</w:t>
        <w:br/>
        <w:t>над час! — первоцвітку, мов сонце друге&lt;br /&gt;</w:t>
        <w:br/>
        <w:t>розпалено тобі в зіницях.</w:t>
      </w:r>
    </w:p>
    <w:p>
      <w:r>
        <w:br/>
        <w:t>22.IV.52&lt;br /&gt;</w:t>
        <w:br/>
        <w:t>ПОДИХ КВІТНЯ&lt;br /&gt;</w:t>
        <w:br/>
        <w:t>І</w:t>
      </w:r>
    </w:p>
    <w:p>
      <w:r>
        <w:br/>
        <w:t>На стеблах, ніби від пісенних речень,&lt;br /&gt;</w:t>
        <w:br/>
        <w:t>гойднеться коло мене в смутки —&lt;br /&gt;</w:t>
        <w:br/>
        <w:t>сповістя любої! та, безконечне,&lt;br /&gt;</w:t>
        <w:br/>
        <w:t>в дощинках потерпіти мусить.</w:t>
      </w:r>
    </w:p>
    <w:p>
      <w:r>
        <w:br/>
        <w:t>Мов середзоряне, горіти вільне,—&lt;br /&gt;</w:t>
        <w:br/>
        <w:t>в струмках душі тепер торкнеться.&lt;br /&gt;</w:t>
        <w:br/>
        <w:t>Чи з берега розлуки не прилине&lt;br /&gt;</w:t>
        <w:br/>
        <w:t>рукав? крізь вітрові тенета.</w:t>
      </w:r>
    </w:p>
    <w:p>
      <w:r>
        <w:br/>
        <w:t>Я жду! і кущ рожев'я, що розбив&lt;br /&gt;</w:t>
        <w:br/>
        <w:t>замкову ніч, хай сонце вип'є...&lt;br /&gt;</w:t>
        <w:br/>
        <w:t>Все—радість: ластівки з хаток тобі;&lt;br /&gt;</w:t>
        <w:br/>
        <w:t>все—квітне, денністю сповите.&lt;br /&gt;</w:t>
        <w:br/>
        <w:t>Зелена крапля, емеральд на перстень;&lt;br /&gt;</w:t>
        <w:br/>
        <w:t>і як прочанин, дощик босий.&lt;br /&gt;</w:t>
        <w:br/>
        <w:t>Душа, до річки всіх листків небесних,—&lt;br /&gt;</w:t>
        <w:br/>
        <w:t>мов голуб на доріжці, просить.</w:t>
      </w:r>
    </w:p>
    <w:p>
      <w:r>
        <w:br/>
        <w:t>29.IV.52&lt;br /&gt;</w:t>
        <w:br/>
        <w:t>ПОДИХ КВІТНЯ&lt;br /&gt;</w:t>
        <w:br/>
        <w:t>II</w:t>
      </w:r>
    </w:p>
    <w:p>
      <w:r>
        <w:br/>
        <w:t>Світаючи, зідхне і колихнеться,&lt;br /&gt;</w:t>
        <w:br/>
        <w:t>як повів джерела найдужчий.&lt;br /&gt;</w:t>
        <w:br/>
        <w:t>Безслівно вісничками в надпісенне—&lt;br /&gt;</w:t>
        <w:br/>
        <w:t>в знаття розкрилено ведучи.&lt;br /&gt;</w:t>
        <w:br/>
        <w:t>Що віддане для квітня, в зрості й сниться,&lt;br /&gt;</w:t>
        <w:br/>
        <w:t>зріднівши білістю мені;&lt;br /&gt;</w:t>
        <w:br/>
        <w:t>щасливити ж надія ненаситна,&lt;br /&gt;</w:t>
        <w:br/>
        <w:t>з пориву! —пелюстки зміцнить.</w:t>
      </w:r>
    </w:p>
    <w:p>
      <w:r>
        <w:br/>
        <w:t>Та пахощами нетутешня й кров'ю,&lt;br /&gt;</w:t>
        <w:br/>
        <w:t>й гілками, коливає вишня.&lt;br /&gt;</w:t>
        <w:br/>
        <w:t>Це все, як вернешся,— то бджілку скромну,&lt;br /&gt;</w:t>
        <w:br/>
        <w:t>прийма: весільністю невтишна.</w:t>
      </w:r>
    </w:p>
    <w:p>
      <w:r>
        <w:br/>
        <w:t>Чи нетлями чорніти тіням брів,&lt;br /&gt;</w:t>
        <w:br/>
        <w:t>як тіням пристрасти з вина?&lt;br /&gt;</w:t>
        <w:br/>
        <w:t>А найквітніший сполох полюбивсь;&lt;br /&gt;</w:t>
        <w:br/>
        <w:t>галузка небо наповня.</w:t>
      </w:r>
    </w:p>
    <w:p>
      <w:r>
        <w:br/>
        <w:t>ЗО.IV.52&lt;br /&gt;</w:t>
        <w:br/>
        <w:t>ДОВІР'Я</w:t>
      </w:r>
    </w:p>
    <w:p>
      <w:r>
        <w:br/>
        <w:t>Розвихрені півкружно в надбережжі,&lt;br /&gt;</w:t>
        <w:br/>
        <w:t>чаїни мчать! мов до святині.&lt;br /&gt;</w:t>
        <w:br/>
        <w:t>Світнуться сиво: з моря, обережні,—&lt;br /&gt;</w:t>
        <w:br/>
        <w:t>й з мого нещастя сповістились.</w:t>
      </w:r>
    </w:p>
    <w:p>
      <w:r>
        <w:br/>
        <w:t>Усім похмурена біда, зібравшись,&lt;br /&gt;</w:t>
        <w:br/>
        <w:t>ласкав'я в світі скам'янить.&lt;br /&gt;</w:t>
        <w:br/>
        <w:t>Але смиренного братерства скарбність&lt;br /&gt;</w:t>
        <w:br/>
        <w:t>відкрий при колосках ланів!</w:t>
      </w:r>
    </w:p>
    <w:p>
      <w:r>
        <w:br/>
        <w:t>Ти—зближеніша, ніж фіялок погляд,&lt;br /&gt;</w:t>
        <w:br/>
        <w:t>крізь пахощі! та небайдужна.&lt;br /&gt;</w:t>
        <w:br/>
        <w:t>Коли розлука—кров: як мальви сходять,&lt;br /&gt;</w:t>
        <w:br/>
        <w:t>огненно забирати здужа.</w:t>
      </w:r>
    </w:p>
    <w:p>
      <w:r>
        <w:br/>
        <w:t>Що доля віддана в провісний празник,&lt;br /&gt;</w:t>
        <w:br/>
        <w:t>від моря промовля до рідних...&lt;br /&gt;</w:t>
        <w:br/>
        <w:t>Нам неминуче полум'я призначить—&lt;br /&gt;</w:t>
        <w:br/>
        <w:t>зрости при знайденій доріжці.</w:t>
      </w:r>
    </w:p>
    <w:p>
      <w:r>
        <w:br/>
        <w:t>8.У.52&lt;br /&gt;</w:t>
        <w:br/>
        <w:t>ЗВІСТКА БУРІ</w:t>
      </w:r>
    </w:p>
    <w:p>
      <w:r>
        <w:br/>
        <w:t>Чи місяць—вид свій: на чаїну скаргу,&lt;br /&gt;</w:t>
        <w:br/>
        <w:t>при небі смутку,—чи оберне?&lt;br /&gt;</w:t>
        <w:br/>
        <w:t>А ріллі, з музики й мережок, прагнуть,&lt;br /&gt;</w:t>
        <w:br/>
        <w:t>мов пір'я селезня, на берег.</w:t>
      </w:r>
    </w:p>
    <w:p>
      <w:r>
        <w:br/>
        <w:t>Де трав'я вітерцями поклониме,&lt;br /&gt;</w:t>
        <w:br/>
        <w:t>розрилля дерева цвітуть.&lt;br /&gt;</w:t>
        <w:br/>
        <w:t>Не сірим каменем мартиник гримне&lt;br /&gt;</w:t>
        <w:br/>
        <w:t>з грози! в промінну самоту.</w:t>
      </w:r>
    </w:p>
    <w:p>
      <w:r>
        <w:br/>
        <w:t>Мов папороть сузір'їв, силу стеле&lt;br /&gt;</w:t>
        <w:br/>
        <w:t>вода! і камені забрали.&lt;br /&gt;</w:t>
        <w:br/>
        <w:t>Тобі докине паруси притерпле&lt;br /&gt;</w:t>
        <w:br/>
        <w:t>чуття: пораненний кораблик.&lt;br /&gt;</w:t>
        <w:br/>
        <w:t>Де тіння з хмари й сяєво бузкове,—&lt;br /&gt;</w:t>
        <w:br/>
        <w:t>все золото горить, як смуга.&lt;br /&gt;</w:t>
        <w:br/>
        <w:t>Нам звістка тайни! нам жоржин віконце:&lt;br /&gt;</w:t>
        <w:br/>
        <w:t>до серця до свого послухай.</w:t>
      </w:r>
    </w:p>
    <w:p>
      <w:r>
        <w:br/>
        <w:t>14.У.52&lt;br /&gt;</w:t>
        <w:br/>
        <w:t>ПТАШИНИЙ ГОМІН</w:t>
      </w:r>
    </w:p>
    <w:p>
      <w:r>
        <w:br/>
        <w:t>Збіліє приструння: міжхмарне, наче—&lt;br /&gt;</w:t>
        <w:br/>
        <w:t>від кобзи—в пальці сироті.&lt;br /&gt;</w:t>
        <w:br/>
        <w:t>А чайок горе, з бурі необачне,&lt;br /&gt;</w:t>
        <w:br/>
        <w:t>різниться й, небеса, простіть!</w:t>
      </w:r>
    </w:p>
    <w:p>
      <w:r>
        <w:br/>
        <w:t>Не викричано болю: всі заквилять&lt;br /&gt;</w:t>
        <w:br/>
        <w:t>від моря, кров'ю вороного;&lt;br /&gt;</w:t>
        <w:br/>
        <w:t>...прощай! сльозинки—голоси з стокрилля;&lt;br /&gt;</w:t>
        <w:br/>
        <w:t>чи двох пролинем біля нього?</w:t>
      </w:r>
    </w:p>
    <w:p>
      <w:r>
        <w:br/>
        <w:t>Як сива зграя з-над валів жемчужних&lt;br /&gt;</w:t>
        <w:br/>
        <w:t>до сяйва, що забуло сосну:&lt;br /&gt;</w:t>
        <w:br/>
        <w:t>отак і в грудях, з течії потужить&lt;br /&gt;</w:t>
        <w:br/>
        <w:t>без тебе! на біду безсонну.&lt;br /&gt;</w:t>
        <w:br/>
        <w:t>Не сиза смерть, а все живе—в пожежі,&lt;br /&gt;</w:t>
        <w:br/>
        <w:t>по мріяному: хвилю множить.&lt;br /&gt;</w:t>
        <w:br/>
        <w:t>Орел пісень—нап'ється та пожеврить&lt;br /&gt;</w:t>
        <w:br/>
        <w:t>мені в журбі розлуки кожній.</w:t>
      </w:r>
    </w:p>
    <w:p>
      <w:r>
        <w:br/>
        <w:t>22.У.52&lt;br /&gt;</w:t>
        <w:br/>
        <w:t>СВІТАНОК</w:t>
      </w:r>
    </w:p>
    <w:p>
      <w:r>
        <w:br/>
        <w:t>Уже розкрилена зоря: в долину,&lt;br /&gt;</w:t>
        <w:br/>
        <w:t>іконку відкрива рожеву.&lt;br /&gt;</w:t>
        <w:br/>
        <w:t>Навіки—як дивлюся! як прилину,—&lt;br /&gt;</w:t>
        <w:br/>
        <w:t>мов променем скувала жертву.&lt;br /&gt;</w:t>
        <w:br/>
        <w:t>Між нами жарові мечі все гасить&lt;br /&gt;</w:t>
        <w:br/>
        <w:t>і світить свідчення глибоке.&lt;br /&gt;</w:t>
        <w:br/>
        <w:t>Все: мов огнем, обплаче громик красний,&lt;br /&gt;</w:t>
        <w:br/>
        <w:t>при камені, де повідь мовкне.&lt;br /&gt;</w:t>
        <w:br/>
        <w:t>Струнка: стеблинкою троянди вранці,&lt;br /&gt;</w:t>
        <w:br/>
        <w:t>ти—випростана серед іскор.&lt;br /&gt;</w:t>
        <w:br/>
        <w:t>А кожна зірка, що з кровинок, марить&lt;br /&gt;</w:t>
        <w:br/>
        <w:t>зійти в живому морі близько.</w:t>
      </w:r>
    </w:p>
    <w:p>
      <w:r>
        <w:br/>
        <w:t>Вікно соняшникове знов провістить&lt;br /&gt;</w:t>
        <w:br/>
        <w:t>світанок над хмаринну втечу:&lt;br /&gt;</w:t>
        <w:br/>
        <w:t>любіш від хвиль, що—горлиці перлисті—&lt;br /&gt;</w:t>
        <w:br/>
        <w:t>прозорими словами шепчуть.</w:t>
      </w:r>
    </w:p>
    <w:p>
      <w:r>
        <w:br/>
        <w:t>27.У.52&lt;br /&gt;</w:t>
        <w:br/>
        <w:t>НЕРАННІЙ РОЗКВІТ</w:t>
      </w:r>
    </w:p>
    <w:p>
      <w:r>
        <w:br/>
        <w:t>До скойок райдужка з валів скипіла,&lt;br /&gt;</w:t>
        <w:br/>
        <w:t>й тобі до нігтиків блискучих.&lt;br /&gt;</w:t>
        <w:br/>
        <w:t>Скрипковий сонця поворот! —скрипіння,&lt;br /&gt;</w:t>
        <w:br/>
        <w:t>де кораблі безодня мучить.&lt;br /&gt;</w:t>
        <w:br/>
        <w:t>А брови—жайворончин припурх добрий:&lt;br /&gt;</w:t>
        <w:br/>
        <w:t>темніти над тернини карі.&lt;br /&gt;</w:t>
        <w:br/>
        <w:t>Мов огняна трава в гаю, приходить&lt;br /&gt;</w:t>
        <w:br/>
        <w:t>твій плаття шелест не до скарги.&lt;br /&gt;</w:t>
        <w:br/>
        <w:t>Схвилюється, й малює й з моря кида—&lt;br /&gt;</w:t>
        <w:br/>
        <w:t>грім! як на скатерть подарунок.&lt;br /&gt;</w:t>
        <w:br/>
        <w:t>Нам ласка в грудях, лілія лебідна,&lt;br /&gt;</w:t>
        <w:br/>
        <w:t>пливти через прибій подружить.&lt;br /&gt;</w:t>
        <w:br/>
        <w:t>Будує з тамариску місяць бистрий&lt;br /&gt;</w:t>
        <w:br/>
        <w:t>для нас ковчег понад недолю.&lt;br /&gt;</w:t>
        <w:br/>
        <w:t>Зійшла: як сполохи гілок! безмірність&lt;br /&gt;</w:t>
        <w:br/>
        <w:t>любови, від росин блідою.</w:t>
      </w:r>
    </w:p>
    <w:p>
      <w:r>
        <w:br/>
        <w:t>28.У.52&lt;br /&gt;</w:t>
        <w:br/>
        <w:t>ТРИВОЖНИЙ БЕРЕГ</w:t>
      </w:r>
    </w:p>
    <w:p>
      <w:r>
        <w:br/>
        <w:t>Прощальний час; повторно до надмор'я,&lt;br /&gt;</w:t>
        <w:br/>
        <w:t>мов жар, хвилюючи, сплива.&lt;br /&gt;</w:t>
        <w:br/>
        <w:t>Чи раз понарікаю? синню скора,&lt;br /&gt;</w:t>
        <w:br/>
        <w:t>журба сплеснеться до весла.</w:t>
      </w:r>
    </w:p>
    <w:p>
      <w:r>
        <w:br/>
        <w:t>Але її забудуть гори в кригах,&lt;br /&gt;</w:t>
        <w:br/>
        <w:t>з грози до згадки посестрівши.&lt;br /&gt;</w:t>
        <w:br/>
        <w:t>Поклонами трава, мов плач, накрила—&lt;br /&gt;</w:t>
        <w:br/>
        <w:t>всі скойки, з вітром найстаріші.</w:t>
      </w:r>
    </w:p>
    <w:p>
      <w:r>
        <w:br/>
        <w:t>І мов пірцем небесне, прибіліє&lt;br /&gt;</w:t>
        <w:br/>
        <w:t>і квіття! в шумі листя з тінню.&lt;br /&gt;</w:t>
        <w:br/>
        <w:t>Чи терен зіркою розрадить бідне&lt;br /&gt;</w:t>
        <w:br/>
        <w:t>в розлуку серце? жаль прокинувсь.&lt;br /&gt;</w:t>
        <w:br/>
        <w:t>Від свічників при вінчанні—мов гомін,&lt;br /&gt;</w:t>
        <w:br/>
        <w:t>так сонцю вал перепливти.&lt;br /&gt;</w:t>
        <w:br/>
        <w:t>Знов: подих ніжности, вінками скромний,&lt;br /&gt;</w:t>
        <w:br/>
        <w:t>внесли стеблинки з світлоти.</w:t>
      </w:r>
    </w:p>
    <w:p>
      <w:r>
        <w:br/>
        <w:t>Несмертно—спокій; ніби флейти в збірці&lt;br /&gt;</w:t>
        <w:br/>
        <w:t>стремтять крізь сон! і спад краплин.&lt;br /&gt;</w:t>
        <w:br/>
        <w:t>Між бурями надпито маки рідні,&lt;br /&gt;</w:t>
        <w:br/>
        <w:t>де ми, обнявшись, перейшли.</w:t>
      </w:r>
    </w:p>
    <w:p>
      <w:r>
        <w:br/>
        <w:t>2.VI.52&lt;br /&gt;</w:t>
        <w:br/>
        <w:t>ПРА-КРОТКІСТЬ (ВЕЧІР)</w:t>
      </w:r>
    </w:p>
    <w:p>
      <w:r>
        <w:br/>
        <w:t>Близькі розгрімлює навали з блисків—&lt;br /&gt;</w:t>
        <w:br/>
        <w:t>немов скляні: на гладь піщану.&lt;br /&gt;</w:t>
        <w:br/>
        <w:t>Ми йдем купатися в бризкучій силі,&lt;br /&gt;</w:t>
        <w:br/>
        <w:t>де й сонця оклик, що: пристану!...&lt;br /&gt;</w:t>
        <w:br/>
        <w:t>Хоч море повіддю огнів скипілось,&lt;br /&gt;</w:t>
        <w:br/>
        <w:t>а спомин допрядає в межах:&lt;br /&gt;</w:t>
        <w:br/>
        <w:t>де проситься трава синеньким співом,&lt;br /&gt;</w:t>
        <w:br/>
        <w:t>при тихій тайні, як блаженна.&lt;br /&gt;</w:t>
        <w:br/>
        <w:t>Чи скоро свічі всіх світів—з печалі,&lt;br /&gt;</w:t>
        <w:br/>
        <w:t>пурпурної, в прибій сточити?...&lt;br /&gt;</w:t>
        <w:br/>
        <w:t>Мов душі неповинні: страх скричали —&lt;br /&gt;</w:t>
        <w:br/>
        <w:t>берези, трисестрінки чисті.</w:t>
      </w:r>
    </w:p>
    <w:p>
      <w:r>
        <w:br/>
        <w:t>Та скеля, чуючи пташині втері,&lt;br /&gt;</w:t>
        <w:br/>
        <w:t>воді чорніє в ворожбу.&lt;br /&gt;</w:t>
        <w:br/>
        <w:t>Незримо з полум'я гілки середечні&lt;br /&gt;</w:t>
        <w:br/>
        <w:t>благословення бережуть.</w:t>
      </w:r>
    </w:p>
    <w:p>
      <w:r>
        <w:br/>
        <w:t>З тобою стати, при дощі світкому,&lt;br /&gt;</w:t>
        <w:br/>
        <w:t>під церкву всесвіту пророчу...&lt;br /&gt;</w:t>
        <w:br/>
        <w:t>де бризки з моря розкида на скойку—&lt;br /&gt;</w:t>
        <w:br/>
        <w:t>дитя в святинному віночку.</w:t>
      </w:r>
    </w:p>
    <w:p>
      <w:r>
        <w:br/>
        <w:t>З.УІ.52&lt;br /&gt;</w:t>
        <w:br/>
        <w:t>КРУГОДЕННІСТЬ ЛІТА</w:t>
      </w:r>
    </w:p>
    <w:p>
      <w:r>
        <w:br/>
        <w:t>Бурун веселий, нігтями біжить;&lt;br /&gt;</w:t>
        <w:br/>
        <w:t>як флейті до сонати, вірний.&lt;br /&gt;</w:t>
        <w:br/>
        <w:t>Під кручами біди, рибин важких&lt;br /&gt;</w:t>
        <w:br/>
        <w:t>милує океан—комірник.&lt;br /&gt;</w:t>
        <w:br/>
        <w:t>А сіра невідомість німо ділить&lt;br /&gt;</w:t>
        <w:br/>
        <w:t>твій біль і мій—і кришить мушлі.&lt;br /&gt;</w:t>
        <w:br/>
        <w:t>Позабува пісок сліди в надії,&lt;br /&gt;</w:t>
        <w:br/>
        <w:t>коли вода, зідхнувши, рушить.</w:t>
      </w:r>
    </w:p>
    <w:p>
      <w:r>
        <w:br/>
        <w:t>Посвітлена, коло блакиті тчеться,&lt;br /&gt;</w:t>
        <w:br/>
        <w:t>як від подруги—хустка, хмара.&lt;br /&gt;</w:t>
        <w:br/>
        <w:t>Я жду; потоки з скельного вінеччя:&lt;br /&gt;</w:t>
        <w:br/>
        <w:t>де грози—як сторожа брамна.</w:t>
      </w:r>
    </w:p>
    <w:p>
      <w:r>
        <w:br/>
        <w:t>І мимо, згострена косою, доля&lt;br /&gt;</w:t>
        <w:br/>
        <w:t>летить, поранюючи місяць.&lt;br /&gt;</w:t>
        <w:br/>
        <w:t>Розлука! за вітрилами бездонна,&lt;br /&gt;</w:t>
        <w:br/>
        <w:t>де зорі чайку не помітять.&lt;br /&gt;</w:t>
        <w:br/>
        <w:t>Незнаний досвіт крильми, з кров'ю вдарить—&lt;br /&gt;</w:t>
        <w:br/>
        <w:t>звалити чорну заборону.&lt;br /&gt;</w:t>
        <w:br/>
        <w:t>Тоді з пелюсток приголубить радість&lt;br /&gt;</w:t>
        <w:br/>
        <w:t>бджолину, на молитві кротку.</w:t>
      </w:r>
    </w:p>
    <w:p>
      <w:r>
        <w:br/>
        <w:t>6.VI.52&lt;br /&gt;</w:t>
        <w:br/>
        <w:t>ПОПЕРЕДЖЕННЯ МОРЯ</w:t>
      </w:r>
    </w:p>
    <w:p>
      <w:r>
        <w:br/>
        <w:t>Помружить піврожевістю! відкрита&lt;br /&gt;</w:t>
        <w:br/>
        <w:t>вода: вітрил відбити поступ.&lt;br /&gt;</w:t>
        <w:br/>
        <w:t>А повінь сонцева—посеред листя —&lt;br /&gt;</w:t>
        <w:br/>
        <w:t>прозначуе доріжку просту.</w:t>
      </w:r>
    </w:p>
    <w:p>
      <w:r>
        <w:br/>
        <w:t>В дитячій мові манить літо любе,&lt;br /&gt;</w:t>
        <w:br/>
        <w:t>викроюючи квіт з китайки.&lt;br /&gt;</w:t>
        <w:br/>
        <w:t>Приплив галузкою громів хвилює,&lt;br /&gt;</w:t>
        <w:br/>
        <w:t>де я коханій став казати.</w:t>
      </w:r>
    </w:p>
    <w:p>
      <w:r>
        <w:br/>
        <w:t>До човника безодній голос пінить,&lt;br /&gt;</w:t>
        <w:br/>
        <w:t>буруння рушачи в розор.&lt;br /&gt;</w:t>
        <w:br/>
        <w:t>І острів, скорбности моєї спільник,&lt;br /&gt;</w:t>
        <w:br/>
        <w:t>мовчати з хмарами прийшов.</w:t>
      </w:r>
    </w:p>
    <w:p>
      <w:r>
        <w:br/>
        <w:t>Як верхосвіття неба дивно в книзі—&lt;br /&gt;</w:t>
        <w:br/>
        <w:t>з горіння доброго розкрились.&lt;br /&gt;</w:t>
        <w:br/>
        <w:t>Спішім, дружино!—грізний перевізник,&lt;br /&gt;</w:t>
        <w:br/>
        <w:t>і знак весла: при сизокрилих.</w:t>
      </w:r>
    </w:p>
    <w:p>
      <w:r>
        <w:br/>
        <w:t>7.VI.52&lt;br /&gt;</w:t>
        <w:br/>
        <w:t>ПУСТЕЛЯ</w:t>
      </w:r>
    </w:p>
    <w:p>
      <w:r>
        <w:br/>
        <w:t>Пустеля! шепіт їй і сміх: мов сніг,&lt;br /&gt;</w:t>
        <w:br/>
        <w:t>розвіється в пилок сузірний.&lt;br /&gt;</w:t>
        <w:br/>
        <w:t>А від пшеничних блисків проясніть&lt;br /&gt;</w:t>
        <w:br/>
        <w:t>обніжкові, де станем, щирі.&lt;br /&gt;</w:t>
        <w:br/>
        <w:t>Примирені, з ланами, найнезліші;&lt;br /&gt;</w:t>
        <w:br/>
        <w:t>а хвиля бризка при скойчинці.&lt;br /&gt;</w:t>
        <w:br/>
        <w:t>Гвоздички спогаду твої понищить&lt;br /&gt;</w:t>
        <w:br/>
        <w:t>туман: серцям зірки зачинить.</w:t>
      </w:r>
    </w:p>
    <w:p>
      <w:r>
        <w:br/>
        <w:t>І двоберізок—арфа шумом сплаче,&lt;br /&gt;</w:t>
        <w:br/>
        <w:t>де сяєво веселе рветься:&lt;br /&gt;</w:t>
        <w:br/>
        <w:t>де нитка діямантова, де, штате! —&lt;br /&gt;</w:t>
        <w:br/>
        <w:t>твій спів, не згубиться в трепеття.</w:t>
      </w:r>
    </w:p>
    <w:p>
      <w:r>
        <w:br/>
        <w:t>Морська пустеля, без кохання мертва:&lt;br /&gt;</w:t>
        <w:br/>
        <w:t>від нього кров, як джерело—&lt;br /&gt;</w:t>
        <w:br/>
        <w:t>всьому! що немовля з трояндних темряв&lt;br /&gt;</w:t>
        <w:br/>
        <w:t>крізь двері сонця принесло.</w:t>
      </w:r>
    </w:p>
    <w:p>
      <w:r>
        <w:br/>
        <w:t>7.VI.52&lt;br /&gt;</w:t>
        <w:br/>
        <w:t>НАБЛИЖЕННЯ СВІТЛА</w:t>
      </w:r>
    </w:p>
    <w:p>
      <w:r>
        <w:br/>
        <w:t>Напливами огню обмиє ноги,&lt;br /&gt;</w:t>
        <w:br/>
        <w:t>сапфірними: ллючи столисник.&lt;br /&gt;</w:t>
        <w:br/>
        <w:t>Нам доброзичливости нивки множить—&lt;br /&gt;</w:t>
        <w:br/>
        <w:t>зрости! невтомно; і вклонитись.&lt;br /&gt;</w:t>
        <w:br/>
        <w:t>Засівами, при "Косарях" по луку,&lt;br /&gt;</w:t>
        <w:br/>
        <w:t>засвітиться: як зерно жнивне.&lt;br /&gt;</w:t>
        <w:br/>
        <w:t>Передбача зозуля з хмар нелюту&lt;br /&gt;</w:t>
        <w:br/>
        <w:t>грозу, шо берег нам прониже.&lt;br /&gt;</w:t>
        <w:br/>
        <w:t>Таїться поцілунок моря в м'яті—&lt;br /&gt;</w:t>
        <w:br/>
        <w:t>пригоїти ридання сиве.&lt;br /&gt;</w:t>
        <w:br/>
        <w:t>Не в серце з каменя—піски приймати;&lt;br /&gt;</w:t>
        <w:br/>
        <w:t>а жаль, і тінню кров сповине.&lt;br /&gt;</w:t>
        <w:br/>
        <w:t>Нам небокрай від спогадів примарно&lt;br /&gt;</w:t>
        <w:br/>
        <w:t>блакитниться до гаю, в стрічі.&lt;br /&gt;</w:t>
        <w:br/>
        <w:t>Там з глибини кораблик незабаром&lt;br /&gt;</w:t>
        <w:br/>
        <w:t>до нас прихилиться трисвічний.&lt;br /&gt;</w:t>
        <w:br/>
        <w:t>Свій образ музикою доля зводить&lt;br /&gt;</w:t>
        <w:br/>
        <w:t>по шовку вічних васильків...&lt;br /&gt;</w:t>
        <w:br/>
        <w:t>це для сердець, голубко! в тайній згоді;&lt;br /&gt;</w:t>
        <w:br/>
        <w:t>де з ниви місяць просвітлів.</w:t>
      </w:r>
    </w:p>
    <w:p>
      <w:r>
        <w:br/>
        <w:t>10.VI.52&lt;br /&gt;</w:t>
        <w:br/>
        <w:t>ПОСИЛЕННЯ ПРИПЛИВУ</w:t>
      </w:r>
    </w:p>
    <w:p>
      <w:r>
        <w:br/>
        <w:t>Печаль самотня в перехрестках збилась,&lt;br /&gt;</w:t>
        <w:br/>
        <w:t>між острівцями без коралів...&lt;br /&gt;</w:t>
        <w:br/>
        <w:t>Печаль: червневу ягоду від листя&lt;br /&gt;</w:t>
        <w:br/>
        <w:t>взяла—надкушено й кривавить.</w:t>
      </w:r>
    </w:p>
    <w:p>
      <w:r>
        <w:br/>
        <w:t>Де пінять моря рушники, спинися:&lt;br /&gt;</w:t>
        <w:br/>
        <w:t>з безодні їх пісок прийма.&lt;br /&gt;</w:t>
        <w:br/>
        <w:t>А непокірні від гілок суцвіття&lt;br /&gt;</w:t>
        <w:br/>
        <w:t>рисунок виведуть вітрам.</w:t>
      </w:r>
    </w:p>
    <w:p>
      <w:r>
        <w:br/>
        <w:t>Це—океан очима не схолонув:&lt;br /&gt;</w:t>
        <w:br/>
        <w:t>світкіш, ніж тисячний ліхтар.&lt;br /&gt;</w:t>
        <w:br/>
        <w:t>До надбережжя в золотофіолів&lt;br /&gt;</w:t>
        <w:br/>
        <w:t>тут громом уст не притиха.</w:t>
      </w:r>
    </w:p>
    <w:p>
      <w:r>
        <w:br/>
        <w:t>Це—океан проз нас, моя подружко,&lt;br /&gt;</w:t>
        <w:br/>
        <w:t>знов кроком вітряків пройшов.&lt;br /&gt;</w:t>
        <w:br/>
        <w:t>Ромашка сонцева! дитя: розмружить&lt;br /&gt;</w:t>
        <w:br/>
        <w:t>вогненні вії, мов пророк.</w:t>
      </w:r>
    </w:p>
    <w:p>
      <w:r>
        <w:br/>
        <w:t>17.VI.52&lt;br /&gt;</w:t>
        <w:br/>
        <w:t>НАБЛИЖЕННЯ МОРЯ</w:t>
      </w:r>
    </w:p>
    <w:p>
      <w:r>
        <w:br/>
        <w:t>Будує гори при свічках весільних —&lt;br /&gt;</w:t>
        <w:br/>
        <w:t>до тучі, з сивости негоди.&lt;br /&gt;</w:t>
        <w:br/>
        <w:t>І димним, як по ораному, зіллям&lt;br /&gt;</w:t>
        <w:br/>
        <w:t>свою журбу в каміння зводить.&lt;br /&gt;</w:t>
        <w:br/>
        <w:t>З туману стогін прірви найгустіший;&lt;br /&gt;</w:t>
        <w:br/>
        <w:t>і круч тяжка височина.&lt;br /&gt;</w:t>
        <w:br/>
        <w:t>А враз: тобі в ялиночковій тиші&lt;br /&gt;</w:t>
        <w:br/>
        <w:t>довір'я просвіт відчиня.&lt;br /&gt;</w:t>
        <w:br/>
        <w:t>Синіючи, мільярдний моря "півник"&lt;br /&gt;</w:t>
        <w:br/>
        <w:t>до берега куріє з валу.&lt;br /&gt;</w:t>
        <w:br/>
        <w:t>Огонь згромаджено в припливі тьминний:&lt;br /&gt;</w:t>
        <w:br/>
        <w:t>мов наморозь траву власкала.&lt;br /&gt;</w:t>
        <w:br/>
        <w:t>А жаль сідий зриває з хвиль галузки&lt;br /&gt;</w:t>
        <w:br/>
        <w:t>і над обвалами не спинить.&lt;br /&gt;</w:t>
        <w:br/>
        <w:t>Як ми з тобою, дружня, як горнутись&lt;br /&gt;</w:t>
        <w:br/>
        <w:t>до згоди в цвітній полонині.</w:t>
      </w:r>
    </w:p>
    <w:p>
      <w:r>
        <w:br/>
        <w:t>На груди скелля: ніж розлука! — легше,&lt;br /&gt;</w:t>
        <w:br/>
        <w:t>чи океану дно безхресне.&lt;br /&gt;</w:t>
        <w:br/>
        <w:t>А білокрила квітка прощебече:&lt;br /&gt;</w:t>
        <w:br/>
        <w:t>до сяйва любленого—серце.&lt;br /&gt;</w:t>
        <w:br/>
        <w:t>Тектимуть гори, голубі прибої;&lt;br /&gt;</w:t>
        <w:br/>
        <w:t>і світлий спогад при надмор'ї...&lt;br /&gt;</w:t>
        <w:br/>
        <w:t>Крізь вії в тебе, променями добрі,&lt;br /&gt;</w:t>
        <w:br/>
        <w:t>любов двох карих сонць—повторить.</w:t>
      </w:r>
    </w:p>
    <w:p>
      <w:r>
        <w:br/>
        <w:t>23.VI.52&lt;br /&gt;</w:t>
        <w:br/>
        <w:t>РОЗБУРХАНИЙ СТАН</w:t>
      </w:r>
    </w:p>
    <w:p>
      <w:r>
        <w:br/>
        <w:t>Повсюди прозелень і гнівна пінність;&lt;br /&gt;</w:t>
        <w:br/>
        <w:t>напроти меви: чи не в ремстві?&lt;br /&gt;</w:t>
        <w:br/>
        <w:t>Відчайні щирістю, розбиті! вкріпніть,&lt;br /&gt;</w:t>
        <w:br/>
        <w:t>сусіди,—ми терзання стерпим.</w:t>
      </w:r>
    </w:p>
    <w:p>
      <w:r>
        <w:br/>
        <w:t>Мов палено, скорботний прапорцями,&lt;br /&gt;</w:t>
        <w:br/>
        <w:t>мов замок: зрив його з безодні.&lt;br /&gt;</w:t>
        <w:br/>
        <w:t>І понад палі вийшла переймати&lt;br /&gt;</w:t>
        <w:br/>
        <w:t>двох сірокрилок—буря зовні.&lt;br /&gt;</w:t>
        <w:br/>
        <w:t>Коли простерла блискавицю зверхня,&lt;br /&gt;</w:t>
        <w:br/>
        <w:t>сподібнена до тайни, хмара.&lt;br /&gt;</w:t>
        <w:br/>
        <w:t>Примирно близять голуби безсмертя,&lt;br /&gt;</w:t>
        <w:br/>
        <w:t>хоч глибина валами править.</w:t>
      </w:r>
    </w:p>
    <w:p>
      <w:r>
        <w:br/>
        <w:t>Як пам'ятник, згори згляда чаїна&lt;br /&gt;</w:t>
        <w:br/>
        <w:t>готичний океан з відчаю.&lt;br /&gt;</w:t>
        <w:br/>
        <w:t>А ти, веселе серце! —не повинна&lt;br /&gt;</w:t>
        <w:br/>
        <w:t>минути, де човни причалять.</w:t>
      </w:r>
    </w:p>
    <w:p>
      <w:r>
        <w:br/>
        <w:t>ЗО.VI.52&lt;br /&gt;</w:t>
        <w:br/>
        <w:t>ЛІТНЯ ЛІЛЕЯ&lt;br /&gt;</w:t>
        <w:br/>
        <w:t>І.</w:t>
      </w:r>
    </w:p>
    <w:p>
      <w:r>
        <w:br/>
        <w:t>Ти донею при лузі народилась,&lt;br /&gt;</w:t>
        <w:br/>
        <w:t>моїй зорі: порум'яніти&lt;br /&gt;</w:t>
        <w:br/>
        <w:t>ріжечками, що ними—як світильна! —&lt;br /&gt;</w:t>
        <w:br/>
        <w:t>шістьма сурмити до невісти.&lt;br /&gt;</w:t>
        <w:br/>
        <w:t>І від глибинок виструнено красні&lt;br /&gt;</w:t>
        <w:br/>
        <w:t>пилкові стрілочки—збринять:&lt;br /&gt;</w:t>
        <w:br/>
        <w:t>що безталанню сірому припасти&lt;br /&gt;</w:t>
        <w:br/>
        <w:t>на їхнє радісне грання.&lt;br /&gt;</w:t>
        <w:br/>
        <w:t>Відтіль, обвіяне з огнів незримо:&lt;br /&gt;</w:t>
        <w:br/>
        <w:t>промовить віри джерело.&lt;br /&gt;</w:t>
        <w:br/>
        <w:t>Благаю, щоб до серця зорним крином&lt;br /&gt;</w:t>
        <w:br/>
        <w:t>його дихання припливло.&lt;br /&gt;</w:t>
        <w:br/>
        <w:t>Щоб ми з подружкою проз жар вінечний&lt;br /&gt;</w:t>
        <w:br/>
        <w:t>родини гойданого чуда,&lt;br /&gt;</w:t>
        <w:br/>
        <w:t>цілуючись, пройшли: кармінна ґречність&lt;br /&gt;</w:t>
        <w:br/>
        <w:t>лугів—присвічувати буде.&lt;br /&gt;</w:t>
        <w:br/>
        <w:t>Страхає від хмарин пір'їнна кружність&lt;br /&gt;</w:t>
        <w:br/>
        <w:t>шуліки, що на смерть зловісний.&lt;br /&gt;</w:t>
        <w:br/>
        <w:t>І пара пташок серденята скрушить,&lt;br /&gt;</w:t>
        <w:br/>
        <w:t>розорена: біля святині.&lt;br /&gt;</w:t>
        <w:br/>
        <w:t>А скрізь, де пестило, здіймавши груди,&lt;br /&gt;</w:t>
        <w:br/>
        <w:t>чуття шалене, крин розкрився.&lt;br /&gt;</w:t>
        <w:br/>
        <w:t>Тінистий! проситься: чи хто розбудить—&lt;br /&gt;</w:t>
        <w:br/>
        <w:t>із гробу сполотнілий місяць.</w:t>
      </w:r>
    </w:p>
    <w:p>
      <w:r>
        <w:br/>
        <w:t>Так гожо вітрові, так безневинно&lt;br /&gt;</w:t>
        <w:br/>
        <w:t>колихані: від чаш кропити.&lt;br /&gt;</w:t>
        <w:br/>
        <w:t>Чарує рух! аж до грудних кровинок,&lt;br /&gt;</w:t>
        <w:br/>
        <w:t>мов поклик на весільній скрипці.&lt;br /&gt;</w:t>
        <w:br/>
        <w:t>Зідхне до сосен, ніби півживих,&lt;br /&gt;</w:t>
        <w:br/>
        <w:t>до хатки пташенят нечутних.&lt;br /&gt;</w:t>
        <w:br/>
        <w:t>І наші тіні, кинуті від жнив,&lt;br /&gt;</w:t>
        <w:br/>
        <w:t>проходять на огненній кручі.</w:t>
      </w:r>
    </w:p>
    <w:p>
      <w:r>
        <w:br/>
        <w:t>23-24.VI.52&lt;br /&gt;</w:t>
        <w:br/>
        <w:t>ВІКНО</w:t>
      </w:r>
    </w:p>
    <w:p>
      <w:r>
        <w:br/>
        <w:t>Розкрившись книгою, цвітинки вмістить,&lt;br /&gt;</w:t>
        <w:br/>
        <w:t>мов з корогви, в полях обох:&lt;br /&gt;</w:t>
        <w:br/>
        <w:t>зверхземної! чому й зоря—як вісник,&lt;br /&gt;</w:t>
        <w:br/>
        <w:t>пломінний поклик про любов.</w:t>
      </w:r>
    </w:p>
    <w:p>
      <w:r>
        <w:br/>
        <w:t>З вікна спита пророцтво, ніби сурмне—&lt;br /&gt;</w:t>
        <w:br/>
        <w:t>устами світла всіх спита.&lt;br /&gt;</w:t>
        <w:br/>
        <w:t>Про віру, що і гори пересуне:&lt;br /&gt;</w:t>
        <w:br/>
        <w:t>як квіти, в храмових хустках.</w:t>
      </w:r>
    </w:p>
    <w:p>
      <w:r>
        <w:br/>
        <w:t>Усім звіщаючи, здійма—надійні&lt;br /&gt;</w:t>
        <w:br/>
        <w:t>знаки врочисто при надмор'ї.&lt;br /&gt;</w:t>
        <w:br/>
        <w:t>Від неба в найкраснішому видінні&lt;br /&gt;</w:t>
        <w:br/>
        <w:t>виводячи суцвіття добрі.</w:t>
      </w:r>
    </w:p>
    <w:p>
      <w:r>
        <w:br/>
        <w:t>Немов освячені ключі до серця —&lt;br /&gt;</w:t>
        <w:br/>
        <w:t>живі! скарбіються крізь тихість...&lt;br /&gt;</w:t>
        <w:br/>
        <w:t>в ній милость: галузкові тіні стерла,&lt;br /&gt;</w:t>
        <w:br/>
        <w:t>в ній—сонцева! сльозам проститись.</w:t>
      </w:r>
    </w:p>
    <w:p>
      <w:r>
        <w:br/>
        <w:t>28.VI.52&lt;br /&gt;</w:t>
        <w:br/>
        <w:t>ДОСВІТНІЙ ДОКІР</w:t>
      </w:r>
    </w:p>
    <w:p>
      <w:r>
        <w:br/>
        <w:t>Серед незгод: полонить повів кружний&lt;br /&gt;</w:t>
        <w:br/>
        <w:t>вже і тополю, як старчоту.&lt;br /&gt;</w:t>
        <w:br/>
        <w:t>Обвиднюється всесвіт! криник тужить,&lt;br /&gt;</w:t>
        <w:br/>
        <w:t>чи помиритись рідні схочуть?</w:t>
      </w:r>
    </w:p>
    <w:p>
      <w:r>
        <w:br/>
        <w:t>Аж до вікна грядки припали зривні—&lt;br /&gt;</w:t>
        <w:br/>
        <w:t>росою іскру перебрати...&lt;br /&gt;</w:t>
        <w:br/>
        <w:t>чи самоцвітик знайдеться з травини&lt;br /&gt;</w:t>
        <w:br/>
        <w:t>значити зміну: в семибарві?</w:t>
      </w:r>
    </w:p>
    <w:p>
      <w:r>
        <w:br/>
        <w:t>Ідуть сусідні нам і ходом хресним —&lt;br /&gt;</w:t>
        <w:br/>
        <w:t>жита (як прихожани милі).&lt;br /&gt;</w:t>
        <w:br/>
        <w:t>Твоя зворушеність, вінець берези;&lt;br /&gt;</w:t>
        <w:br/>
        <w:t>а хвилі білий мак настигли.</w:t>
      </w:r>
    </w:p>
    <w:p>
      <w:r>
        <w:br/>
        <w:t>Вселенська тінь відмариться в затони*,&lt;br /&gt;</w:t>
        <w:br/>
        <w:t>коли вже розсвіт над ясмин —&lt;br /&gt;</w:t>
        <w:br/>
        <w:t>розп'яття сонця з полум'я підносить,&lt;br /&gt;</w:t>
        <w:br/>
        <w:t>відкривши небо: храм страсний.</w:t>
      </w:r>
    </w:p>
    <w:p>
      <w:r>
        <w:br/>
        <w:t>1.УІІ.52&lt;br /&gt;</w:t>
        <w:br/>
        <w:t>СПРАВДЖЕННЯ ВОДОСПАДУ</w:t>
      </w:r>
    </w:p>
    <w:p>
      <w:r>
        <w:br/>
        <w:t>Зібрав обурення за бідну радість,&lt;br /&gt;</w:t>
        <w:br/>
        <w:t>розбиту в спади! — і прегірко&lt;br /&gt;</w:t>
        <w:br/>
        <w:t>мордується і зводить незриданні&lt;br /&gt;</w:t>
        <w:br/>
        <w:t>на камінь заплачки про вирок.&lt;br /&gt;</w:t>
        <w:br/>
        <w:t>Чи без розлуки будем з тогобіччя,—&lt;br /&gt;</w:t>
        <w:br/>
        <w:t>найближча серцю! споглядати:&lt;br /&gt;</w:t>
        <w:br/>
        <w:t>як наші жалощі біля вербичок—&lt;br /&gt;</w:t>
        <w:br/>
        <w:t>полинно злиті, мов льодами?..&lt;br /&gt;</w:t>
        <w:br/>
        <w:t>Бо тут—межа! сама змертвівши в плитах,&lt;br /&gt;</w:t>
        <w:br/>
        <w:t>і хрещик сонця відбира.&lt;br /&gt;</w:t>
        <w:br/>
        <w:t>Відійдемо над зводи снів: пролито&lt;br /&gt;</w:t>
        <w:br/>
        <w:t>відтіль зорю в неберегах.</w:t>
      </w:r>
    </w:p>
    <w:p>
      <w:r>
        <w:br/>
        <w:t>Передчуття її—мов липа впала&lt;br /&gt;</w:t>
        <w:br/>
        <w:t>від вихору через доріжку.&lt;br /&gt;</w:t>
        <w:br/>
        <w:t>Огляньмося: до пінного купання&lt;br /&gt;</w:t>
        <w:br/>
        <w:t>галузок, де іскризну діждуть.</w:t>
      </w:r>
    </w:p>
    <w:p>
      <w:r>
        <w:br/>
        <w:t>Страшенно ридане—позве в пророцтві;&lt;br /&gt;</w:t>
        <w:br/>
        <w:t>а серед полум'я постане&lt;br /&gt;</w:t>
        <w:br/>
        <w:t>до серця вопль і милости попросить,&lt;br /&gt;</w:t>
        <w:br/>
        <w:t>спадаючи в життя останнє.</w:t>
      </w:r>
    </w:p>
    <w:p>
      <w:r>
        <w:br/>
        <w:t>На бистрину врожаю — гриви звадять,&lt;br /&gt;</w:t>
        <w:br/>
        <w:t>пропливні, через напад звірський.&lt;br /&gt;</w:t>
        <w:br/>
        <w:t>Завіє пахощі видимі в ладан&lt;br /&gt;</w:t>
        <w:br/>
        <w:t>веселка: всіх вінечно зблизить.&lt;br /&gt;</w:t>
        <w:br/>
        <w:t>Біля берізки—мов слонів прокотять&lt;br /&gt;</w:t>
        <w:br/>
        <w:t>розбити срібло, все вулканне.&lt;br /&gt;</w:t>
        <w:br/>
        <w:t>Самітна, тиха! знак на високостях,&lt;br /&gt;</w:t>
        <w:br/>
        <w:t>сіянням добрий, не зникає.&lt;br /&gt;</w:t>
        <w:br/>
        <w:t>Добігла повінь; сполохом відмінить&lt;br /&gt;</w:t>
        <w:br/>
        <w:t>щоденність, як трава медова.&lt;br /&gt;</w:t>
        <w:br/>
        <w:t>І в громі—в яблуневих сферах димів—&lt;br /&gt;</w:t>
        <w:br/>
        <w:t>обізветься світобудова.</w:t>
      </w:r>
    </w:p>
    <w:p>
      <w:r>
        <w:br/>
        <w:t>4.VII.52&lt;br /&gt;</w:t>
        <w:br/>
        <w:t>НАДГІР'Я</w:t>
      </w:r>
    </w:p>
    <w:p>
      <w:r>
        <w:br/>
        <w:t>Життя: замисленістю, з кручі, скритне:&lt;br /&gt;</w:t>
        <w:br/>
        <w:t>в траві алмазик золотіє.&lt;br /&gt;</w:t>
        <w:br/>
        <w:t>Пелюсткою до рук твоїх не скрикне&lt;br /&gt;</w:t>
        <w:br/>
        <w:t>чуття, де самотиння тінне.&lt;br /&gt;</w:t>
        <w:br/>
        <w:t>Як човничок! метнеться щебетлива&lt;br /&gt;</w:t>
        <w:br/>
        <w:t>пташина в гущину по гаю.&lt;br /&gt;</w:t>
        <w:br/>
        <w:t>Луна: ні кров'ю, мов з гілок, не стліла,—&lt;br /&gt;</w:t>
        <w:br/>
        <w:t>дощинки по корі збігають.&lt;br /&gt;</w:t>
        <w:br/>
        <w:t>Спада струмок, жемчужинами точить&lt;br /&gt;</w:t>
        <w:br/>
        <w:t>казання любій нежурливе.&lt;br /&gt;</w:t>
        <w:br/>
        <w:t>Але—листків печаль понад місточок:&lt;br /&gt;</w:t>
        <w:br/>
        <w:t>бо рушником береза криє.&lt;br /&gt;</w:t>
        <w:br/>
        <w:t>Та в домовині, мов любови жертва,&lt;br /&gt;</w:t>
        <w:br/>
        <w:t>за світом сонце зацвіло.&lt;br /&gt;</w:t>
        <w:br/>
        <w:t>При білих флейтах крину, в сполох третій—&lt;br /&gt;</w:t>
        <w:br/>
        <w:t>воскресло! всім, як джерело.</w:t>
      </w:r>
    </w:p>
    <w:p>
      <w:r>
        <w:br/>
        <w:t>13.VII.52&lt;br /&gt;</w:t>
        <w:br/>
        <w:t>ВИСОКА ХВИЛЯ</w:t>
      </w:r>
    </w:p>
    <w:p>
      <w:r>
        <w:br/>
        <w:t>Весела: краплями, по серебринці,&lt;br /&gt;</w:t>
        <w:br/>
        <w:t>біду, скипівши, оббіжить...&lt;br /&gt;</w:t>
        <w:br/>
        <w:t>де, як мечі—не бліднуть примиритись,&lt;br /&gt;</w:t>
        <w:br/>
        <w:t>де—береги! й сонця важкі.</w:t>
      </w:r>
    </w:p>
    <w:p>
      <w:r>
        <w:br/>
        <w:t>Чи сяйво з півночі, та повні надра&lt;br /&gt;</w:t>
        <w:br/>
        <w:t>скарбничні, звал зірок розгорнуть?&lt;br /&gt;</w:t>
        <w:br/>
        <w:t>Чи синь: обернена в видимість амбра,&lt;br /&gt;</w:t>
        <w:br/>
        <w:t>до нас догримлюючи з горна.</w:t>
      </w:r>
    </w:p>
    <w:p>
      <w:r>
        <w:br/>
        <w:t>Вдев'яте спінився, згубивши відсвіт&lt;br /&gt;</w:t>
        <w:br/>
        <w:t>вітрилець і коси твоєї—&lt;br /&gt;</w:t>
        <w:br/>
        <w:t>весь океан! під мевин плач обсипавсь&lt;br /&gt;</w:t>
        <w:br/>
        <w:t>на вбогі скойки, мов камеї.&lt;br /&gt;</w:t>
        <w:br/>
        <w:t>Пожежі з борозен: від зривів сніжних&lt;br /&gt;</w:t>
        <w:br/>
        <w:t>живіші, де твої стокротки.&lt;br /&gt;</w:t>
        <w:br/>
        <w:t>Як вирвалося арфою в обніжки —&lt;br /&gt;</w:t>
        <w:br/>
        <w:t>проз тебе! й розквітами кропить.</w:t>
      </w:r>
    </w:p>
    <w:p>
      <w:r>
        <w:br/>
        <w:t>1 5.VII.52&lt;br /&gt;</w:t>
        <w:br/>
        <w:t>КОРАБЕЛЬНИЙ КРАЙ</w:t>
      </w:r>
    </w:p>
    <w:p>
      <w:r>
        <w:br/>
        <w:t>Живучий зліт: хлюпнеться білопілля&lt;br /&gt;</w:t>
        <w:br/>
        <w:t>з веселости його малюнків.&lt;br /&gt;</w:t>
        <w:br/>
        <w:t>Стрічати щебетом калина звикла,&lt;br /&gt;</w:t>
        <w:br/>
        <w:t>нас, кароока! — днів минули.&lt;br /&gt;</w:t>
        <w:br/>
        <w:t>Вітрильна нива в мрії непорушна,—&lt;br /&gt;</w:t>
        <w:br/>
        <w:t>чи роз'єднає зори наші?&lt;br /&gt;</w:t>
        <w:br/>
        <w:t>А так примружена ружиста круча&lt;br /&gt;</w:t>
        <w:br/>
        <w:t>хмаринок, жертву перейнявши.</w:t>
      </w:r>
    </w:p>
    <w:p>
      <w:r>
        <w:br/>
        <w:t>З валів тойбічности біжуча білість,&lt;br /&gt;</w:t>
        <w:br/>
        <w:t>як чудо: в душу, все—до тебе.&lt;br /&gt;</w:t>
        <w:br/>
        <w:t>Довкруг орбітами з краплин розбилось,&lt;br /&gt;</w:t>
        <w:br/>
        <w:t>і книгу островів розстебне.&lt;br /&gt;</w:t>
        <w:br/>
        <w:t>Світанок знявся з-за могили ночі;&lt;br /&gt;</w:t>
        <w:br/>
        <w:t>і кораблина в світлі вірність.&lt;br /&gt;</w:t>
        <w:br/>
        <w:t>І правда сяйва: соняшник коштовний —&lt;br /&gt;</w:t>
        <w:br/>
        <w:t>між нами невидимо виріс.</w:t>
      </w:r>
    </w:p>
    <w:p>
      <w:r>
        <w:br/>
        <w:t>20.VII.52&lt;br /&gt;</w:t>
        <w:br/>
        <w:t>ПОРИВНА ХВИЛЯ</w:t>
      </w:r>
    </w:p>
    <w:p>
      <w:r>
        <w:br/>
        <w:t>Довіє: ніби синіми смичками&lt;br /&gt;</w:t>
        <w:br/>
        <w:t>з відради скрипалі докличуть.&lt;br /&gt;</w:t>
        <w:br/>
        <w:t>Жоржинну зоряницю й ми чекали,&lt;br /&gt;</w:t>
        <w:br/>
        <w:t>біля хатинок предковічну.</w:t>
      </w:r>
    </w:p>
    <w:p>
      <w:r>
        <w:br/>
        <w:t>Збілівся океан, котивши рокіт,&lt;br /&gt;</w:t>
        <w:br/>
        <w:t>мов кожна вицвіт вишня творить.&lt;br /&gt;</w:t>
        <w:br/>
        <w:t>Сто сивих лебедів: скорбот пророчих:&lt;br /&gt;</w:t>
        <w:br/>
        <w:t>трояндо рідна! й грому дворик.&lt;br /&gt;</w:t>
        <w:br/>
        <w:t>Вся синява в надході, навіжена;&lt;br /&gt;</w:t>
        <w:br/>
        <w:t>мов сніжжя—візерунком княже...&lt;br /&gt;</w:t>
        <w:br/>
        <w:t>і мертво скинуться піски, де стежка&lt;br /&gt;</w:t>
        <w:br/>
        <w:t>коханню двічі не проляже.</w:t>
      </w:r>
    </w:p>
    <w:p>
      <w:r>
        <w:br/>
        <w:t>А вишивка морська повечоріла,&lt;br /&gt;</w:t>
        <w:br/>
        <w:t>аж від самого дна квітчаста.&lt;br /&gt;</w:t>
        <w:br/>
        <w:t>І чистій блискавці дочка—чайчина,&lt;br /&gt;</w:t>
        <w:br/>
        <w:t>нап'ється з білого нещастя.</w:t>
      </w:r>
    </w:p>
    <w:p>
      <w:r>
        <w:br/>
        <w:t>22.VII.52&lt;br /&gt;</w:t>
        <w:br/>
        <w:t>ЗУСТРІЧ РІЧКИ І МОРЯ</w:t>
      </w:r>
    </w:p>
    <w:p>
      <w:r>
        <w:br/>
        <w:t>Зворушливо, по бідному риданню —&lt;br /&gt;</w:t>
        <w:br/>
        <w:t>дитячому! хлюпне, всміхнувшись:&lt;br /&gt;</w:t>
        <w:br/>
        <w:t>нам айстрової синьости прадавню&lt;br /&gt;</w:t>
        <w:br/>
        <w:t>намітку при листках минучих.</w:t>
      </w:r>
    </w:p>
    <w:p>
      <w:r>
        <w:br/>
        <w:t>Там кадмієве полум'я поверне&lt;br /&gt;</w:t>
        <w:br/>
        <w:t>світлизну в строї камінців:&lt;br /&gt;</w:t>
        <w:br/>
        <w:t>з вином, чи терпкістю побризкав терен? —&lt;br /&gt;</w:t>
        <w:br/>
        <w:t>і сміх, мов майоран обцвів.&lt;br /&gt;</w:t>
        <w:br/>
        <w:t>Відпливну срібноту піску вернувши,&lt;br /&gt;</w:t>
        <w:br/>
        <w:t>біжить крильце до ніжок вогких.&lt;br /&gt;</w:t>
        <w:br/>
        <w:t>Відкриті й двері півдня: непорушні,&lt;br /&gt;</w:t>
        <w:br/>
        <w:t>що ввійдемо! — ясминний огник.&lt;br /&gt;</w:t>
        <w:br/>
        <w:t>Та відсвіт місяця, відкіль звелася&lt;br /&gt;</w:t>
        <w:br/>
        <w:t>береза: ківшик річка ловить.&lt;br /&gt;</w:t>
        <w:br/>
        <w:t>І згорточки твого, мов кущик, плаття&lt;br /&gt;</w:t>
        <w:br/>
        <w:t>завіються з скрипок святкових.</w:t>
      </w:r>
    </w:p>
    <w:p>
      <w:r>
        <w:br/>
        <w:t>24.VII.52&lt;br /&gt;</w:t>
        <w:br/>
        <w:t>РОЗВИТОК ГРОЗИ</w:t>
      </w:r>
    </w:p>
    <w:p>
      <w:r>
        <w:br/>
        <w:t>Як розмережить груди, ніби мармур,&lt;br /&gt;</w:t>
        <w:br/>
        <w:t>чи струганих дубів малюнок:&lt;br /&gt;</w:t>
        <w:br/>
        <w:t>в огонь гроза вируча! в сварку царську,&lt;br /&gt;</w:t>
        <w:br/>
        <w:t>на смугу скоєчок нелютих.</w:t>
      </w:r>
    </w:p>
    <w:p>
      <w:r>
        <w:br/>
        <w:t>Сліди від наших квітнів зарівнялись&lt;br /&gt;</w:t>
        <w:br/>
        <w:t>піском — пливкою світлиною,&lt;br /&gt;</w:t>
        <w:br/>
        <w:t>де вториться гроза, мов зельна, в звали,&lt;br /&gt;</w:t>
        <w:br/>
        <w:t>ллючи і співанку скляною.</w:t>
      </w:r>
    </w:p>
    <w:p>
      <w:r>
        <w:br/>
        <w:t>Тоді розплачеться пташиння сиве,&lt;br /&gt;</w:t>
        <w:br/>
        <w:t>в розбиту воду крилля впінить.&lt;br /&gt;</w:t>
        <w:br/>
        <w:t>І нам земна глибочина розсипле&lt;br /&gt;</w:t>
        <w:br/>
        <w:t>в гробках жадання божевільні.</w:t>
      </w:r>
    </w:p>
    <w:p>
      <w:r>
        <w:br/>
        <w:t>Чи тільки круча хилиться в прощання&lt;br /&gt;</w:t>
        <w:br/>
        <w:t>та мох неквітні труни барвить...&lt;br /&gt;</w:t>
        <w:br/>
        <w:t>як палі: в смерчах вибілить найстарших&lt;br /&gt;</w:t>
        <w:br/>
        <w:t>незнана буря незабаром.&lt;br /&gt;</w:t>
        <w:br/>
        <w:t>Налита чаша моря від волошок,&lt;br /&gt;</w:t>
        <w:br/>
        <w:t>і зустрічають меви зграйні.&lt;br /&gt;</w:t>
        <w:br/>
        <w:t>Мій мир! мій бризк! мій огнищем ворожить,&lt;br /&gt;</w:t>
        <w:br/>
        <w:t>при скойках розлива з ліхтарні.</w:t>
      </w:r>
    </w:p>
    <w:p>
      <w:r>
        <w:br/>
        <w:t>ЗО.VII.52&lt;br /&gt;</w:t>
        <w:br/>
        <w:t>БЛИЗКІСТЬ</w:t>
      </w:r>
    </w:p>
    <w:p>
      <w:r>
        <w:br/>
        <w:t>Минати повноліття, біле—смирне,&lt;br /&gt;</w:t>
        <w:br/>
        <w:t>журбою любе з острівців.&lt;br /&gt;</w:t>
        <w:br/>
        <w:t>Височину, що бачить серце, зриє&lt;br /&gt;</w:t>
        <w:br/>
        <w:t>негода! прагнемо звідціль.</w:t>
      </w:r>
    </w:p>
    <w:p>
      <w:r>
        <w:br/>
        <w:t>Не в самоцвітів спломеніє гранність,&lt;br /&gt;</w:t>
        <w:br/>
        <w:t>як тут посвітлено в щоглинок.&lt;br /&gt;</w:t>
        <w:br/>
        <w:t>А з ними—жаль: бо, сирота, пристане&lt;br /&gt;</w:t>
        <w:br/>
        <w:t>до нивок мева нещасливих.</w:t>
      </w:r>
    </w:p>
    <w:p>
      <w:r>
        <w:br/>
        <w:t>Обіруч барву незабудок кинув&lt;br /&gt;</w:t>
        <w:br/>
        <w:t>шуміти в скелях берегів—&lt;br /&gt;</w:t>
        <w:br/>
        <w:t>нам океан: над гордість соколину,&lt;br /&gt;</w:t>
        <w:br/>
        <w:t>провістя з срібности зростив.</w:t>
      </w:r>
    </w:p>
    <w:p>
      <w:r>
        <w:br/>
        <w:t>Але сердечніше та дужче з болю&lt;br /&gt;</w:t>
        <w:br/>
        <w:t>розлуки, в голубизні, мимо—&lt;br /&gt;</w:t>
        <w:br/>
        <w:t>вітрило: зветься сонцем і любовну&lt;br /&gt;</w:t>
        <w:br/>
        <w:t>журбу збирає! сповнить милость.</w:t>
      </w:r>
    </w:p>
    <w:p>
      <w:r>
        <w:br/>
        <w:t>3.VIII.52&lt;br /&gt;</w:t>
        <w:br/>
        <w:t>ЧАЇНИЙ ЧАС</w:t>
      </w:r>
    </w:p>
    <w:p>
      <w:r>
        <w:br/>
        <w:t>Завіє моря корогва грезетна,&lt;br /&gt;</w:t>
        <w:br/>
        <w:t>захоплюючи синьолистик.&lt;br /&gt;</w:t>
        <w:br/>
        <w:t>А берег неба, а лазурні зерна&lt;br /&gt;</w:t>
        <w:br/>
        <w:t>піску, як шовк, тобі всвітлились.</w:t>
      </w:r>
    </w:p>
    <w:p>
      <w:r>
        <w:br/>
        <w:t>І пропливають хмар будівлі мрійні,&lt;br /&gt;</w:t>
        <w:br/>
        <w:t>грозу в скарбницях приберігши.&lt;br /&gt;</w:t>
        <w:br/>
        <w:t>Тоді потужим, бачачи в гремінні&lt;br /&gt;</w:t>
        <w:br/>
        <w:t>морському долю пташок грішних...&lt;br /&gt;</w:t>
        <w:br/>
        <w:t>Мов тіні наші в іспиті земному,&lt;br /&gt;</w:t>
        <w:br/>
        <w:t>де груди крізь біду кривавлять.&lt;br /&gt;</w:t>
        <w:br/>
        <w:t>Дихання сонця! не дозволь нікому&lt;br /&gt;</w:t>
        <w:br/>
        <w:t>померкнути в злоби в проваллях.</w:t>
      </w:r>
    </w:p>
    <w:p>
      <w:r>
        <w:br/>
        <w:t>Мов полум'я з трояндних куряв ясне;&lt;br /&gt;</w:t>
        <w:br/>
        <w:t>сопілочок найтонший стогін.&lt;br /&gt;</w:t>
        <w:br/>
        <w:t>Злетить сповістя! в просвіті настане:&lt;br /&gt;</w:t>
        <w:br/>
        <w:t>ланами лірок бурю сповнить.</w:t>
      </w:r>
    </w:p>
    <w:p>
      <w:r>
        <w:br/>
        <w:t>4.VIII.52&lt;br /&gt;</w:t>
        <w:br/>
        <w:t>СХВИЛЬОВАНІСТЬ МОРЯ</w:t>
      </w:r>
    </w:p>
    <w:p>
      <w:r>
        <w:br/>
        <w:t>Наблизиться в легких обіймах біле&lt;br /&gt;</w:t>
        <w:br/>
        <w:t>палання, до щоки твоєї.&lt;br /&gt;</w:t>
        <w:br/>
        <w:t>Повніш від рушника—плече обіллє:&lt;br /&gt;</w:t>
        <w:br/>
        <w:t>під захвати, як від лілеї.</w:t>
      </w:r>
    </w:p>
    <w:p>
      <w:r>
        <w:br/>
        <w:t>А рідну з іскор відчиняє землю,&lt;br /&gt;</w:t>
        <w:br/>
        <w:t>мов двері в димовиннях сивих.&lt;br /&gt;</w:t>
        <w:br/>
        <w:t>Чи—ниву бачиш, просинню півтемну? —&lt;br /&gt;</w:t>
        <w:br/>
        <w:t>мчить голосами на весіллі.</w:t>
      </w:r>
    </w:p>
    <w:p>
      <w:r>
        <w:br/>
        <w:t>І акварель, кипучу, в бистрій зміні,&lt;br /&gt;</w:t>
        <w:br/>
        <w:t>пориви чергою несуть...&lt;br /&gt;</w:t>
        <w:br/>
        <w:t>коли розхідно пароси безмірні&lt;br /&gt;</w:t>
        <w:br/>
        <w:t>крізь хмару бризнули густу.</w:t>
      </w:r>
    </w:p>
    <w:p>
      <w:r>
        <w:br/>
        <w:t>Скорбота голуба потоп музичний&lt;br /&gt;</w:t>
        <w:br/>
        <w:t>аж пінить, падаючи в мушлі.&lt;br /&gt;</w:t>
        <w:br/>
        <w:t>Вгорі зірки незримі: взнавши вічність,&lt;br /&gt;</w:t>
        <w:br/>
        <w:t>з любови йдуть, як з моря—мужні.</w:t>
      </w:r>
    </w:p>
    <w:p>
      <w:r>
        <w:br/>
        <w:t>5.VIII.52&lt;br /&gt;</w:t>
        <w:br/>
        <w:t>ПРИБЕРЕЖНИЙ ВЕЧІР</w:t>
      </w:r>
    </w:p>
    <w:p>
      <w:r>
        <w:br/>
        <w:t>Самотні сльози рвуться від піввітру,&lt;br /&gt;</w:t>
        <w:br/>
        <w:t>з гілок—на східці та поруччя.&lt;br /&gt;</w:t>
        <w:br/>
        <w:t>Згадаймо, рідна, церковцю відкриту:&lt;br /&gt;</w:t>
        <w:br/>
        <w:t>дверми від свічників горюча.</w:t>
      </w:r>
    </w:p>
    <w:p>
      <w:r>
        <w:br/>
        <w:t>Хвилюється туман з очима крейди,&lt;br /&gt;</w:t>
        <w:br/>
        <w:t>а дзвін межу йому прозначить.&lt;br /&gt;</w:t>
        <w:br/>
        <w:t>І золотом каштан думок перейде;&lt;br /&gt;</w:t>
        <w:br/>
        <w:t>там вечір—огнерукий старчик.</w:t>
      </w:r>
    </w:p>
    <w:p>
      <w:r>
        <w:br/>
        <w:t>Хоч котяться секунди, всі зелені,&lt;br /&gt;</w:t>
        <w:br/>
        <w:t>до моря їх коліс не чути.&lt;br /&gt;</w:t>
        <w:br/>
        <w:t>Берези жовті: привидів неземність! —&lt;br /&gt;</w:t>
        <w:br/>
        <w:t>проплачуть при пломіннім чуді.</w:t>
      </w:r>
    </w:p>
    <w:p>
      <w:r>
        <w:br/>
        <w:t>Як смутно все власкавлене крізь присмерк,&lt;br /&gt;</w:t>
        <w:br/>
        <w:t>пташиний спомин тишу вишив.&lt;br /&gt;</w:t>
        <w:br/>
        <w:t>Що душі ждали, дзвіння ствердить бистре,&lt;br /&gt;</w:t>
        <w:br/>
        <w:t>і розквіти лампад найвищих.</w:t>
      </w:r>
    </w:p>
    <w:p>
      <w:r>
        <w:br/>
        <w:t>6.VIII.52&lt;br /&gt;</w:t>
        <w:br/>
        <w:t>МАЛЮНОК НЕГОДИ</w:t>
      </w:r>
    </w:p>
    <w:p>
      <w:r>
        <w:br/>
        <w:t>Ніжніше буря в орхідеях зійде,&lt;br /&gt;</w:t>
        <w:br/>
        <w:t>так хвилюватися відкрившись—&lt;br /&gt;</w:t>
        <w:br/>
        <w:t>моєму серцю! в крузі сонця ніде&lt;br /&gt;</w:t>
        <w:br/>
        <w:t>зникати свідкам: сполох віщий...</w:t>
      </w:r>
    </w:p>
    <w:p>
      <w:r>
        <w:br/>
        <w:t>Ласкавістю в нестямній ватрі сквітне,&lt;br /&gt;</w:t>
        <w:br/>
        <w:t>пісенно вирости довкруг.&lt;br /&gt;</w:t>
        <w:br/>
        <w:t>І вії, при вогні щоки, завійте! —&lt;br /&gt;</w:t>
        <w:br/>
        <w:t>і роси неба заберуть.&lt;br /&gt;</w:t>
        <w:br/>
        <w:t>Чуття завихрене, немов гілками&lt;br /&gt;</w:t>
        <w:br/>
        <w:t>з грудей і пелюстками стрічне,&lt;br /&gt;</w:t>
        <w:br/>
        <w:t>і стане при вінці, крізь смерть скликати,&lt;br /&gt;</w:t>
        <w:br/>
        <w:t>над айстру в поцілунку прийме.</w:t>
      </w:r>
    </w:p>
    <w:p>
      <w:r>
        <w:br/>
        <w:t>І море крильне! ніч відколихнути;&lt;br /&gt;</w:t>
        <w:br/>
        <w:t>розкрите з крови—бризк від маків.&lt;br /&gt;</w:t>
        <w:br/>
        <w:t>І щастя хмарки: де світила руки,&lt;br /&gt;</w:t>
        <w:br/>
        <w:t>в обійми місяць переймати.</w:t>
      </w:r>
    </w:p>
    <w:p>
      <w:r>
        <w:br/>
        <w:t>7.VIII.52&lt;br /&gt;</w:t>
        <w:br/>
        <w:t>НЕМИНУЧА ВТРАТА</w:t>
      </w:r>
    </w:p>
    <w:p>
      <w:r>
        <w:br/>
        <w:t>Жива, з грозою — моря багряниця,&lt;br /&gt;</w:t>
        <w:br/>
        <w:t>коли і в свічах надійшло.&lt;br /&gt;</w:t>
        <w:br/>
        <w:t>І, рано серця! від ножа звільнися,&lt;br /&gt;</w:t>
        <w:br/>
        <w:t>подужавши гіркий полон...</w:t>
      </w:r>
    </w:p>
    <w:p>
      <w:r>
        <w:br/>
        <w:t>дотерплено, в пурпурній ночі, скорбі,&lt;br /&gt;</w:t>
        <w:br/>
        <w:t>де п'ють листочки з ліхтарів.&lt;br /&gt;</w:t>
        <w:br/>
        <w:t>Я скарблю спомини твої надморські:&lt;br /&gt;</w:t>
        <w:br/>
        <w:t>як цвітик від щоки горів.</w:t>
      </w:r>
    </w:p>
    <w:p>
      <w:r>
        <w:br/>
        <w:t>Це океан вітрилиться з недолі&lt;br /&gt;</w:t>
        <w:br/>
        <w:t>і в ньому смертний стан воскресне.&lt;br /&gt;</w:t>
        <w:br/>
        <w:t>А чашу юности чи знов дозволить&lt;br /&gt;</w:t>
        <w:br/>
        <w:t>вести до уст і нам від весен?</w:t>
      </w:r>
    </w:p>
    <w:p>
      <w:r>
        <w:br/>
        <w:t>Світила, ніби дзвони сяйва скриті,&lt;br /&gt;</w:t>
        <w:br/>
        <w:t>зустрінуться в твоє страждання.&lt;br /&gt;</w:t>
        <w:br/>
        <w:t>Зіходять скрізь! хоч поцілунку відсвіт&lt;br /&gt;</w:t>
        <w:br/>
        <w:t>доцвів: лілея згасла ждана.</w:t>
      </w:r>
    </w:p>
    <w:p>
      <w:r>
        <w:br/>
        <w:t>9.VIII.52&lt;br /&gt;</w:t>
        <w:br/>
        <w:t>ЗАХІД</w:t>
      </w:r>
    </w:p>
    <w:p>
      <w:r>
        <w:br/>
        <w:t>Чи звіє з луків світляних стрільніте&lt;br /&gt;</w:t>
        <w:br/>
        <w:t>проміття?—від фіялок тонкість.&lt;br /&gt;</w:t>
        <w:br/>
        <w:t>А згадки, де сплива життя колишнє —&lt;br /&gt;</w:t>
        <w:br/>
        <w:t>ненаші вже! нічнисті, змовкніть.&lt;br /&gt;</w:t>
        <w:br/>
        <w:t>Бо скоро будуть шатрами оранжів,&lt;br /&gt;</w:t>
        <w:br/>
        <w:t>останніх, що в журбі небесній:&lt;br /&gt;</w:t>
        <w:br/>
        <w:t>всі табори світил текти в згоранні,&lt;br /&gt;</w:t>
        <w:br/>
        <w:t>де вечір—мов кривавий хрестик.</w:t>
      </w:r>
    </w:p>
    <w:p>
      <w:r>
        <w:br/>
        <w:t>Про це джерельця, в серці з дна, говорять,&lt;br /&gt;</w:t>
        <w:br/>
        <w:t>мов ангельські флейтинки стрівши.&lt;br /&gt;</w:t>
        <w:br/>
        <w:t>Чотирикрилля тьми з безодні—ворог,&lt;br /&gt;</w:t>
        <w:br/>
        <w:t>а тут: огнинок хори вищі.</w:t>
      </w:r>
    </w:p>
    <w:p>
      <w:r>
        <w:br/>
        <w:t>І щиросонцевий узори ладить,&lt;br /&gt;</w:t>
        <w:br/>
        <w:t>споломенівши, чорнобривець—&lt;br /&gt;</w:t>
        <w:br/>
        <w:t>залюбленим, що в очі рідній правді&lt;br /&gt;</w:t>
        <w:br/>
        <w:t>із ним навіки подивились.</w:t>
      </w:r>
    </w:p>
    <w:p>
      <w:r>
        <w:br/>
        <w:t>10.VIII.52&lt;br /&gt;</w:t>
        <w:br/>
        <w:t>ЛІТНЯ НАДБЕРЕЖНІСТЬ</w:t>
      </w:r>
    </w:p>
    <w:p>
      <w:r>
        <w:br/>
        <w:t>Все—течії під кручами безвидні;&lt;br /&gt;</w:t>
        <w:br/>
        <w:t>а брижиться порив сліпучий.&lt;br /&gt;</w:t>
        <w:br/>
        <w:t>В саду зворушить голубина бідність,&lt;br /&gt;</w:t>
        <w:br/>
        <w:t>де вулик вічечка розплющив.</w:t>
      </w:r>
    </w:p>
    <w:p>
      <w:r>
        <w:br/>
        <w:t>Все вичарувалося до рукав'я:&lt;br /&gt;</w:t>
        <w:br/>
        <w:t>твого, як хризолітик, плаття,&lt;br /&gt;</w:t>
        <w:br/>
        <w:t>Від моря, пальцями кобзарський, склався&lt;br /&gt;</w:t>
        <w:br/>
        <w:t>тропар; мов ярина кипляча.&lt;br /&gt;</w:t>
        <w:br/>
        <w:t>І знову жайворонків суголосся:&lt;br /&gt;</w:t>
        <w:br/>
        <w:t>над визрілістю жнив щасливить.&lt;br /&gt;</w:t>
        <w:br/>
        <w:t>До скелі горя любо прилилося&lt;br /&gt;</w:t>
        <w:br/>
        <w:t>провістя—крізь хмарки похилі.</w:t>
      </w:r>
    </w:p>
    <w:p>
      <w:r>
        <w:br/>
        <w:t>А враз засвічений відбито вінчик—&lt;br /&gt;</w:t>
        <w:br/>
        <w:t>з височини, на біловоддя...&lt;br /&gt;</w:t>
        <w:br/>
        <w:t>Найближча! пахощем зоря звеличить&lt;br /&gt;</w:t>
        <w:br/>
        <w:t>серпневі смутки: хоч відходить.</w:t>
      </w:r>
    </w:p>
    <w:p>
      <w:r>
        <w:br/>
        <w:t>11.УІІІ.32&lt;br /&gt;</w:t>
        <w:br/>
        <w:t>ПРИБЕРЕЖНИЙ КАМІНЬ</w:t>
      </w:r>
    </w:p>
    <w:p>
      <w:r>
        <w:br/>
        <w:t>Зростає сонний камінь потойсвітно;&lt;br /&gt;</w:t>
        <w:br/>
        <w:t>довкруг: берізки в танководик.&lt;br /&gt;</w:t>
        <w:br/>
        <w:t>З огоню бегонії—приплив сповито&lt;br /&gt;</w:t>
        <w:br/>
        <w:t>мені на самоту холодний.</w:t>
      </w:r>
    </w:p>
    <w:p>
      <w:r>
        <w:br/>
        <w:t>Знесли ненависти одежу труйну—&lt;br /&gt;</w:t>
        <w:br/>
        <w:t>ті, що схилилися і квітнуть.&lt;br /&gt;</w:t>
        <w:br/>
        <w:t>Я, з серця бравши іскорки, майструю,&lt;br /&gt;</w:t>
        <w:br/>
        <w:t>без скарбів: свічку непомітну.&lt;br /&gt;</w:t>
        <w:br/>
        <w:t>Крізь найгіркіші випари з коріння,&lt;br /&gt;</w:t>
        <w:br/>
        <w:t>де злість гадюча їх наситить,—&lt;br /&gt;</w:t>
        <w:br/>
        <w:t>мені стежина, тільки ждав, промінна&lt;br /&gt;</w:t>
        <w:br/>
        <w:t>трояндо! коло тебе в світі.&lt;br /&gt;</w:t>
        <w:br/>
        <w:t>Не сповіщає множина гілляста,&lt;br /&gt;</w:t>
        <w:br/>
        <w:t>ні дума дощова без вітру,&lt;br /&gt;</w:t>
        <w:br/>
        <w:t>ні ластівка: про зорі й серпик щастя,&lt;br /&gt;</w:t>
        <w:br/>
        <w:t>що я одній тобі повірю.</w:t>
      </w:r>
    </w:p>
    <w:p>
      <w:r>
        <w:br/>
        <w:t>12.УІІІ.52&lt;br /&gt;</w:t>
        <w:br/>
        <w:t>ЖДАНИЙ ПЕРЕХІД</w:t>
      </w:r>
    </w:p>
    <w:p>
      <w:r>
        <w:br/>
        <w:t>Барвистий океанів сміх привалить&lt;br /&gt;</w:t>
        <w:br/>
        <w:t>сліди з піску—завіє в димик...&lt;br /&gt;</w:t>
        <w:br/>
        <w:t>Мов сіть рибальську, голоси в прискаллях&lt;br /&gt;</w:t>
        <w:br/>
        <w:t>довівши: бігом невслідимі.</w:t>
      </w:r>
    </w:p>
    <w:p>
      <w:r>
        <w:br/>
        <w:t>І поставля рожана круча вповні&lt;br /&gt;</w:t>
        <w:br/>
        <w:t>освітлий процвіт на крутизні.&lt;br /&gt;</w:t>
        <w:br/>
        <w:t>Кораблик радости! коли відновить&lt;br /&gt;</w:t>
        <w:br/>
        <w:t>вітрила?—від біди відрізнить...</w:t>
      </w:r>
    </w:p>
    <w:p>
      <w:r>
        <w:br/>
        <w:t>Як на ріжечку крівлі з черепиці&lt;br /&gt;</w:t>
        <w:br/>
        <w:t>до яблунь сизокрилий відкрик.&lt;br /&gt;</w:t>
        <w:br/>
        <w:t>При молодому небі нам спинитись,&lt;br /&gt;</w:t>
        <w:br/>
        <w:t>коли земля сплива навіки.&lt;br /&gt;</w:t>
        <w:br/>
        <w:t>І терплячи тумани, хата моря—&lt;br /&gt;</w:t>
        <w:br/>
        <w:t>синіша від роси в фіялках.&lt;br /&gt;</w:t>
        <w:br/>
        <w:t>Відкрито: згадки наші знов промовлять&lt;br /&gt;</w:t>
        <w:br/>
        <w:t>з галузки—білістю ласкава.&lt;br /&gt;</w:t>
        <w:br/>
        <w:t>Та відгуки глибизна часу прийме,&lt;br /&gt;</w:t>
        <w:br/>
        <w:t>сердець криваві скорбі знісши —&lt;br /&gt;</w:t>
        <w:br/>
        <w:t>до міри: влити в світло незгасиме,&lt;br /&gt;</w:t>
        <w:br/>
        <w:t>де, зоре! будем найрідніші.</w:t>
      </w:r>
    </w:p>
    <w:p>
      <w:r>
        <w:br/>
        <w:t>14.УІІІ.52&lt;br /&gt;</w:t>
        <w:br/>
        <w:t>ПЕРЕБУТТЯ</w:t>
      </w:r>
    </w:p>
    <w:p>
      <w:r>
        <w:br/>
        <w:t>Всі світлокрилі спомини наблизив:&lt;br /&gt;</w:t>
        <w:br/>
        <w:t>як церква—океан; свічіє.&lt;br /&gt;</w:t>
        <w:br/>
        <w:t>Кохана! пестощів берізки в гибіль&lt;br /&gt;</w:t>
        <w:br/>
        <w:t>відходять: листя їх довічне...&lt;br /&gt;</w:t>
        <w:br/>
        <w:t>Збагріе в шелесті—обпасти, кружне,&lt;br /&gt;</w:t>
        <w:br/>
        <w:t>далекістю і поза сонцем.&lt;br /&gt;</w:t>
        <w:br/>
        <w:t>Боліють бурі біля кручі дуже,&lt;br /&gt;</w:t>
        <w:br/>
        <w:t>і скорб на кораблі приносять.&lt;br /&gt;</w:t>
        <w:br/>
        <w:t>І королівські лілії—надії,&lt;br /&gt;</w:t>
        <w:br/>
        <w:t>над пріргікми до скель розбиті...&lt;br /&gt;</w:t>
        <w:br/>
        <w:t>ми: вінчаних світанками! гляділи,&lt;br /&gt;</w:t>
        <w:br/>
        <w:t>а скрині моря — їм гробниці.&lt;br /&gt;</w:t>
        <w:br/>
        <w:t>І в чорній пам'яті земля тримає&lt;br /&gt;</w:t>
        <w:br/>
        <w:t>дощі плачу; в очах сліди.&lt;br /&gt;</w:t>
        <w:br/>
        <w:t>Згадається життя як непримарне:&lt;br /&gt;</w:t>
        <w:br/>
        <w:t>ромашки на зірках блідих.</w:t>
      </w:r>
    </w:p>
    <w:p>
      <w:r>
        <w:br/>
        <w:t>Гроза довкружна завмира в байдужість,&lt;br /&gt;</w:t>
        <w:br/>
        <w:t>але—не біль тополь таємний:&lt;br /&gt;</w:t>
        <w:br/>
        <w:t>мов хор черничок від могили тужить,&lt;br /&gt;</w:t>
        <w:br/>
        <w:t>де океан спалив намети...&lt;br /&gt;</w:t>
        <w:br/>
        <w:t>Наводить безліч: вершництво надгробне;&lt;br /&gt;</w:t>
        <w:br/>
        <w:t>аж вихор, де буття озиме.&lt;br /&gt;</w:t>
        <w:br/>
        <w:t>Вже осінь звістку, галузкам на горе,&lt;br /&gt;</w:t>
        <w:br/>
        <w:t>як прапор, пломенем підніме.&lt;br /&gt;</w:t>
        <w:br/>
        <w:t>І птиця висвітлинки крил ведучи,&lt;br /&gt;</w:t>
        <w:br/>
        <w:t>зворушить, як ридання, птиця.&lt;br /&gt;</w:t>
        <w:br/>
        <w:t>А вечір, від небесних сліз найдужчих:&lt;br /&gt;</w:t>
        <w:br/>
        <w:t>з долонь трояндок розгориться.</w:t>
      </w:r>
    </w:p>
    <w:p>
      <w:r>
        <w:br/>
        <w:t>1 9.VIII.52&lt;br /&gt;</w:t>
        <w:br/>
        <w:t>МОЛИТОВНИЙ РАНОК</w:t>
      </w:r>
    </w:p>
    <w:p>
      <w:r>
        <w:br/>
        <w:t>Ланок—від маків, радісний! хвилює,&lt;br /&gt;</w:t>
        <w:br/>
        <w:t>мов немовлятко в ладки б'є.&lt;br /&gt;</w:t>
        <w:br/>
        <w:t>І віями палає квіття: любе—&lt;br /&gt;</w:t>
        <w:br/>
        <w:t>з молитви, квіття нетвоє.&lt;br /&gt;</w:t>
        <w:br/>
        <w:t>Від серпика до кручі: тиша в межах&lt;br /&gt;</w:t>
        <w:br/>
        <w:t>небесного з колоссям поля.&lt;br /&gt;</w:t>
        <w:br/>
        <w:t>А часом янголи, йдучи, постежать;&lt;br /&gt;</w:t>
        <w:br/>
        <w:t>і від зозулі вістка сповна.</w:t>
      </w:r>
    </w:p>
    <w:p>
      <w:r>
        <w:br/>
        <w:t>Поволі крилля, що росу з сузір'я&lt;br /&gt;</w:t>
        <w:br/>
        <w:t>несло, порушилось до вікон:&lt;br /&gt;</w:t>
        <w:br/>
        <w:t>любов скропивши, де в розлуці вірна,—&lt;br /&gt;</w:t>
        <w:br/>
        <w:t>її троянди знати звикнем...</w:t>
      </w:r>
    </w:p>
    <w:p>
      <w:r>
        <w:br/>
        <w:t>Досвітні, в шибці, де й світи вінкові&lt;br /&gt;</w:t>
        <w:br/>
        <w:t>на заставку прозоро стали.&lt;br /&gt;</w:t>
        <w:br/>
        <w:t>А сльозам смутку матері, в іконі! —&lt;br /&gt;</w:t>
        <w:br/>
        <w:t>вклонися: зорям над хрестами.</w:t>
      </w:r>
    </w:p>
    <w:p>
      <w:r>
        <w:br/>
        <w:t>Знімію: бо вуста мої з землистих&lt;br /&gt;</w:t>
        <w:br/>
        <w:t>гріхів, не смію прошептати.&lt;br /&gt;</w:t>
        <w:br/>
        <w:t>Радітиму, що квітик—благовісник&lt;br /&gt;</w:t>
        <w:br/>
        <w:t>огніє, ніби серце пташки.&lt;br /&gt;</w:t>
        <w:br/>
        <w:t>А дзвоном, по невисловимих східцях,&lt;br /&gt;</w:t>
        <w:br/>
        <w:t>ведуть мою сліпу надію.&lt;br /&gt;</w:t>
        <w:br/>
        <w:t>Тоді—з мовчання, звідки я відбився,&lt;br /&gt;</w:t>
        <w:br/>
        <w:t>спокутні ланцюги надіну.</w:t>
      </w:r>
    </w:p>
    <w:p>
      <w:r>
        <w:br/>
        <w:t>20.VIII.52&lt;br /&gt;</w:t>
        <w:br/>
        <w:t>ЧАС МЕДУЗ</w:t>
      </w:r>
    </w:p>
    <w:p>
      <w:r>
        <w:br/>
        <w:t>Став океан: витрушуючи килим&lt;br /&gt;</w:t>
        <w:br/>
        <w:t>при палях, бризно! — й змеженіє.&lt;br /&gt;</w:t>
        <w:br/>
        <w:t>Тоді зусиллям точаться некрильним&lt;br /&gt;</w:t>
        <w:br/>
        <w:t>пливкі медузи в струм'я свіже.&lt;br /&gt;</w:t>
        <w:br/>
        <w:t>Чи пружаться в безкровну парасолю,&lt;br /&gt;</w:t>
        <w:br/>
        <w:t>чи вицідять струмки відметні...&lt;br /&gt;</w:t>
        <w:br/>
        <w:t>Крізь видність моря, мов верба, високу—&lt;br /&gt;</w:t>
        <w:br/>
        <w:t>поволі віються, й крізь темінь.&lt;br /&gt;</w:t>
        <w:br/>
        <w:t>А тонко повростали безколірні&lt;br /&gt;</w:t>
        <w:br/>
        <w:t>в глибизну—ниті, слідом вившись.&lt;br /&gt;</w:t>
        <w:br/>
        <w:t>Торкнися: вжалять! сторожа озвірність,&lt;br /&gt;</w:t>
        <w:br/>
        <w:t>мов кропива на кладовищі.&lt;br /&gt;</w:t>
        <w:br/>
        <w:t>Бо це—біди подіб'я, що прадавня,&lt;br /&gt;</w:t>
        <w:br/>
        <w:t>на кожній хвилі дожида.&lt;br /&gt;</w:t>
        <w:br/>
        <w:t>Аби не сон! прошепчемо з страждання&lt;br /&gt;</w:t>
        <w:br/>
        <w:t>хоч пісню: все-таки життя.</w:t>
      </w:r>
    </w:p>
    <w:p>
      <w:r>
        <w:br/>
        <w:t>Із нього, від прибою, рута стеле&lt;br /&gt;</w:t>
        <w:br/>
        <w:t>стрункому світлу на розливі—&lt;br /&gt;</w:t>
        <w:br/>
        <w:t>стежки до мальвок, де дитя веселе&lt;br /&gt;</w:t>
        <w:br/>
        <w:t>ходити вчиться й листя хилить...&lt;br /&gt;</w:t>
        <w:br/>
        <w:t>Де в крузі кармазинних кров'ю, в згоді,&lt;br /&gt;</w:t>
        <w:br/>
        <w:t>палає голос, мов пророчий.&lt;br /&gt;</w:t>
        <w:br/>
        <w:t>Я втішуся: однаково, чи вродять&lt;br /&gt;</w:t>
        <w:br/>
        <w:t>медузи—в моря на сорочці.&lt;br /&gt;</w:t>
        <w:br/>
        <w:t>Однаково, чи й ніч! душа в ножевнях&lt;br /&gt;</w:t>
        <w:br/>
        <w:t>терпіти тьми потворства звикла.&lt;br /&gt;</w:t>
        <w:br/>
        <w:t>Але вино від сонця—ним блаженна&lt;br /&gt;</w:t>
        <w:br/>
        <w:t>і квітка снів: як місяць, квітка.</w:t>
      </w:r>
    </w:p>
    <w:p>
      <w:r>
        <w:br/>
        <w:t>20.VIII.52&lt;br /&gt;</w:t>
        <w:br/>
        <w:t>ПЕРСТЕНЬ</w:t>
      </w:r>
    </w:p>
    <w:p>
      <w:r>
        <w:br/>
        <w:t>Чи вимовиться океан, як гілка,&lt;br /&gt;</w:t>
        <w:br/>
        <w:t>як чаєчка до неба в очі?.,&lt;br /&gt;</w:t>
        <w:br/>
        <w:t>на палі вигріта, над хвилю вільна,&lt;br /&gt;</w:t>
        <w:br/>
        <w:t>коли і крильця не замочить.</w:t>
      </w:r>
    </w:p>
    <w:p>
      <w:r>
        <w:br/>
        <w:t>Чи спогляда між берегами серця&lt;br /&gt;</w:t>
        <w:br/>
        <w:t>жемчужини непогасимі?&lt;br /&gt;</w:t>
        <w:br/>
        <w:t>Від неба синя радість розцвітеться,&lt;br /&gt;</w:t>
        <w:br/>
        <w:t>тебе ж не видно, до росинки.&lt;br /&gt;</w:t>
        <w:br/>
        <w:t>А ждатиму, хоч меви плач недомний&lt;br /&gt;</w:t>
        <w:br/>
        <w:t>віщує тучу з-за березок.&lt;br /&gt;</w:t>
        <w:br/>
        <w:t>Квітинка при вустах тримає промінь,&lt;br /&gt;</w:t>
        <w:br/>
        <w:t>блакитнячися обережно.&lt;br /&gt;</w:t>
        <w:br/>
        <w:t>Обручки золото! замок горючий —&lt;br /&gt;</w:t>
        <w:br/>
        <w:t>як сполох серця, що без краю...&lt;br /&gt;</w:t>
        <w:br/>
        <w:t>що світло чотирьох світів сполучить,&lt;br /&gt;</w:t>
        <w:br/>
        <w:t>коли в недолі зустрічаю.</w:t>
      </w:r>
    </w:p>
    <w:p>
      <w:r>
        <w:br/>
        <w:t>21.VIII.52&lt;br /&gt;</w:t>
        <w:br/>
        <w:t>ЗМІННИЙ ОКЕАН</w:t>
      </w:r>
    </w:p>
    <w:p>
      <w:r>
        <w:br/>
        <w:t>Приходять башти в хмарах висвітущі;&lt;br /&gt;</w:t>
        <w:br/>
        <w:t>їх океан собі відтворить.&lt;br /&gt;</w:t>
        <w:br/>
        <w:t>Він і листочки хвиль з пісками сушить,&lt;br /&gt;</w:t>
        <w:br/>
        <w:t>він—яблуня! і нетурботний.&lt;br /&gt;</w:t>
        <w:br/>
        <w:t>Аж під коріння впала скриня ржава&lt;br /&gt;</w:t>
        <w:br/>
        <w:t>з вітрильника мого, що згинув.&lt;br /&gt;</w:t>
        <w:br/>
        <w:t>Там і корона сподівань лежала:&lt;br /&gt;</w:t>
        <w:br/>
        <w:t>не знав, кладучи в домовину.</w:t>
      </w:r>
    </w:p>
    <w:p>
      <w:r>
        <w:br/>
        <w:t>Смієтіся, грімний, не проси даремно:&lt;br /&gt;</w:t>
        <w:br/>
        <w:t>він промовля:—зневаж нещастя!&lt;br /&gt;</w:t>
        <w:br/>
        <w:t>Як мушлю, радість обвертає з ревом&lt;br /&gt;</w:t>
        <w:br/>
        <w:t>при зграї мевинок стрільчастих.&lt;br /&gt;</w:t>
        <w:br/>
        <w:t>І в стугоні, драконів звівши синіх,&lt;br /&gt;</w:t>
        <w:br/>
        <w:t>розбив! на зливища при скелі.&lt;br /&gt;</w:t>
        <w:br/>
        <w:t>Там завінчає спінену гробничність,&lt;br /&gt;</w:t>
        <w:br/>
        <w:t>на мить—веселка: в тиші теплій.</w:t>
      </w:r>
    </w:p>
    <w:p>
      <w:r>
        <w:br/>
        <w:t>22.VIII.52&lt;br /&gt;</w:t>
        <w:br/>
        <w:t>ПОРТРЕТ РОСЛИНОК, ЩО ЦВІТУТЬ</w:t>
      </w:r>
    </w:p>
    <w:p>
      <w:r>
        <w:br/>
        <w:t>То—синьости від хусточки благати,&lt;br /&gt;</w:t>
        <w:br/>
        <w:t>що Богоматері належить, вийшли:&lt;br /&gt;</w:t>
        <w:br/>
        <w:t>травини наші, росами багаті! —&lt;br /&gt;</w:t>
        <w:br/>
        <w:t>нести, мов крильця найсвіжіші.</w:t>
      </w:r>
    </w:p>
    <w:p>
      <w:r>
        <w:br/>
        <w:t>Якби золотосніцар міг серіжки&lt;br /&gt;</w:t>
        <w:br/>
        <w:t>такі, мій світе, порізьбити!..&lt;br /&gt;</w:t>
        <w:br/>
        <w:t>Пелюстки дві, з крайнеба, блідні трішки,&lt;br /&gt;</w:t>
        <w:br/>
        <w:t>а в глибині—мов дим, обидві.</w:t>
      </w:r>
    </w:p>
    <w:p>
      <w:r>
        <w:br/>
        <w:t>Під ними, піднятими відлетіти,—&lt;br /&gt;</w:t>
        <w:br/>
        <w:t>три зірочки: на віях жовті.&lt;br /&gt;</w:t>
        <w:br/>
        <w:t>Метелики кровинку там помітять,&lt;br /&gt;</w:t>
        <w:br/>
        <w:t>але з співців крилатих жодні.&lt;br /&gt;</w:t>
        <w:br/>
        <w:t>Востаннє—це для звуку полозочки,&lt;br /&gt;</w:t>
        <w:br/>
        <w:t>що з струнок котиться скрипичних.&lt;br /&gt;</w:t>
        <w:br/>
        <w:t>Саєтні заполочі стати хочуть,&lt;br /&gt;</w:t>
        <w:br/>
        <w:t>як східці при бджолиних стрічах.</w:t>
      </w:r>
    </w:p>
    <w:p>
      <w:r>
        <w:br/>
        <w:t>Під квіткою: мов скойки для жемчужин —&lt;br /&gt;</w:t>
        <w:br/>
        <w:t>на дні в музичнім морі родять;&lt;br /&gt;</w:t>
        <w:br/>
        <w:t>чи то наспіване з дощу нездужа&lt;br /&gt;</w:t>
        <w:br/>
        <w:t>втекти й стоїть, як прохолода.&lt;br /&gt;</w:t>
        <w:br/>
        <w:t>Скарбіється на знахід полум'яне,&lt;br /&gt;</w:t>
        <w:br/>
        <w:t>в мережаному човенці:&lt;br /&gt;</w:t>
        <w:br/>
        <w:t>не дзвін,— це слово серця, що не в'яне&lt;br /&gt;</w:t>
        <w:br/>
        <w:t>з іскринками наприкінці.&lt;br /&gt;</w:t>
        <w:br/>
        <w:t>І в нім без порошини від нещирих,&lt;br /&gt;</w:t>
        <w:br/>
        <w:t>бо блискавкою народилось—&lt;br /&gt;</w:t>
        <w:br/>
        <w:t>бажання пісні: ти колись повіриш&lt;br /&gt;</w:t>
        <w:br/>
        <w:t>тій іскрі райдуги в неділю.</w:t>
      </w:r>
    </w:p>
    <w:p>
      <w:r>
        <w:br/>
        <w:t>22.VIII.52&lt;br /&gt;</w:t>
        <w:br/>
        <w:t>НАДРІЧНИЙ ВЕЧІР</w:t>
      </w:r>
    </w:p>
    <w:p>
      <w:r>
        <w:br/>
        <w:t>Жива, немов легкоблакитні айстри,&lt;br /&gt;</w:t>
        <w:br/>
        <w:t>на спомин жар хмаринок мірить—&lt;br /&gt;</w:t>
        <w:br/>
        <w:t>жива жемчужність! а спада пропасти&lt;br /&gt;</w:t>
        <w:br/>
        <w:t>їй чаєчка в сніжистім пір'ї.</w:t>
      </w:r>
    </w:p>
    <w:p>
      <w:r>
        <w:br/>
        <w:t>Залізні три кущі, під барву хлібну,&lt;br /&gt;</w:t>
        <w:br/>
        <w:t>сухі,— дубові, з бурелому,&lt;br /&gt;</w:t>
        <w:br/>
        <w:t>де річка: "Я втомилась! я поблідну!" —&lt;br /&gt;</w:t>
        <w:br/>
        <w:t>а сонце—що іде додому.&lt;br /&gt;</w:t>
        <w:br/>
        <w:t>Тополі випростані, мов над хутір&lt;br /&gt;</w:t>
        <w:br/>
        <w:t>пурпурного перегорання.&lt;br /&gt;</w:t>
        <w:br/>
        <w:t>Ні звістки! ні вітрила не вернути;&lt;br /&gt;</w:t>
        <w:br/>
        <w:t>що ти забула; знов незнана.&lt;br /&gt;</w:t>
        <w:br/>
        <w:t>Садок відмайоріє, листя скине,&lt;br /&gt;</w:t>
        <w:br/>
        <w:t>повторюючи в крузі ріднім.&lt;br /&gt;</w:t>
        <w:br/>
        <w:t>І—зимне і огненно самотинне! —&lt;br /&gt;</w:t>
        <w:br/>
        <w:t>згасання тучок: "завтра прийдем".&lt;br /&gt;</w:t>
        <w:br/>
        <w:t>Зміцнився звід—надземний міст сузір'їв,&lt;br /&gt;</w:t>
        <w:br/>
        <w:t>над ріллями огнів потратних.&lt;br /&gt;</w:t>
        <w:br/>
        <w:t>А пітьму здужав, глибину прозрівши —&lt;br /&gt;</w:t>
        <w:br/>
        <w:t>сам місяць: як ліхтарик, прясти.</w:t>
      </w:r>
    </w:p>
    <w:p>
      <w:r>
        <w:br/>
        <w:t>23.VIII.52&lt;br /&gt;</w:t>
        <w:br/>
        <w:t>СОНЯЧНИЙ ВОДОЗБІР</w:t>
      </w:r>
    </w:p>
    <w:p>
      <w:r>
        <w:br/>
        <w:t>Погідно! жнуть побрижинку з батисту,&lt;br /&gt;</w:t>
        <w:br/>
        <w:t>в поверхні—леготи; що дружні.&lt;br /&gt;</w:t>
        <w:br/>
        <w:t>Стріча, при острівцях великолистя,&lt;br /&gt;</w:t>
        <w:br/>
        <w:t>лілея водяна, здригнувшись.</w:t>
      </w:r>
    </w:p>
    <w:p>
      <w:r>
        <w:br/>
        <w:t>Червінкові навколо рибки: в блискіт&lt;br /&gt;</w:t>
        <w:br/>
        <w:t>луски пограються крізь хвилю.&lt;br /&gt;</w:t>
        <w:br/>
        <w:t>Докрилює, мов доля, підкормитись —&lt;br /&gt;</w:t>
        <w:br/>
        <w:t>лелека біла; дзьобик хилить.</w:t>
      </w:r>
    </w:p>
    <w:p>
      <w:r>
        <w:br/>
        <w:t>На рибки—терпелива! підстерігши,&lt;br /&gt;</w:t>
        <w:br/>
        <w:t>метнулася й тримає жертву.&lt;br /&gt;</w:t>
        <w:br/>
        <w:t>З поважністю крилаток найстаріших&lt;br /&gt;</w:t>
        <w:br/>
        <w:t>обтрушує та...запиває смертну.</w:t>
      </w:r>
    </w:p>
    <w:p>
      <w:r>
        <w:br/>
        <w:t>Перелетіла за квітник; і далі;&lt;br /&gt;</w:t>
        <w:br/>
        <w:t>постоявши, знялася в кручі...&lt;br /&gt;</w:t>
        <w:br/>
        <w:t>А рибки? Хто-зна, чи вони ридали,&lt;br /&gt;</w:t>
        <w:br/>
        <w:t>бо в танці при листках блискучих.&lt;br /&gt;</w:t>
        <w:br/>
        <w:t>Отак, під хвилями, в граннях коротких&lt;br /&gt;</w:t>
        <w:br/>
        <w:t>пробіжимо своє життя.&lt;br /&gt;</w:t>
        <w:br/>
        <w:t>Вгорі—непізнаного сонця кроки;&lt;br /&gt;</w:t>
        <w:br/>
        <w:t>небес квітник! щодня віта.&lt;br /&gt;</w:t>
        <w:br/>
        <w:t>А на тремкій межі холодна доля,&lt;br /&gt;</w:t>
        <w:br/>
        <w:t>караю чи неп роми сл енних...&lt;br /&gt;</w:t>
        <w:br/>
        <w:t>прицілиться, вогненним дзьобом довга,&lt;br /&gt;</w:t>
        <w:br/>
        <w:t>і крильми вдарить біля сплесків.&lt;br /&gt;</w:t>
        <w:br/>
        <w:t>То вибір нам — сама смиренність мужня&lt;br /&gt;</w:t>
        <w:br/>
        <w:t>й молитва з серця полум'яна.&lt;br /&gt;</w:t>
        <w:br/>
        <w:t>Розімкнеться межа над нами кружна,—&lt;br /&gt;</w:t>
        <w:br/>
        <w:t>зорю приймім: від чаші дана.</w:t>
      </w:r>
    </w:p>
    <w:p>
      <w:r>
        <w:br/>
        <w:t>24.VIII.52&lt;br /&gt;</w:t>
        <w:br/>
        <w:t>ДЕРЕВО (в сторінці)</w:t>
      </w:r>
    </w:p>
    <w:p>
      <w:r>
        <w:br/>
        <w:t>Буяєш! а чи рухаєшся тільки,&lt;br /&gt;</w:t>
        <w:br/>
        <w:t>рожаїсте, чи вже й чуттєвість —&lt;br /&gt;</w:t>
        <w:br/>
        <w:t>розпалена в тобі, як смолоскип: схотіти&lt;br /&gt;</w:t>
        <w:br/>
        <w:t>квіток, хай пахощі простелять?</w:t>
      </w:r>
    </w:p>
    <w:p>
      <w:r>
        <w:br/>
        <w:t>Мов місяць—світло, що в тобі зглибіло;&lt;br /&gt;</w:t>
        <w:br/>
        <w:t>відчує океан: так нива&lt;br /&gt;</w:t>
        <w:br/>
        <w:t>колишеться без нашого боління —&lt;br /&gt;</w:t>
        <w:br/>
        <w:t>з собою чайку полонила.</w:t>
      </w:r>
    </w:p>
    <w:p>
      <w:r>
        <w:br/>
        <w:t>Все—рідне, в хвилюванні свіже завжди,&lt;br /&gt;</w:t>
        <w:br/>
        <w:t>як смуток плектри, що в підпаска...&lt;br /&gt;</w:t>
        <w:br/>
        <w:t>Вкривавленому серцю втіху знайде,—&lt;br /&gt;</w:t>
        <w:br/>
        <w:t>клопочеться, без зла спіткавши.</w:t>
      </w:r>
    </w:p>
    <w:p>
      <w:r>
        <w:br/>
        <w:t>Я сам; відбуто скорбі! порожнечу—&lt;br /&gt;</w:t>
        <w:br/>
        <w:t>німу, пісок горючий сточить.&lt;br /&gt;</w:t>
        <w:br/>
        <w:t>А тайно квіття в тишину чернечу,&lt;br /&gt;</w:t>
        <w:br/>
        <w:t>з гілок чуття, зроста святочне.</w:t>
      </w:r>
    </w:p>
    <w:p>
      <w:r>
        <w:br/>
        <w:t>25.VIII.52&lt;br /&gt;</w:t>
        <w:br/>
        <w:t>ВИСОКОГРАННИК СТАРОВИНИ</w:t>
      </w:r>
    </w:p>
    <w:p>
      <w:r>
        <w:br/>
        <w:t>Журавлик бочений, і троносидець тонко—&lt;br /&gt;</w:t>
        <w:br/>
        <w:t>підвладкові, мов див, прокаже.&lt;br /&gt;</w:t>
        <w:br/>
        <w:t>Зав'ються щипчики, чи ти, безсонко:&lt;br /&gt;</w:t>
        <w:br/>
        <w:t>сово! примаришся, де сажа?&lt;br /&gt;</w:t>
        <w:br/>
        <w:t>Все—загадки, що серце ними дише,&lt;br /&gt;</w:t>
        <w:br/>
        <w:t>до віршу кладучи в підструння.&lt;br /&gt;</w:t>
        <w:br/>
        <w:t>Проте й таємне сонце найдавніше&lt;br /&gt;</w:t>
        <w:br/>
        <w:t>йшло ясністю: як трунок, струмне.&lt;br /&gt;</w:t>
        <w:br/>
        <w:t>Сама відрізнена в намисто мовність&lt;br /&gt;</w:t>
        <w:br/>
        <w:t>із течії—життя позичить:&lt;br /&gt;</w:t>
        <w:br/>
        <w:t>як вірує в сусідство й страшно молить&lt;br /&gt;</w:t>
        <w:br/>
        <w:t>надземних, звавши коло річки.</w:t>
      </w:r>
    </w:p>
    <w:p>
      <w:r>
        <w:br/>
        <w:t>Як викарбовує чуття на камінь,&lt;br /&gt;</w:t>
        <w:br/>
        <w:t>відколи чудо квітне в вічність.&lt;br /&gt;</w:t>
        <w:br/>
        <w:t>Круг себе в попели не замикає&lt;br /&gt;</w:t>
        <w:br/>
        <w:t>картинок мову, далі свідчить.</w:t>
      </w:r>
    </w:p>
    <w:p>
      <w:r>
        <w:br/>
        <w:t>Стріло! прокляв би птиці, де неспівні,&lt;br /&gt;</w:t>
        <w:br/>
        <w:t>де від кохання не крилаті,&lt;br /&gt;</w:t>
        <w:br/>
        <w:t>не з кров'ю, де—не як сестриць зупинить&lt;br /&gt;</w:t>
        <w:br/>
        <w:t>су ір'я: в голоси приймати.</w:t>
      </w:r>
    </w:p>
    <w:p>
      <w:r>
        <w:br/>
        <w:t>26.VIII.52&lt;br /&gt;</w:t>
        <w:br/>
        <w:t>МАЙБУТНЯ ЗГАДКА</w:t>
      </w:r>
    </w:p>
    <w:p>
      <w:r>
        <w:br/>
        <w:t>В турботі—скора; мов розбивши крилля,&lt;br /&gt;</w:t>
        <w:br/>
        <w:t>зірниця в скелях неталанна!..&lt;br /&gt;</w:t>
        <w:br/>
        <w:t>зросла, як псальми: смолками взоріла,&lt;br /&gt;</w:t>
        <w:br/>
        <w:t>висока в небі від палання,&lt;br /&gt;</w:t>
        <w:br/>
        <w:t>що тільки в Баха з гомонів колонних,&lt;br /&gt;</w:t>
        <w:br/>
        <w:t>розподіливши хід огню,&lt;br /&gt;</w:t>
        <w:br/>
        <w:t>над зграї здійметься, над смерть полонить —&lt;br /&gt;</w:t>
        <w:br/>
        <w:t>всю душу в ниву голосну.&lt;br /&gt;</w:t>
        <w:br/>
        <w:t>І нашу глухість, відгорілий вугіль,&lt;br /&gt;</w:t>
        <w:br/>
        <w:t>розсипавши по несвітах,&lt;br /&gt;</w:t>
        <w:br/>
        <w:t>немов звучання по веселці другій,&lt;br /&gt;</w:t>
        <w:br/>
        <w:t>хвилює течія свята.</w:t>
      </w:r>
    </w:p>
    <w:p>
      <w:r>
        <w:br/>
        <w:t>З прозір'я теплого безвинний звисне&lt;br /&gt;</w:t>
        <w:br/>
        <w:t>світ—місяць і зворушить, серпик!..&lt;br /&gt;</w:t>
        <w:br/>
        <w:t>Рідня—шипшин: сіяння благовісне;&lt;br /&gt;</w:t>
        <w:br/>
        <w:t>вінечно тчеться в милосердність.</w:t>
      </w:r>
    </w:p>
    <w:p>
      <w:r>
        <w:br/>
        <w:t>Вішує—нам первоцвіт, по росинках,&lt;br /&gt;</w:t>
        <w:br/>
        <w:t>як скарб, свічіння не міня.&lt;br /&gt;</w:t>
        <w:br/>
        <w:t>Гроза не згасить, хоч мечами синя;&lt;br /&gt;</w:t>
        <w:br/>
        <w:t>любов моя, зійшла земна.</w:t>
      </w:r>
    </w:p>
    <w:p>
      <w:r>
        <w:br/>
        <w:t>28.VIII.52&lt;br /&gt;</w:t>
        <w:br/>
        <w:t>ПОРИВНИЙ ПРИПЛИВ</w:t>
      </w:r>
    </w:p>
    <w:p>
      <w:r>
        <w:br/>
        <w:t>Знедолене весілля! на дитячій,&lt;br /&gt;</w:t>
        <w:br/>
        <w:t>до наших сліз, на пісковій —&lt;br /&gt;</w:t>
        <w:br/>
        <w:t>безжурності, безвинним сплеском сплаче,&lt;br /&gt;</w:t>
        <w:br/>
        <w:t>аж південь просячи: сповий.&lt;br /&gt;</w:t>
        <w:br/>
        <w:t>І свіжістю воно—рибини доторк,&lt;br /&gt;</w:t>
        <w:br/>
        <w:t>леліяне з вітрів, на грудях.&lt;br /&gt;</w:t>
        <w:br/>
        <w:t>До тебе колоски сіяння доти&lt;br /&gt;</w:t>
        <w:br/>
        <w:t>склоня: нехай печаль відбудуть.</w:t>
      </w:r>
    </w:p>
    <w:p>
      <w:r>
        <w:br/>
        <w:t>Само ласканиями—блакитно льонне;&lt;br /&gt;</w:t>
        <w:br/>
        <w:t>хоч бурі мичуть хмару в гребінь.&lt;br /&gt;</w:t>
        <w:br/>
        <w:t>Нуртує! руки ломить і холоне,&lt;br /&gt;</w:t>
        <w:br/>
        <w:t>як згаснути надії треба.&lt;br /&gt;</w:t>
        <w:br/>
        <w:t>Усе спішить: по приструнках розбивши—&lt;br /&gt;</w:t>
        <w:br/>
        <w:t>страждання, як на росах іскри.&lt;br /&gt;</w:t>
        <w:br/>
        <w:t>Біля двокрилих будемо найближчі,&lt;br /&gt;</w:t>
        <w:br/>
        <w:t>аж сонця паруси зустріти.</w:t>
      </w:r>
    </w:p>
    <w:p>
      <w:r>
        <w:br/>
        <w:t>Там білі маки серпня: там з часовні,—&lt;br /&gt;</w:t>
        <w:br/>
        <w:t>в затоні; тиша прохолодна.&lt;br /&gt;</w:t>
        <w:br/>
        <w:t>А голоси, мов океан, високі:&lt;br /&gt;</w:t>
        <w:br/>
        <w:t>з тобою, добра, нас відводять.</w:t>
      </w:r>
    </w:p>
    <w:p>
      <w:r>
        <w:br/>
        <w:t>29.VIII.52&lt;br /&gt;</w:t>
        <w:br/>
        <w:t>ВІДЧУТТЯ З ПЕРЕДГРОЗЗЯ</w:t>
      </w:r>
    </w:p>
    <w:p>
      <w:r>
        <w:br/>
        <w:t>Ми в лодці поряд: з весел відкидає&lt;br /&gt;</w:t>
        <w:br/>
        <w:t>вода—розсипану світлинку.&lt;br /&gt;</w:t>
        <w:br/>
        <w:t>При хаті явір журиться, і ждане&lt;br /&gt;</w:t>
        <w:br/>
        <w:t>від нас далеко! — бурі линуть.</w:t>
      </w:r>
    </w:p>
    <w:p>
      <w:r>
        <w:br/>
        <w:t>Далеко парус: білосвітний виспів;&lt;br /&gt;</w:t>
        <w:br/>
        <w:t>відважний, піднято в відході...&lt;br /&gt;</w:t>
        <w:br/>
        <w:t>До нивок щастя й горя, нам незвісних,&lt;br /&gt;</w:t>
        <w:br/>
        <w:t>на морі борозну знаходить.</w:t>
      </w:r>
    </w:p>
    <w:p>
      <w:r>
        <w:br/>
        <w:t>Загубим напрямок, і лихо! згине&lt;br /&gt;</w:t>
        <w:br/>
        <w:t>поміж криваві нетрі в пітьмі—&lt;br /&gt;</w:t>
        <w:br/>
        <w:t>із місяцем сузір'я журавлине:&lt;br /&gt;</w:t>
        <w:br/>
        <w:t>хто біля мшистих паль примітить?</w:t>
      </w:r>
    </w:p>
    <w:p>
      <w:r>
        <w:br/>
        <w:t>На морі—мов тенета неспокою,&lt;br /&gt;</w:t>
        <w:br/>
        <w:t>та полум'я з грози зідхає.&lt;br /&gt;</w:t>
        <w:br/>
        <w:t>А теплістю, в довір'я! квітковою&lt;br /&gt;</w:t>
        <w:br/>
        <w:t>вже серце зблизиться кохане.</w:t>
      </w:r>
    </w:p>
    <w:p>
      <w:r>
        <w:br/>
        <w:t>29.VIII.52&lt;br /&gt;</w:t>
        <w:br/>
        <w:t>НАДБЕРЕЖНА ГРЯДКА</w:t>
      </w:r>
    </w:p>
    <w:p>
      <w:r>
        <w:br/>
        <w:t>Берези вбрали з полум'я сорочку,&lt;br /&gt;</w:t>
        <w:br/>
        <w:t>при океані огник сіють.&lt;br /&gt;</w:t>
        <w:br/>
        <w:t>Журба мені! але в жоржин щокроку&lt;br /&gt;</w:t>
        <w:br/>
        <w:t>свідкую світлому весіллю.&lt;br /&gt;</w:t>
        <w:br/>
        <w:t>І щиру, наче з ризи на іконах,&lt;br /&gt;</w:t>
        <w:br/>
        <w:t>жаризну чорнобривці ладять...&lt;br /&gt;</w:t>
        <w:br/>
        <w:t>Єдина, в їхній висвіт—одинока,&lt;br /&gt;</w:t>
        <w:br/>
        <w:t>прийшла: моєму сонцю рада.&lt;br /&gt;</w:t>
        <w:br/>
        <w:t>Немов від дзвону відгомін прорветься:&lt;br /&gt;</w:t>
        <w:br/>
        <w:t>над овид бризк палахкотить.&lt;br /&gt;</w:t>
        <w:br/>
        <w:t>Моя—дивинок нива, мати хресна—&lt;br /&gt;</w:t>
        <w:br/>
        <w:t>казками в межах вікових.</w:t>
      </w:r>
    </w:p>
    <w:p>
      <w:r>
        <w:br/>
        <w:t>Тут океан прозірно фіялковий,&lt;br /&gt;</w:t>
        <w:br/>
        <w:t>що й пилом рушиться на берег.&lt;br /&gt;</w:t>
        <w:br/>
        <w:t>Шляхи течуть: про стрічу місяць молить,&lt;br /&gt;</w:t>
        <w:br/>
        <w:t>обличчя до троянд оберне.</w:t>
      </w:r>
    </w:p>
    <w:p>
      <w:r>
        <w:br/>
        <w:t>І ти—моя; негоди йдуть на грядку,&lt;br /&gt;</w:t>
        <w:br/>
        <w:t>там відгорять круги пелюсток.&lt;br /&gt;</w:t>
        <w:br/>
        <w:t>Але і смерть ні відкрику не вкраде,&lt;br /&gt;</w:t>
        <w:br/>
        <w:t>як серце, мов цвітинне, любить.</w:t>
      </w:r>
    </w:p>
    <w:p>
      <w:r>
        <w:br/>
        <w:t>1.ІХ.52&lt;br /&gt;</w:t>
        <w:br/>
        <w:t>ПОГРОЗА ХУРТОВИНИ</w:t>
      </w:r>
    </w:p>
    <w:p>
      <w:r>
        <w:br/>
        <w:t>Сніжиста вістка по землі, до кого? —&lt;br /&gt;</w:t>
        <w:br/>
        <w:t>збіжить: мов крейда, понад стріху...&lt;br /&gt;</w:t>
        <w:br/>
        <w:t>Гвоздички, з берега річок гіркого,&lt;br /&gt;</w:t>
        <w:br/>
        <w:t>злякати! хай, святі, потихнуть.&lt;br /&gt;</w:t>
        <w:br/>
        <w:t>Ані! посіяно в нещасну темність&lt;br /&gt;</w:t>
        <w:br/>
        <w:t>зернинку крізь землисті зойки.&lt;br /&gt;</w:t>
        <w:br/>
        <w:t>Чи ластівка, що від світил, відмертвить&lt;br /&gt;</w:t>
        <w:br/>
        <w:t>твоє прохання з снів глибоких?</w:t>
      </w:r>
    </w:p>
    <w:p>
      <w:r>
        <w:br/>
        <w:t>Надії зірка: в слові чи в гранчастій&lt;br /&gt;</w:t>
        <w:br/>
        <w:t>зернині розцвіта, мов доня.&lt;br /&gt;</w:t>
        <w:br/>
        <w:t>Бо в простір тайний—сполохи з надчасся&lt;br /&gt;</w:t>
        <w:br/>
        <w:t>її, мов крильцями придобрять.</w:t>
      </w:r>
    </w:p>
    <w:p>
      <w:r>
        <w:br/>
        <w:t>І все: струмує від огню молодше,&lt;br /&gt;</w:t>
        <w:br/>
        <w:t>прозірністю, мов дно свічадне!..&lt;br /&gt;</w:t>
        <w:br/>
        <w:t>Куди—страждання корені полоще,&lt;br /&gt;</w:t>
        <w:br/>
        <w:t>а місяць вінчик позичає.</w:t>
      </w:r>
    </w:p>
    <w:p>
      <w:r>
        <w:br/>
        <w:t>Росток позвав: крізь помирання в зерен,&lt;br /&gt;</w:t>
        <w:br/>
        <w:t>поривами від грядки бившись.&lt;br /&gt;</w:t>
        <w:br/>
        <w:t>При віддзвонах капличок надозерних&lt;br /&gt;</w:t>
        <w:br/>
        <w:t>все небо відкрива обійми.&lt;br /&gt;</w:t>
        <w:br/>
        <w:t>І серцем сонця до глухих звернулось—&lt;br /&gt;</w:t>
        <w:br/>
        <w:t>спасти життя, над мертвий камінь:&lt;br /&gt;</w:t>
        <w:br/>
        <w:t>до вишень білих із світильних вулиць,&lt;br /&gt;</w:t>
        <w:br/>
        <w:t>де бджоли в холод не зникають.&lt;br /&gt;</w:t>
        <w:br/>
        <w:t>А він дохлюпується скрізь на листя —&lt;br /&gt;</w:t>
        <w:br/>
        <w:t>закрити в сніг скорботний острів:&lt;br /&gt;</w:t>
        <w:br/>
        <w:t>де згадки—вбогі привиди, зійшлися&lt;br /&gt;</w:t>
        <w:br/>
        <w:t>з розлуки на доріжках гострих.</w:t>
      </w:r>
    </w:p>
    <w:p>
      <w:r>
        <w:br/>
        <w:t>Завіси моря іскрами доткались—&lt;br /&gt;</w:t>
        <w:br/>
        <w:t>німому кроку в скойках мертвих.&lt;br /&gt;</w:t>
        <w:br/>
        <w:t>Берізка: крізь негоду й сон: ласкавість&lt;br /&gt;</w:t>
        <w:br/>
        <w:t>роня листки, як пламінь жертви.</w:t>
      </w:r>
    </w:p>
    <w:p>
      <w:r>
        <w:br/>
        <w:t>4.IX.52&lt;br /&gt;</w:t>
        <w:br/>
        <w:t>ДЖЕРЕЛО БІЛЯ ЧАСОВНІ</w:t>
      </w:r>
    </w:p>
    <w:p>
      <w:r>
        <w:br/>
        <w:t>Сліпучі хмари крізь сновидний обрис&lt;br /&gt;</w:t>
        <w:br/>
        <w:t>приходять з грозами мінитись—&lt;br /&gt;</w:t>
        <w:br/>
        <w:t>до гаю: теплістю і тінню добрий,&lt;br /&gt;</w:t>
        <w:br/>
        <w:t>і тишина сплива, мов ниви.&lt;br /&gt;</w:t>
        <w:br/>
        <w:t>А там, дорожчу від кришталів, скарбність&lt;br /&gt;</w:t>
        <w:br/>
        <w:t>і над бажання плином бистру,&lt;br /&gt;</w:t>
        <w:br/>
        <w:t>побачити у скелі з уст: бо справді—&lt;br /&gt;</w:t>
        <w:br/>
        <w:t>джерелового повні змісту.&lt;br /&gt;</w:t>
        <w:br/>
        <w:t>Бринить його зідхання: весь—морозний;&lt;br /&gt;</w:t>
        <w:br/>
        <w:t>чуття, як хто напивсь, відновить.&lt;br /&gt;</w:t>
        <w:br/>
        <w:t>І так пашіннями прокажуть рози&lt;br /&gt;</w:t>
        <w:br/>
        <w:t>коло каплички щиру сповідь.&lt;br /&gt;</w:t>
        <w:br/>
        <w:t>Глядять! хто цілий день стежинку чесно&lt;br /&gt;</w:t>
        <w:br/>
        <w:t>(свою впокорюючи гордість)&lt;br /&gt;</w:t>
        <w:br/>
        <w:t>шукав, до джерела на перехресті,&lt;br /&gt;</w:t>
        <w:br/>
        <w:t>що з серця світового родить...&lt;br /&gt;</w:t>
        <w:br/>
        <w:t>Хто бідні болі взяв собі в частини,&lt;br /&gt;</w:t>
        <w:br/>
        <w:t>хто від любови, мов від горя,&lt;br /&gt;</w:t>
        <w:br/>
        <w:t>тому: в Мадонни біля стіп, щасливі&lt;br /&gt;</w:t>
        <w:br/>
        <w:t>троянди—й скорбі в зорі вгорнуть.</w:t>
      </w:r>
    </w:p>
    <w:p>
      <w:r>
        <w:br/>
        <w:t>7.IX.52&lt;br /&gt;</w:t>
        <w:br/>
        <w:t>ЧАЇНИЙ ВІРШ</w:t>
      </w:r>
    </w:p>
    <w:p>
      <w:r>
        <w:br/>
        <w:t>Чуття—мов сполохи від стінок скойки,&lt;br /&gt;</w:t>
        <w:br/>
        <w:t>зриваються, в горіння йдучи.&lt;br /&gt;</w:t>
        <w:br/>
        <w:t>Уже хоч клич, не вернуться ніколи&lt;br /&gt;</w:t>
        <w:br/>
        <w:t>рікою з спогадів найдужчих.</w:t>
      </w:r>
    </w:p>
    <w:p>
      <w:r>
        <w:br/>
        <w:t>Немов дзеркала ожили, зідхнувши:&lt;br /&gt;</w:t>
        <w:br/>
        <w:t>чаїнку віднести тужливу.&lt;br /&gt;</w:t>
        <w:br/>
        <w:t>Там стануть небеса, рожева дужність,&lt;br /&gt;</w:t>
        <w:br/>
        <w:t>кигучу брати до відпливу.&lt;br /&gt;</w:t>
        <w:br/>
        <w:t>Домайоріє мла бузків потойбік;&lt;br /&gt;</w:t>
        <w:br/>
        <w:t>гордившись, корабель відпінить.&lt;br /&gt;</w:t>
        <w:br/>
        <w:t>Скорботу в попільних валах потопить&lt;br /&gt;</w:t>
        <w:br/>
        <w:t>і скаргу в сонцевих терпіннях.</w:t>
      </w:r>
    </w:p>
    <w:p>
      <w:r>
        <w:br/>
        <w:t>Проте, як вільна, сівши—крильця довго&lt;br /&gt;</w:t>
        <w:br/>
        <w:t>над хвилю підніма: дві пісні...&lt;br /&gt;</w:t>
        <w:br/>
        <w:t>отак і серце! з неба молодого&lt;br /&gt;</w:t>
        <w:br/>
        <w:t>їй полум'я живе провістить.&lt;br /&gt;</w:t>
        <w:br/>
        <w:t>9.IX.52&lt;br /&gt;</w:t>
        <w:br/>
        <w:t>НАДВЕЧІРНІСТЬ</w:t>
      </w:r>
    </w:p>
    <w:p>
      <w:r>
        <w:br/>
        <w:t>Поволі мерхнути в провалля пада,&lt;br /&gt;</w:t>
        <w:br/>
        <w:t>а пораділо нам, як світло.&lt;br /&gt;</w:t>
        <w:br/>
        <w:t>Малює мла в доріжках виноградна;&lt;br /&gt;</w:t>
        <w:br/>
        <w:t>ви, щільники жаринок, стійте!&lt;br /&gt;</w:t>
        <w:br/>
        <w:t>Бо все відходить, як прощання мертве,&lt;br /&gt;</w:t>
        <w:br/>
        <w:t>й листки з тобою — мчать далеко.&lt;br /&gt;</w:t>
        <w:br/>
        <w:t>Вже лебединий корабель померкне,&lt;br /&gt;</w:t>
        <w:br/>
        <w:t>минувши місяцеве лезо.&lt;br /&gt;</w:t>
        <w:br/>
        <w:t>Застигнув спомин, рівний кам'яному&lt;br /&gt;</w:t>
        <w:br/>
        <w:t>при церкві в трунному дворі.&lt;br /&gt;</w:t>
        <w:br/>
        <w:t>Печаль моя—мов дивина при ньому—&lt;br /&gt;</w:t>
        <w:br/>
        <w:t>скрапа, де напис відгорів.&lt;br /&gt;</w:t>
        <w:br/>
        <w:t>Все буде добрістю з біди зростати&lt;br /&gt;</w:t>
        <w:br/>
        <w:t>смиренному, як чайка, серцю.&lt;br /&gt;</w:t>
        <w:br/>
        <w:t>Багріє заграва, з терпінь—хрестами&lt;br /&gt;</w:t>
        <w:br/>
        <w:t>на стежку ведучи несмертну.</w:t>
      </w:r>
    </w:p>
    <w:p>
      <w:r>
        <w:br/>
        <w:t>11.IX.52&lt;br /&gt;</w:t>
        <w:br/>
        <w:t>ТРИВОЖНИЙ БЕРЕГ</w:t>
      </w:r>
    </w:p>
    <w:p>
      <w:r>
        <w:br/>
        <w:t>Піски, струмуючи, аж димно—мертві:&lt;br /&gt;</w:t>
        <w:br/>
        <w:t>по незабутих по слідах.&lt;br /&gt;</w:t>
        <w:br/>
        <w:t>І згода в нас; але примари нетрів&lt;br /&gt;</w:t>
        <w:br/>
        <w:t>на грізних островах сидять.&lt;br /&gt;</w:t>
        <w:br/>
        <w:t>Що сплескує зміїсто з неспокою,&lt;br /&gt;</w:t>
        <w:br/>
        <w:t>примириться до ніг пташинці.&lt;br /&gt;</w:t>
        <w:br/>
        <w:t>Бо добрість висвітлена і живою&lt;br /&gt;</w:t>
        <w:br/>
        <w:t>біліє: розпач відшумиться.&lt;br /&gt;</w:t>
        <w:br/>
        <w:t>Вже голубіші від кадил вівтарних&lt;br /&gt;</w:t>
        <w:br/>
        <w:t>озера неба—при хмарині.&lt;br /&gt;</w:t>
        <w:br/>
        <w:t>І звідти поклик сяйва струнно вдарив&lt;br /&gt;</w:t>
        <w:br/>
        <w:t>до вікон моря: жеврій мінить.</w:t>
      </w:r>
    </w:p>
    <w:p>
      <w:r>
        <w:br/>
        <w:t>Завіється, мов пил фіялок чистий,&lt;br /&gt;</w:t>
        <w:br/>
        <w:t>аж понад скелями в безмежність.&lt;br /&gt;</w:t>
        <w:br/>
        <w:t>А короговки щогол присвятились:&lt;br /&gt;</w:t>
        <w:br/>
        <w:t>вітрила волі! мева стежить.</w:t>
      </w:r>
    </w:p>
    <w:p>
      <w:r>
        <w:br/>
        <w:t>16.IX.52&lt;br /&gt;</w:t>
        <w:br/>
        <w:t>ЖИТТЯ ДОЛИНИ</w:t>
      </w:r>
    </w:p>
    <w:p>
      <w:r>
        <w:br/>
        <w:t>Біжить: безумно щире, з надбережжя&lt;br /&gt;</w:t>
        <w:br/>
        <w:t>дошелестіти в груди хоче.&lt;br /&gt;</w:t>
        <w:br/>
        <w:t>Привітно й любо! мов твоя безмежна&lt;br /&gt;</w:t>
        <w:br/>
        <w:t>до мене загадка дівоча.</w:t>
      </w:r>
    </w:p>
    <w:p>
      <w:r>
        <w:br/>
        <w:t>Не вистигне, як трави зором гріє,&lt;br /&gt;</w:t>
        <w:br/>
        <w:t>а в ігри тінь перебирає.&lt;br /&gt;</w:t>
        <w:br/>
        <w:t>Тоді з берізок похиля, негрішне,&lt;br /&gt;</w:t>
        <w:br/>
        <w:t>галузки в стрій таночку, й раде.</w:t>
      </w:r>
    </w:p>
    <w:p>
      <w:r>
        <w:br/>
        <w:t>Не божевільне, ні! гойдання кружне&lt;br /&gt;</w:t>
        <w:br/>
        <w:t>з відчайного чуття, що рветься.&lt;br /&gt;</w:t>
        <w:br/>
        <w:t>А світло—груди вже довір'ям дуже&lt;br /&gt;</w:t>
        <w:br/>
        <w:t>покріплені, прийнявши хрестик.&lt;br /&gt;</w:t>
        <w:br/>
        <w:t>І зводи зберегли в хмаринок віще&lt;br /&gt;</w:t>
        <w:br/>
        <w:t>прочанство мрії з голубизни.&lt;br /&gt;</w:t>
        <w:br/>
        <w:t>Звеліло криком сонце,— не сколише,&lt;br /&gt;</w:t>
        <w:br/>
        <w:t>на розпач, крови в нас не візьме.</w:t>
      </w:r>
    </w:p>
    <w:p>
      <w:r>
        <w:br/>
        <w:t>Де станем, неба світляне джерельце&lt;br /&gt;</w:t>
        <w:br/>
        <w:t>присестрює вербу немарну.&lt;br /&gt;</w:t>
        <w:br/>
        <w:t>Рясніє річка і в життя женеться;&lt;br /&gt;</w:t>
        <w:br/>
        <w:t>метелик—свічка, що від храму.</w:t>
      </w:r>
    </w:p>
    <w:p>
      <w:r>
        <w:br/>
        <w:t>16.ІХ.52&lt;br /&gt;</w:t>
        <w:br/>
        <w:t>тополя</w:t>
      </w:r>
    </w:p>
    <w:p>
      <w:r>
        <w:br/>
        <w:t>Дитя склада долоні до молитви,&lt;br /&gt;</w:t>
        <w:br/>
        <w:t>і шепіт звернено в надземність:&lt;br /&gt;</w:t>
        <w:br/>
        <w:t>отак тополя наша! похилити&lt;br /&gt;</w:t>
        <w:br/>
        <w:t>турботи з блисками зелені.</w:t>
      </w:r>
    </w:p>
    <w:p>
      <w:r>
        <w:br/>
        <w:t>Не скрикне, коренями підступивши,&lt;br /&gt;</w:t>
        <w:br/>
        <w:t>чуття! галузками— безумність.&lt;br /&gt;</w:t>
        <w:br/>
        <w:t>На звадах: видно серцю, ще свіжіше&lt;br /&gt;</w:t>
        <w:br/>
        <w:t>не билося, слізьми не змучить.</w:t>
      </w:r>
    </w:p>
    <w:p>
      <w:r>
        <w:br/>
        <w:t>Це тільки наше, не зридати й вічно&lt;br /&gt;</w:t>
        <w:br/>
        <w:t>ні вірности його, ні листу.&lt;br /&gt;</w:t>
        <w:br/>
        <w:t>Злітають болі в вулик сонця, в вічко,&lt;br /&gt;</w:t>
        <w:br/>
        <w:t>як випито біду велику.</w:t>
      </w:r>
    </w:p>
    <w:p>
      <w:r>
        <w:br/>
        <w:t>Спитають, нащо? — світлену крізь клопіт&lt;br /&gt;</w:t>
        <w:br/>
        <w:t>вітрів: сторожницю, без зойку...&lt;br /&gt;</w:t>
        <w:br/>
        <w:t>як раниться і в ланцюгах покропить! —&lt;br /&gt;</w:t>
        <w:br/>
        <w:t>невисловлену кров високу.</w:t>
      </w:r>
    </w:p>
    <w:p>
      <w:r>
        <w:br/>
        <w:t>Краснішого в блаженстві вже нема,&lt;br /&gt;</w:t>
        <w:br/>
        <w:t>приносити з палких хмаринок...&lt;br /&gt;</w:t>
        <w:br/>
        <w:t>крізь смутки промінь до грудей прийма,&lt;br /&gt;</w:t>
        <w:br/>
        <w:t>ріднитись! — і рукав докине.</w:t>
      </w:r>
    </w:p>
    <w:p>
      <w:r>
        <w:br/>
        <w:t>17.IX.52&lt;br /&gt;</w:t>
        <w:br/>
        <w:t>ПЕРЕДСНІЖНИЙ НАСТРІЙ</w:t>
      </w:r>
    </w:p>
    <w:p>
      <w:r>
        <w:br/>
        <w:t>Зболіле листя, з приморозків бідне,&lt;br /&gt;</w:t>
        <w:br/>
        <w:t>злітає мовчки через вечір.&lt;br /&gt;</w:t>
        <w:br/>
        <w:t>А смуток сальвії—від сліз відійде;&lt;br /&gt;</w:t>
        <w:br/>
        <w:t>при брамі ліхтарі: предтечі.&lt;br /&gt;</w:t>
        <w:br/>
        <w:t>І вікнами чатує! місто бачить,&lt;br /&gt;</w:t>
        <w:br/>
        <w:t>чого біда з гілок кричить;&lt;br /&gt;</w:t>
        <w:br/>
        <w:t>кого, немов закон, присудять башти,&lt;br /&gt;</w:t>
        <w:br/>
        <w:t>до зіркових замкнуть ключів.&lt;br /&gt;</w:t>
        <w:br/>
        <w:t>Квітник заморений на стежку сіє —&lt;br /&gt;</w:t>
        <w:br/>
        <w:t>між килимки, плачі зірчасті.&lt;br /&gt;</w:t>
        <w:br/>
        <w:t>В час пламенности відбулось осіннє&lt;br /&gt;</w:t>
        <w:br/>
        <w:t>причастя: дожаріє в айстрок.&lt;br /&gt;</w:t>
        <w:br/>
        <w:t>їх рід, прощаючи, і нас почує —&lt;br /&gt;</w:t>
        <w:br/>
        <w:t>в безвиннім дожиданні добрих.&lt;br /&gt;</w:t>
        <w:br/>
        <w:t>Таке приречення! листком світуче,&lt;br /&gt;</w:t>
        <w:br/>
        <w:t>коли при ньому сніг загрозить.&lt;br /&gt;</w:t>
        <w:br/>
        <w:t>Знов холод таємницю снів доправить&lt;br /&gt;</w:t>
        <w:br/>
        <w:t>на край лісів найнеквітніший.&lt;br /&gt;</w:t>
        <w:br/>
        <w:t>І світло—на хрестах соборів давніх:&lt;br /&gt;</w:t>
        <w:br/>
        <w:t>в розлуці нашій пограничить.</w:t>
      </w:r>
    </w:p>
    <w:p>
      <w:r>
        <w:br/>
        <w:t>20.ІХ.52&lt;br /&gt;</w:t>
        <w:br/>
        <w:t>ЛИСТОПАД</w:t>
      </w:r>
    </w:p>
    <w:p>
      <w:r>
        <w:br/>
        <w:t>Переліта життя! в пурпурну втому;&lt;br /&gt;</w:t>
        <w:br/>
        <w:t>без повіву до рук твоїх.&lt;br /&gt;</w:t>
        <w:br/>
        <w:t>Розсіяли гілки ридання: тонуть,&lt;br /&gt;</w:t>
        <w:br/>
        <w:t>а сонце, мов чернець, стоїть.&lt;br /&gt;</w:t>
        <w:br/>
        <w:t>І не власкавить ластовиних брів&lt;br /&gt;</w:t>
        <w:br/>
        <w:t>твоїх—ні серця, з літом ближча.&lt;br /&gt;</w:t>
        <w:br/>
        <w:t>До тихого згорання сліз: болів&lt;br /&gt;</w:t>
        <w:br/>
        <w:t>і квітам холодок в обличчя.&lt;br /&gt;</w:t>
        <w:br/>
        <w:t>Почути знов: між силами світильних,&lt;br /&gt;</w:t>
        <w:br/>
        <w:t>мов мак, пожежинок небесних,&lt;br /&gt;</w:t>
        <w:br/>
        <w:t>галузка вівтаря, як згубить листя—&lt;br /&gt;</w:t>
        <w:br/>
        <w:t>його журба, зібравши, пестить.</w:t>
      </w:r>
    </w:p>
    <w:p>
      <w:r>
        <w:br/>
        <w:t>Але, на книзі світла найсвятіший,&lt;br /&gt;</w:t>
        <w:br/>
        <w:t>від вікон сонця образ ляже—&lt;br /&gt;</w:t>
        <w:br/>
        <w:t>того, чия зоря незримо втішить&lt;br /&gt;</w:t>
        <w:br/>
        <w:t>дитя землі, що нерозважне...</w:t>
      </w:r>
    </w:p>
    <w:p>
      <w:r>
        <w:br/>
        <w:t>де мимо мчить життя, та не до мене,&lt;br /&gt;</w:t>
        <w:br/>
        <w:t>коли травинку хвилі зірвуть.&lt;br /&gt;</w:t>
        <w:br/>
        <w:t>Але воно—як крик! як навіжене,&lt;br /&gt;</w:t>
        <w:br/>
        <w:t>що любить: кров'ю чую й вірю.</w:t>
      </w:r>
    </w:p>
    <w:p>
      <w:r>
        <w:br/>
        <w:t>29.IX.52&lt;br /&gt;</w:t>
        <w:br/>
        <w:t>ОСІННІСТЬ</w:t>
      </w:r>
    </w:p>
    <w:p>
      <w:r>
        <w:br/>
        <w:t>Пожуриться! огнями незабудки&lt;br /&gt;</w:t>
        <w:br/>
        <w:t>непочислимо добіжить.&lt;br /&gt;</w:t>
        <w:br/>
        <w:t>Байдуже сплеском,— як без тебе бути? —&lt;br /&gt;</w:t>
        <w:br/>
        <w:t>вже біля скойок нечужих.</w:t>
      </w:r>
    </w:p>
    <w:p>
      <w:r>
        <w:br/>
        <w:t>Тобі світнеться: мов рибина блисне;&lt;br /&gt;</w:t>
        <w:br/>
        <w:t>і шепіт хвиль тобі приносить.&lt;br /&gt;</w:t>
        <w:br/>
        <w:t>Над місяць вірить, ніжно особисте&lt;br /&gt;</w:t>
        <w:br/>
        <w:t>передчуття, крилом несонне.&lt;br /&gt;</w:t>
        <w:br/>
        <w:t>І що мені сказати? море сизе&lt;br /&gt;</w:t>
        <w:br/>
        <w:t>душі моєї все без скарги.&lt;br /&gt;</w:t>
        <w:br/>
        <w:t>Зріднитися—росинку правди візьме&lt;br /&gt;</w:t>
        <w:br/>
        <w:t>світлішу, ніж лілея стратить.&lt;br /&gt;</w:t>
        <w:br/>
        <w:t>Якби ти біля мене! біла радість—&lt;br /&gt;</w:t>
        <w:br/>
        <w:t>і листя, мов жертовне, зблизить.&lt;br /&gt;</w:t>
        <w:br/>
        <w:t>Дарохранильниця, що в сонця, красні&lt;br /&gt;</w:t>
        <w:br/>
        <w:t>посвятить скорбі всіх берізок.</w:t>
      </w:r>
    </w:p>
    <w:p>
      <w:r>
        <w:br/>
        <w:t>ЗО.IX.52&lt;br /&gt;</w:t>
        <w:br/>
        <w:t>ЗИМІЄ ОКЕАН</w:t>
      </w:r>
    </w:p>
    <w:p>
      <w:r>
        <w:br/>
        <w:t>Докинуто: мов льодовців прозір'я;&lt;br /&gt;</w:t>
        <w:br/>
        <w:t>сплесне—до щербленої кручі...&lt;br /&gt;</w:t>
        <w:br/>
        <w:t>сестринські чайки! крізь біду прорвіться;&lt;br /&gt;</w:t>
        <w:br/>
        <w:t>тут посвічадив жар болючий.</w:t>
      </w:r>
    </w:p>
    <w:p>
      <w:r>
        <w:br/>
        <w:t>Добігши з невідомости, рядами —&lt;br /&gt;</w:t>
        <w:br/>
        <w:t>дзвіниці догримлять розлитись.&lt;br /&gt;</w:t>
        <w:br/>
        <w:t>Чи ми—над пелюстками грому справді,&lt;br /&gt;</w:t>
        <w:br/>
        <w:t>що в зілля грозового ближчі?</w:t>
      </w:r>
    </w:p>
    <w:p>
      <w:r>
        <w:br/>
        <w:t>Кружок вишневий, з кров'ю: світоч неба! —&lt;br /&gt;</w:t>
        <w:br/>
        <w:t>як листя, відблиски прибарвить.&lt;br /&gt;</w:t>
        <w:br/>
        <w:t>Так і примара з холоду жовтнева&lt;br /&gt;</w:t>
        <w:br/>
        <w:t>багрянить галузки відрадні.</w:t>
      </w:r>
    </w:p>
    <w:p>
      <w:r>
        <w:br/>
        <w:t>Взяв океан—шипшини одіж; зверне&lt;br /&gt;</w:t>
        <w:br/>
        <w:t>свій зір до хмарної приміти.&lt;br /&gt;</w:t>
        <w:br/>
        <w:t>Все йде самотнє! пташе! милосердне—&lt;br /&gt;</w:t>
        <w:br/>
        <w:t>в безодні кроснами шуміти.</w:t>
      </w:r>
    </w:p>
    <w:p>
      <w:r>
        <w:br/>
        <w:t>6.Х.52&lt;br /&gt;</w:t>
        <w:br/>
        <w:t>БЕРЕЗА</w:t>
      </w:r>
    </w:p>
    <w:p>
      <w:r>
        <w:br/>
        <w:t>Хоч лілія: журба на серці! — вірно&lt;br /&gt;</w:t>
        <w:br/>
        <w:t>відведена земля коханню.&lt;br /&gt;</w:t>
        <w:br/>
        <w:t>Як смертний відголос, як з болю звірми,&lt;br /&gt;</w:t>
        <w:br/>
        <w:t>горять гілки та притихають.</w:t>
      </w:r>
    </w:p>
    <w:p>
      <w:r>
        <w:br/>
        <w:t>Дощі—квітинку спочуття закриють,&lt;br /&gt;</w:t>
        <w:br/>
        <w:t>мов свічку кармазинну: в сірість...&lt;br /&gt;</w:t>
        <w:br/>
        <w:t>мов душу мучити чию ж, безкрилу,&lt;br /&gt;</w:t>
        <w:br/>
        <w:t>по хвилях повели, бо вірить?&lt;br /&gt;</w:t>
        <w:br/>
        <w:t>А, побиваючись, ломити пальці в небі,&lt;br /&gt;</w:t>
        <w:br/>
        <w:t>корою крейдяна, зосталась:&lt;br /&gt;</w:t>
        <w:br/>
        <w:t>береза—свідок! і посіє шепіт,&lt;br /&gt;</w:t>
        <w:br/>
        <w:t>посіє сльози жовті жалість.&lt;br /&gt;</w:t>
        <w:br/>
        <w:t>Що зойки півзірок безтямно губить&lt;br /&gt;</w:t>
        <w:br/>
        <w:t>блакитній вірності при грудях,&lt;br /&gt;</w:t>
        <w:br/>
        <w:t>хоч буря щастя—до крила голубки&lt;br /&gt;</w:t>
        <w:br/>
        <w:t>моєї, мов тюльпан, потрубить.</w:t>
      </w:r>
    </w:p>
    <w:p>
      <w:r>
        <w:br/>
        <w:t>21.Х.52&lt;br /&gt;</w:t>
        <w:br/>
        <w:t>В ЛІТУЧІЙ ЛИСТКАМИ КНИЖЦІ</w:t>
      </w:r>
    </w:p>
    <w:p>
      <w:r>
        <w:br/>
        <w:t>Скривавлюється кущик на дорозі;&lt;br /&gt;</w:t>
        <w:br/>
        <w:t>в "морозках" вії смутно мріють.&lt;br /&gt;</w:t>
        <w:br/>
        <w:t>Тоді крізь ніч прозорістю попросить&lt;br /&gt;</w:t>
        <w:br/>
        <w:t>ріка ласкава: крізь безмірну.&lt;br /&gt;</w:t>
        <w:br/>
        <w:t>Словами, що пророкові скипілись&lt;br /&gt;</w:t>
        <w:br/>
        <w:t>з майбутности в святе прокляття—&lt;br /&gt;</w:t>
        <w:br/>
        <w:t>там: огняна зоря ридання! в білість&lt;br /&gt;</w:t>
        <w:br/>
        <w:t>безумне сонце крик покрапа.&lt;br /&gt;</w:t>
        <w:br/>
        <w:t>В досмертне безгоміння погляд палить,&lt;br /&gt;</w:t>
        <w:br/>
        <w:t>як, дожидаючи, з надсвічних —&lt;br /&gt;</w:t>
        <w:br/>
        <w:t>при воскресінні, всіх сузір! ти в платті&lt;br /&gt;</w:t>
        <w:br/>
        <w:t>морському йди і день посвідчить.</w:t>
      </w:r>
    </w:p>
    <w:p>
      <w:r>
        <w:br/>
        <w:t>І вірно, над вітри світильні, вища&lt;br /&gt;</w:t>
        <w:br/>
        <w:t>злетіла щогла в синій долі.&lt;br /&gt;</w:t>
        <w:br/>
        <w:t>Привіє парус радости! де свіччя&lt;br /&gt;</w:t>
        <w:br/>
        <w:t>цвітинних—поломінно молить.</w:t>
      </w:r>
    </w:p>
    <w:p>
      <w:r>
        <w:br/>
        <w:t>Минеться скорб гілок, по кризі, рівно—&lt;br /&gt;</w:t>
        <w:br/>
        <w:t>з кругами красного шептання.&lt;br /&gt;</w:t>
        <w:br/>
        <w:t>Любов, прозора огнищем: птахів сторінко,&lt;br /&gt;</w:t>
        <w:br/>
        <w:t>відходь! як океан—як тайна.</w:t>
      </w:r>
    </w:p>
    <w:p>
      <w:r>
        <w:br/>
        <w:t>28.Х.52&lt;br /&gt;</w:t>
        <w:br/>
        <w:t>ВІДМІНА ГЛИБОЧИНИ</w:t>
      </w:r>
    </w:p>
    <w:p>
      <w:r>
        <w:br/>
        <w:t>Ви—вільністю течій, шляхи сузірні,&lt;br /&gt;</w:t>
        <w:br/>
        <w:t>по рідному верніться плесу!&lt;br /&gt;</w:t>
        <w:br/>
        <w:t>Без каменя горючі, та без сірки;&lt;br /&gt;</w:t>
        <w:br/>
        <w:t>а мов свічок пелюстка пестить.</w:t>
      </w:r>
    </w:p>
    <w:p>
      <w:r>
        <w:br/>
        <w:t>Тоді з рясної журботи розпалять&lt;br /&gt;</w:t>
        <w:br/>
        <w:t>ліси—жароту риз безмежну.&lt;br /&gt;</w:t>
        <w:br/>
        <w:t>Так океан рушає ткати пам'ять&lt;br /&gt;</w:t>
        <w:br/>
        <w:t>про стежку, квіткову пожежу.</w:t>
      </w:r>
    </w:p>
    <w:p>
      <w:r>
        <w:br/>
        <w:t>Розбилося в рибинки мирно гратись&lt;br /&gt;</w:t>
        <w:br/>
        <w:t>і духом синіти, відбігши.&lt;br /&gt;</w:t>
        <w:br/>
        <w:t>Я кличу—вістку, з крапель виноградних:&lt;br /&gt;</w:t>
        <w:br/>
        <w:t>хоч вогником пройди, з тойбічних.</w:t>
      </w:r>
    </w:p>
    <w:p>
      <w:r>
        <w:br/>
        <w:t>Вона: в щодення, берегом недимне,&lt;br /&gt;</w:t>
        <w:br/>
        <w:t>йдучи, припливами досниться.&lt;br /&gt;</w:t>
        <w:br/>
        <w:t>Дотерпівши, грезет берез надіне&lt;br /&gt;</w:t>
        <w:br/>
        <w:t>і океан з блакитних ниток.</w:t>
      </w:r>
    </w:p>
    <w:p>
      <w:r>
        <w:br/>
        <w:t>7.XI.52&lt;br /&gt;</w:t>
        <w:br/>
        <w:t>ВЕЧІР ЧАЙОК</w:t>
      </w:r>
    </w:p>
    <w:p>
      <w:r>
        <w:br/>
        <w:t>Поверне дзьобик, погостивши—сива,&lt;br /&gt;</w:t>
        <w:br/>
        <w:t>і літерами біг пов'яже.&lt;br /&gt;</w:t>
        <w:br/>
        <w:t>До вікон океанові веде весілля&lt;br /&gt;</w:t>
        <w:br/>
        <w:t>вже не твоє! вже сонце жваве.&lt;br /&gt;</w:t>
        <w:br/>
        <w:t>Але сьогодні дзвоник запалила&lt;br /&gt;</w:t>
        <w:br/>
        <w:t>моя надія з сяйва взявши—&lt;br /&gt;</w:t>
        <w:br/>
        <w:t>аж від палання, що мов іскор злива,&lt;br /&gt;</w:t>
        <w:br/>
        <w:t>при молодому громі завжди.</w:t>
      </w:r>
    </w:p>
    <w:p>
      <w:r>
        <w:br/>
        <w:t>Воно чорніш від зору вороного&lt;br /&gt;</w:t>
        <w:br/>
        <w:t>орла—з руїни фосфор водить.&lt;br /&gt;</w:t>
        <w:br/>
        <w:t>Як ніготь скойка: впала стороною&lt;br /&gt;</w:t>
        <w:br/>
        <w:t>з лататтями під сивий подих.</w:t>
      </w:r>
    </w:p>
    <w:p>
      <w:r>
        <w:br/>
        <w:t>І знати в небі значення гвоздичок:&lt;br /&gt;</w:t>
        <w:br/>
        <w:t>врочисті! на відхід пожежі.&lt;br /&gt;</w:t>
        <w:br/>
        <w:t>З жаринок моря милосердя скличе&lt;br /&gt;</w:t>
        <w:br/>
        <w:t>останні розпали і встежить.</w:t>
      </w:r>
    </w:p>
    <w:p>
      <w:r>
        <w:br/>
        <w:t>Мені єдина—ти, й лілеї снитись;&lt;br /&gt;</w:t>
        <w:br/>
        <w:t>вгорі, проти тканинок хмарних—&lt;br /&gt;</w:t>
        <w:br/>
        <w:t>знов розвиток огню! тисячолисник&lt;br /&gt;</w:t>
        <w:br/>
        <w:t>веселими вінками марить.</w:t>
      </w:r>
    </w:p>
    <w:p>
      <w:r>
        <w:br/>
        <w:t>12.XI.52&lt;br /&gt;</w:t>
        <w:br/>
        <w:t>ПРИСМЕРК МОРЯ</w:t>
      </w:r>
    </w:p>
    <w:p>
      <w:r>
        <w:br/>
        <w:t>Розміриться від чаші, як вишнев'я:&lt;br /&gt;</w:t>
        <w:br/>
        <w:t>згоріти! — жертви вечір судний.&lt;br /&gt;</w:t>
        <w:br/>
        <w:t>А чаєчка, в живий прибій, знічев'я&lt;br /&gt;</w:t>
        <w:br/>
        <w:t>зневажить грому білий будень...&lt;br /&gt;</w:t>
        <w:br/>
        <w:t>дарма, що в палю з бризку полюбився&lt;br /&gt;</w:t>
        <w:br/>
        <w:t>кипіти: ніби в ніжку крісла.&lt;br /&gt;</w:t>
        <w:br/>
        <w:t>Навала з вицвітами килимів'я,&lt;br /&gt;</w:t>
        <w:br/>
        <w:t>при зустрічі вгорта, зориста.&lt;br /&gt;</w:t>
        <w:br/>
        <w:t>Та—любо, та тростинки ночі в вічність&lt;br /&gt;</w:t>
        <w:br/>
        <w:t>ростуть; а скронями торкнутись.&lt;br /&gt;</w:t>
        <w:br/>
        <w:t>Зірки розміщені: вже тайну вивчить&lt;br /&gt;</w:t>
        <w:br/>
        <w:t>від них чуття, як повів рути.&lt;br /&gt;</w:t>
        <w:br/>
        <w:t>Останній кубок моря, догримівши,&lt;br /&gt;</w:t>
        <w:br/>
        <w:t>персні обкрапав світляні.&lt;br /&gt;</w:t>
        <w:br/>
        <w:t>А, меви, в сизих присмерках примітьте&lt;br /&gt;</w:t>
        <w:br/>
        <w:t>мій скарб—і, хвилі, закляніть!</w:t>
      </w:r>
    </w:p>
    <w:p>
      <w:r>
        <w:br/>
        <w:t>14.XI.52&lt;br /&gt;</w:t>
        <w:br/>
        <w:t>ПО КРУГУ тишини</w:t>
      </w:r>
    </w:p>
    <w:p>
      <w:r>
        <w:br/>
        <w:t>Від серафимового від крила&lt;br /&gt;</w:t>
        <w:br/>
        <w:t>прилебедіє всюди світлість.&lt;br /&gt;</w:t>
        <w:br/>
        <w:t>Та полум'я: щомрію розділя&lt;br /&gt;</w:t>
        <w:br/>
        <w:t>й хвилює в серці кожен листик.&lt;br /&gt;</w:t>
        <w:br/>
        <w:t>Посвітить музика—зориста пір'ям,&lt;br /&gt;</w:t>
        <w:br/>
        <w:t>по східцях моря відпливає.&lt;br /&gt;</w:t>
        <w:br/>
        <w:t>Душа ж, хоч хмари їй крізь груди, вірить&lt;br /&gt;</w:t>
        <w:br/>
        <w:t>і сонце привіта біляве.&lt;br /&gt;</w:t>
        <w:br/>
        <w:t>Розсиплеться в тисячокрилля гомін&lt;br /&gt;</w:t>
        <w:br/>
        <w:t>зверх острівця, з моєї стрічі.&lt;br /&gt;</w:t>
        <w:br/>
        <w:t>І вляжеться: ланок живий, натомить —&lt;br /&gt;</w:t>
        <w:br/>
        <w:t>пшеничний плач ґнотів вечірніх.&lt;br /&gt;</w:t>
        <w:br/>
        <w:t>Лиш лебеді, мов мармурові, горді&lt;br /&gt;</w:t>
        <w:br/>
        <w:t>в лілових люстеринах линуть.&lt;br /&gt;</w:t>
        <w:br/>
        <w:t>На тихості—знов спалах! скойка вродить&lt;br /&gt;</w:t>
        <w:br/>
        <w:t>відради світляну зернинку.</w:t>
      </w:r>
    </w:p>
    <w:p>
      <w:r>
        <w:br/>
        <w:t>18.XI.52&lt;br /&gt;</w:t>
        <w:br/>
        <w:t>ГЛИБОКА ОСІНЬ</w:t>
      </w:r>
    </w:p>
    <w:p>
      <w:r>
        <w:br/>
        <w:t>Земля: ні журавлів журби не видно;&lt;br /&gt;</w:t>
        <w:br/>
        <w:t>на похорон згоряє небо.&lt;br /&gt;</w:t>
        <w:br/>
        <w:t>Моє, в труні! згоряє сонце: вбито&lt;br /&gt;</w:t>
        <w:br/>
        <w:t>його серед гілок погребних.</w:t>
      </w:r>
    </w:p>
    <w:p>
      <w:r>
        <w:br/>
        <w:t>І чорні корогви дощів надходять&lt;br /&gt;</w:t>
        <w:br/>
        <w:t>над лісовою кров'ю в бурю.&lt;br /&gt;</w:t>
        <w:br/>
        <w:t>Нам нивку кораблів збива негода,&lt;br /&gt;</w:t>
        <w:br/>
        <w:t>нам—чи свічки страсні прибудуть?</w:t>
      </w:r>
    </w:p>
    <w:p>
      <w:r>
        <w:br/>
        <w:t>З безодень ревами драконні пащі—&lt;br /&gt;</w:t>
        <w:br/>
        <w:t>нам рушать хатку: скорбну білість.&lt;br /&gt;</w:t>
        <w:br/>
        <w:t>Де палить блискавка, до серця впавши,&lt;br /&gt;</w:t>
        <w:br/>
        <w:t>чи маки розцвітуть найближчі?&lt;br /&gt;</w:t>
        <w:br/>
        <w:t>Земля—мов кармазин! від горя трепет;&lt;br /&gt;</w:t>
        <w:br/>
        <w:t>з огню завіси неба страдні.&lt;br /&gt;</w:t>
        <w:br/>
        <w:t>Завії суджено: терпіти треба,&lt;br /&gt;</w:t>
        <w:br/>
        <w:t>де й річка почина ридати.</w:t>
      </w:r>
    </w:p>
    <w:p>
      <w:r>
        <w:br/>
        <w:t>25.XI.52&lt;br /&gt;</w:t>
        <w:br/>
        <w:t>ОСТАННИЙ ЛИСТОК</w:t>
      </w:r>
    </w:p>
    <w:p>
      <w:r>
        <w:br/>
        <w:t>Переліта листок від кленів любих,&lt;br /&gt;</w:t>
        <w:br/>
        <w:t>по полю грудня—мов з дитинства.&lt;br /&gt;</w:t>
        <w:br/>
        <w:t>Трава червона: до псалмів побути&lt;br /&gt;</w:t>
        <w:br/>
        <w:t>в окрасу, ак з вогню, рідниться.&lt;br /&gt;</w:t>
        <w:br/>
        <w:t>Сувора мова! свіжість грізна: з вістря—&lt;br /&gt;</w:t>
        <w:br/>
        <w:t>від списів вітру, моа дружинних.&lt;br /&gt;</w:t>
        <w:br/>
        <w:t>Та радости рукава білі світять&lt;br /&gt;</w:t>
        <w:br/>
        <w:t>снігами—в береги, в спочинок.</w:t>
      </w:r>
    </w:p>
    <w:p>
      <w:r>
        <w:br/>
        <w:t>Як раптом чайки найчистіші звіють&lt;br /&gt;</w:t>
        <w:br/>
        <w:t>родинами з безумства пустки.&lt;br /&gt;</w:t>
        <w:br/>
        <w:t>Там ревний попіл моря, рівний звірю,&lt;br /&gt;</w:t>
        <w:br/>
        <w:t>з руїни до казок відступить.&lt;br /&gt;</w:t>
        <w:br/>
        <w:t>Жалію тихо, ти—світанків серце&lt;br /&gt;</w:t>
        <w:br/>
        <w:t>минула, йдучи проз лілеї.&lt;br /&gt;</w:t>
        <w:br/>
        <w:t>Листок крізь сніжну повість пронесеться,&lt;br /&gt;</w:t>
        <w:br/>
        <w:t>як тінь від серги від твоєї.</w:t>
      </w:r>
    </w:p>
    <w:p>
      <w:r>
        <w:br/>
        <w:t>2.XII.52&lt;br /&gt;</w:t>
        <w:br/>
        <w:t>ПЕРЕМІНА ЗИМИ</w:t>
      </w:r>
    </w:p>
    <w:p>
      <w:r>
        <w:br/>
        <w:t>Знов океан: поволі думи сплячі&lt;br /&gt;</w:t>
        <w:br/>
        <w:t>розбуджуючи, ніч оскаржить.&lt;br /&gt;</w:t>
        <w:br/>
        <w:t>Як не забути ні вікна з плачами—&lt;br /&gt;</w:t>
        <w:br/>
        <w:t>в розлуках, при нарузі вражій.</w:t>
      </w:r>
    </w:p>
    <w:p>
      <w:r>
        <w:br/>
        <w:t>Ми бальзамину милости до звістки&lt;br /&gt;</w:t>
        <w:br/>
        <w:t>ждемо, огонь безгнівний звучи...&lt;br /&gt;</w:t>
        <w:br/>
        <w:t>до тебе в процвіті з листків посвідчить,&lt;br /&gt;</w:t>
        <w:br/>
        <w:t>крізь кригу відімкнувши учти.</w:t>
      </w:r>
    </w:p>
    <w:p>
      <w:r>
        <w:br/>
        <w:t>Доквилить з'явцями посмертя сніжне,&lt;br /&gt;</w:t>
        <w:br/>
        <w:t>де й чайки з ними посвітнулись;&lt;br /&gt;</w:t>
        <w:br/>
        <w:t>де ожива,— все надбережжя діжде! —&lt;br /&gt;</w:t>
        <w:br/>
        <w:t>знов океан: мов зводить клуні.</w:t>
      </w:r>
    </w:p>
    <w:p>
      <w:r>
        <w:br/>
        <w:t>Власкавляться в лугах, через блакитність,&lt;br /&gt;</w:t>
        <w:br/>
        <w:t>первоцвіти, відкриті з грозок.&lt;br /&gt;</w:t>
        <w:br/>
        <w:t>Та буде церква неба в спів свічіти&lt;br /&gt;</w:t>
        <w:br/>
        <w:t>над зорями,—що серце просить.</w:t>
      </w:r>
    </w:p>
    <w:p>
      <w:r>
        <w:br/>
        <w:t>20.ХІІ52&lt;br /&gt;</w:t>
        <w:br/>
        <w:t>ДОЖИДАННЯ ВЕСНИ&lt;br /&gt;</w:t>
        <w:br/>
        <w:t>І.</w:t>
      </w:r>
    </w:p>
    <w:p>
      <w:r>
        <w:br/>
        <w:t>Досвіття—воду, в розпали беручи,&lt;br /&gt;</w:t>
        <w:br/>
        <w:t>як вишитий рушник, накотить.&lt;br /&gt;</w:t>
        <w:br/>
        <w:t>І про черешню спомини квітучі&lt;br /&gt;</w:t>
        <w:br/>
        <w:t>відізвуться: над сніг жорстокий.&lt;br /&gt;</w:t>
        <w:br/>
        <w:t>По морю ходить парусів лебіддя:&lt;br /&gt;</w:t>
        <w:br/>
        <w:t>з печалями—втішати душу.&lt;br /&gt;</w:t>
        <w:br/>
        <w:t>Відколи блискавка безслідно збігла&lt;br /&gt;</w:t>
        <w:br/>
        <w:t>за ниву, в холоді недужу.</w:t>
      </w:r>
    </w:p>
    <w:p>
      <w:r>
        <w:br/>
        <w:t>В піски—вся мила! вся безгрішно свіжа&lt;br /&gt;</w:t>
        <w:br/>
        <w:t>прозорість на узор приходить.&lt;br /&gt;</w:t>
        <w:br/>
        <w:t>А з криги зойк листків: застигли в брижах,&lt;br /&gt;</w:t>
        <w:br/>
        <w:t>мов знаки до замків загробних.</w:t>
      </w:r>
    </w:p>
    <w:p>
      <w:r>
        <w:br/>
        <w:t>Мороз; янтарний океан змережив&lt;br /&gt;</w:t>
        <w:br/>
        <w:t>прислон чаїнок: призьбу горя.&lt;br /&gt;</w:t>
        <w:br/>
        <w:t>І вечір вій твоїх—мов безбережний! —&lt;br /&gt;</w:t>
        <w:br/>
        <w:t>і серця гілочка негорда.</w:t>
      </w:r>
    </w:p>
    <w:p>
      <w:r>
        <w:br/>
        <w:t>3.1.53&lt;br /&gt;</w:t>
        <w:br/>
        <w:t>ДОЖИДАННЯ ВЕСНИ&lt;br /&gt;</w:t>
        <w:br/>
        <w:t>II.</w:t>
      </w:r>
    </w:p>
    <w:p>
      <w:r>
        <w:br/>
        <w:t>Зідхне земля; їй процвісти в надію&lt;br /&gt;</w:t>
        <w:br/>
        <w:t>призначено при всій доріжці.&lt;br /&gt;</w:t>
        <w:br/>
        <w:t>Вістить: "Я світло діядем надіну,&lt;br /&gt;</w:t>
        <w:br/>
        <w:t>як витерплю ридання рідні!..</w:t>
      </w:r>
    </w:p>
    <w:p>
      <w:r>
        <w:br/>
        <w:t>колиску підведу в південня строге,&lt;br /&gt;</w:t>
        <w:br/>
        <w:t>де в ній відплачеться пелюстка".&lt;br /&gt;</w:t>
        <w:br/>
        <w:t>Стань, ліліє—розрадничко! стань, госте,&lt;br /&gt;</w:t>
        <w:br/>
        <w:t>де моря біль: мов гори ллються.</w:t>
      </w:r>
    </w:p>
    <w:p>
      <w:r>
        <w:br/>
        <w:t>Довіку віритиму в знак лампадки —&lt;br /&gt;</w:t>
        <w:br/>
        <w:t>бо мир від посвітів блаженних.&lt;br /&gt;</w:t>
        <w:br/>
        <w:t>Нам—берег вербний! де хатки згадати,&lt;br /&gt;</w:t>
        <w:br/>
        <w:t>і празники і райдуг жеврій.&lt;br /&gt;</w:t>
        <w:br/>
        <w:t>А моря голоси в музичній скриньці—&lt;br /&gt;</w:t>
        <w:br/>
        <w:t>з валів: тойбічну силу кличуть.&lt;br /&gt;</w:t>
        <w:br/>
        <w:t>І скоро шестикрильці півдня сині&lt;br /&gt;</w:t>
        <w:br/>
        <w:t>освятять молоду цвітинку.</w:t>
      </w:r>
    </w:p>
    <w:p>
      <w:r>
        <w:br/>
        <w:t>17.1.53&lt;br /&gt;</w:t>
        <w:br/>
        <w:t>зимовий дощ</w:t>
      </w:r>
    </w:p>
    <w:p>
      <w:r>
        <w:br/>
        <w:t>То—сиві сіті! косі; їх минаю;&lt;br /&gt;</w:t>
        <w:br/>
        <w:t>їх проліски крізь сніг почують:&lt;br /&gt;</w:t>
        <w:br/>
        <w:t>їх шуми тяжчі, ніж із водограю,—&lt;br /&gt;</w:t>
        <w:br/>
        <w:t>над скаргу глибини біжучу.&lt;br /&gt;</w:t>
        <w:br/>
        <w:t>І від пустельности зими, в тіснотах,&lt;br /&gt;</w:t>
        <w:br/>
        <w:t>вітрів'я хвилю сірокрильну&lt;br /&gt;</w:t>
        <w:br/>
        <w:t>крізь сіті зливи з поблиску приносять:&lt;br /&gt;</w:t>
        <w:br/>
        <w:t>сточити прибережну кригу.&lt;br /&gt;</w:t>
        <w:br/>
        <w:t>Там забуття пройшло по всіх травинах,&lt;br /&gt;</w:t>
        <w:br/>
        <w:t>оплакане ченцями лісу.&lt;br /&gt;</w:t>
        <w:br/>
        <w:t>А знов зелені голоси повинні&lt;br /&gt;</w:t>
        <w:br/>
        <w:t>зійти в годину передвісну.&lt;br /&gt;</w:t>
        <w:br/>
        <w:t>Тоді розіб'ється біда відчайна—&lt;br /&gt;</w:t>
        <w:br/>
        <w:t>при острові об корабель.&lt;br /&gt;</w:t>
        <w:br/>
        <w:t>У просвіт пара чайок прокричала,&lt;br /&gt;</w:t>
        <w:br/>
        <w:t>де вість—віконце голубе.</w:t>
      </w:r>
    </w:p>
    <w:p>
      <w:r>
        <w:br/>
        <w:t>24.1.53&lt;br /&gt;</w:t>
        <w:br/>
        <w:t>ГОРІННЯ ГІЛОК</w:t>
      </w:r>
    </w:p>
    <w:p>
      <w:r>
        <w:br/>
        <w:t>Крайнебо жевріє, мов кров троянди,&lt;br /&gt;</w:t>
        <w:br/>
        <w:t>скрапаючи на течію.&lt;br /&gt;</w:t>
        <w:br/>
        <w:t>Дві іскри, зверх берізок непорадних,&lt;br /&gt;</w:t>
        <w:br/>
        <w:t>мою несуть весну й твою.&lt;br /&gt;</w:t>
        <w:br/>
        <w:t>Як ніжно наостанок гілка ближня&lt;br /&gt;</w:t>
        <w:br/>
        <w:t>прощатися від ночі спинить.&lt;br /&gt;</w:t>
        <w:br/>
        <w:t>Коли мені, мов хуртовина, зблідла&lt;br /&gt;</w:t>
        <w:br/>
        <w:t>розлуки тінь—де скель спочинок.</w:t>
      </w:r>
    </w:p>
    <w:p>
      <w:r>
        <w:br/>
        <w:t>Відклонить холод посивілий килим&lt;br /&gt;</w:t>
        <w:br/>
        <w:t>від вікон квітня з небокраю.&lt;br /&gt;</w:t>
        <w:br/>
        <w:t>Як зірка, двійками хлюпне й похилить&lt;br /&gt;</w:t>
        <w:br/>
        <w:t>конвалія—світучу краплю.</w:t>
      </w:r>
    </w:p>
    <w:p>
      <w:r>
        <w:br/>
        <w:t>То буде знак мені, бо пташка добра&lt;br /&gt;</w:t>
        <w:br/>
        <w:t>обізветься в життя безгрімне.&lt;br /&gt;</w:t>
        <w:br/>
        <w:t>Мов тайна соняшна, мов правди образ,&lt;br /&gt;</w:t>
        <w:br/>
        <w:t>надсвітня свічка з нею мріє.</w:t>
      </w:r>
    </w:p>
    <w:p>
      <w:r>
        <w:br/>
        <w:t>29.1.53&lt;br /&gt;</w:t>
        <w:br/>
        <w:t>ПЕРЕДВЕСІННЯ СВІЖІСТЬ</w:t>
      </w:r>
    </w:p>
    <w:p>
      <w:r>
        <w:br/>
        <w:t>Земля німа; але цвітиння дуже&lt;br /&gt;</w:t>
        <w:br/>
        <w:t>ввижається над гибель справжню.&lt;br /&gt;</w:t>
        <w:br/>
        <w:t>Бо трави в сні: собі світило дружнє&lt;br /&gt;</w:t>
        <w:br/>
        <w:t>крізь сніг причарувати прагнуть.</w:t>
      </w:r>
    </w:p>
    <w:p>
      <w:r>
        <w:br/>
        <w:t>Хоч і солоний бризк і рев жорстокий&lt;br /&gt;</w:t>
        <w:br/>
        <w:t>від прірви з бурунів згрозився...&lt;br /&gt;</w:t>
        <w:br/>
        <w:t>Крізь сніг: чи вдариться об кручі сокіл&lt;br /&gt;</w:t>
        <w:br/>
        <w:t>грудьми, шукаючи верхів'я?&lt;br /&gt;</w:t>
        <w:br/>
        <w:t>А в свіжості—рукава квіт оббризка,&lt;br /&gt;</w:t>
        <w:br/>
        <w:t>з полян пробуджений до тебе.&lt;br /&gt;</w:t>
        <w:br/>
        <w:t>Вже і тополя шепче: не барися! —&lt;br /&gt;</w:t>
        <w:br/>
        <w:t>де море в льон високостебле.&lt;br /&gt;</w:t>
        <w:br/>
        <w:t>Принесено намітку, в бубнах брану,&lt;br /&gt;</w:t>
        <w:br/>
        <w:t>з огню весільного найближчу.&lt;br /&gt;</w:t>
        <w:br/>
        <w:t>І свічі: стрілками лілей: відразу,&lt;br /&gt;</w:t>
        <w:br/>
        <w:t>над смертю, океан пронижуть.</w:t>
      </w:r>
    </w:p>
    <w:p>
      <w:r>
        <w:br/>
        <w:t>31.1.53&lt;br /&gt;</w:t>
        <w:br/>
        <w:t>НАДІЯ —ПРОТИ ЗИМИ</w:t>
      </w:r>
    </w:p>
    <w:p>
      <w:r>
        <w:br/>
        <w:t>Приплив розкида килими, сплеснувши,&lt;br /&gt;</w:t>
        <w:br/>
        <w:t>під скелі; скойок гострота.&lt;br /&gt;</w:t>
        <w:br/>
        <w:t>Десь, посеред стовпів огню, послушник,—&lt;br /&gt;</w:t>
        <w:br/>
        <w:t>чуття моє: весни спита.&lt;br /&gt;</w:t>
        <w:br/>
        <w:t>Що смерти страх? біднішому від чайок;&lt;br /&gt;</w:t>
        <w:br/>
        <w:t>аби діждати з неба ласки.&lt;br /&gt;</w:t>
        <w:br/>
        <w:t>Твою стежину верби зустрічають,&lt;br /&gt;</w:t>
        <w:br/>
        <w:t>і нитям сонця в воду впасти.</w:t>
      </w:r>
    </w:p>
    <w:p>
      <w:r>
        <w:br/>
        <w:t>Прозоро; мов кіннота моря котить,&lt;br /&gt;</w:t>
        <w:br/>
        <w:t>свій найсиніший збір довівши.&lt;br /&gt;</w:t>
        <w:br/>
        <w:t>Жадання, що розпалить кров крізь розцвіт,&lt;br /&gt;</w:t>
        <w:br/>
        <w:t>збирається з твоєї вишні.</w:t>
      </w:r>
    </w:p>
    <w:p>
      <w:r>
        <w:br/>
        <w:t>І південь бурунами повирує&lt;br /&gt;</w:t>
        <w:br/>
        <w:t>дихання в сплесках божевільне.&lt;br /&gt;</w:t>
        <w:br/>
        <w:t>Неждано, з ластівками, білоруке&lt;br /&gt;</w:t>
        <w:br/>
        <w:t>від тебе щастя в двері ввійде.</w:t>
      </w:r>
    </w:p>
    <w:p>
      <w:r>
        <w:br/>
        <w:t>6.II.53&lt;br /&gt;</w:t>
        <w:br/>
        <w:t>ПРИБЕРЕЖЖЯ ОСТРОВІВ</w:t>
      </w:r>
    </w:p>
    <w:p>
      <w:r>
        <w:br/>
        <w:t>Пустеля та костер; туман глухий;&lt;br /&gt;</w:t>
        <w:br/>
        <w:t>і сам сирітський просвіт мовкне.&lt;br /&gt;</w:t>
        <w:br/>
        <w:t>Коли розвидняться живі луги? —&lt;br /&gt;</w:t>
        <w:br/>
        <w:t>не як розвалля скойок мокре.&lt;br /&gt;</w:t>
        <w:br/>
        <w:t>Полонені в любов; помучить сум —&lt;br /&gt;</w:t>
        <w:br/>
        <w:t>вузлами змій до кроку в'ється.&lt;br /&gt;</w:t>
        <w:br/>
        <w:t>І море гнівне без вітрил чомусь,&lt;br /&gt;</w:t>
        <w:br/>
        <w:t>без відклику від світла в веслах.</w:t>
      </w:r>
    </w:p>
    <w:p>
      <w:r>
        <w:br/>
        <w:t>Чиясь душа збирає острови,&lt;br /&gt;</w:t>
        <w:br/>
        <w:t>всміхнувшись: лагідно, як діти.&lt;br /&gt;</w:t>
        <w:br/>
        <w:t>Жду! проліски терпіння—ти зірви,&lt;br /&gt;</w:t>
        <w:br/>
        <w:t>дочасні, в тихості недільній.</w:t>
      </w:r>
    </w:p>
    <w:p>
      <w:r>
        <w:br/>
        <w:t>Хто, стрівшися, про світочі спита? —&lt;br /&gt;</w:t>
        <w:br/>
        <w:t>одні в часовнях не померкнуть.&lt;br /&gt;</w:t>
        <w:br/>
        <w:t>Безмовність моря! чайка, як свята;&lt;br /&gt;</w:t>
        <w:br/>
        <w:t>проз мирну проліта вечерю.&lt;br /&gt;</w:t>
        <w:br/>
        <w:t>Як вернеться, ні на зелений камінь,&lt;br /&gt;</w:t>
        <w:br/>
        <w:t>ні в мушлю океан не гримне.&lt;br /&gt;</w:t>
        <w:br/>
        <w:t>І ніби хустка—з сяйвом над листками,&lt;br /&gt;</w:t>
        <w:br/>
        <w:t>вітрилить хмара: в поле рідне.</w:t>
      </w:r>
    </w:p>
    <w:p>
      <w:r>
        <w:br/>
        <w:t>7.II.53&lt;br /&gt;</w:t>
        <w:br/>
        <w:t>ОКРИЛЕНИЙ ОСТРІВ</w:t>
      </w:r>
    </w:p>
    <w:p>
      <w:r>
        <w:br/>
        <w:t>Чого темніти, острове чаїний,&lt;br /&gt;</w:t>
        <w:br/>
        <w:t>при хвилях зривного нещастя.&lt;br /&gt;</w:t>
        <w:br/>
        <w:t>Єдина—скриньку сонця чи відчинить,&lt;br /&gt;</w:t>
        <w:br/>
        <w:t>і спогад про любов допрясти?</w:t>
      </w:r>
    </w:p>
    <w:p>
      <w:r>
        <w:br/>
        <w:t>Вітри, сопілочками болю чисті,&lt;br /&gt;</w:t>
        <w:br/>
        <w:t>жаліються, від хмар примеркши.&lt;br /&gt;</w:t>
        <w:br/>
        <w:t>А сполохові півдня не скінчитись—&lt;br /&gt;</w:t>
        <w:br/>
        <w:t>над вишивкою вод найлегших.</w:t>
      </w:r>
    </w:p>
    <w:p>
      <w:r>
        <w:br/>
        <w:t>Тобі десятисвічник пісні сніжний&lt;br /&gt;</w:t>
        <w:br/>
        <w:t>до надбережжя з тайни світить.&lt;br /&gt;</w:t>
        <w:br/>
        <w:t>Та горнуться через пісків поріжки&lt;br /&gt;</w:t>
        <w:br/>
        <w:t>фіялки моря, як провісні.&lt;br /&gt;</w:t>
        <w:br/>
        <w:t>А слідом і корона камник виллє,&lt;br /&gt;</w:t>
        <w:br/>
        <w:t>підпалюючи хвилю в радість.&lt;br /&gt;</w:t>
        <w:br/>
        <w:t>На квіття—знов при острові невільне—&lt;br /&gt;</w:t>
        <w:br/>
        <w:t>душі з вітрилами збиратись.</w:t>
      </w:r>
    </w:p>
    <w:p>
      <w:r>
        <w:br/>
        <w:t>14.11.53&lt;br /&gt;</w:t>
        <w:br/>
        <w:t>СОНЦЕ І ДОЛЯ</w:t>
      </w:r>
    </w:p>
    <w:p>
      <w:r>
        <w:br/>
        <w:t>Всміхнулося в труні, досвітнє! рідне,&lt;br /&gt;</w:t>
        <w:br/>
        <w:t>з могили сліз; я довго ждав.&lt;br /&gt;</w:t>
        <w:br/>
        <w:t>Ви—вірне серце від снігів зогрійте,&lt;br /&gt;</w:t>
        <w:br/>
        <w:t>фіялки! хоч ножів нужда.</w:t>
      </w:r>
    </w:p>
    <w:p>
      <w:r>
        <w:br/>
        <w:t>Вже приливається, життя освятне:&lt;br /&gt;</w:t>
        <w:br/>
        <w:t>немов вино,— трава ворожить.&lt;br /&gt;</w:t>
        <w:br/>
        <w:t>Тоді ні казка моря не зів'яне,&lt;br /&gt;</w:t>
        <w:br/>
        <w:t>гуртки зірок при ній погожі...</w:t>
      </w:r>
    </w:p>
    <w:p>
      <w:r>
        <w:br/>
        <w:t>тобі: в останній чайчин плач: весела,&lt;br /&gt;</w:t>
        <w:br/>
        <w:t>засвітить ставники від лісу.&lt;br /&gt;</w:t>
        <w:br/>
        <w:t>І слово сонця на квітник поселить:&lt;br /&gt;</w:t>
        <w:br/>
        <w:t>при бурунах, що з смутку блиснуть.&lt;br /&gt;</w:t>
        <w:br/>
        <w:t>Крізь нього доля, матінка фіялок,&lt;br /&gt;</w:t>
        <w:br/>
        <w:t>на воскресіннях на горючих—&lt;br /&gt;</w:t>
        <w:br/>
        <w:t>як свідок, спочування любо з'явить&lt;br /&gt;</w:t>
        <w:br/>
        <w:t>і душі в круг перснів заручить.</w:t>
      </w:r>
    </w:p>
    <w:p>
      <w:r>
        <w:br/>
        <w:t>23.III.53&lt;br /&gt;</w:t>
        <w:br/>
        <w:t>ВИСОЧИНА ВЕСНИ</w:t>
      </w:r>
    </w:p>
    <w:p>
      <w:r>
        <w:br/>
        <w:t>Відвіяно—немає тіні! вільна,&lt;br /&gt;</w:t>
        <w:br/>
        <w:t>відкрила квітка навзліт крильця:&lt;br /&gt;</w:t>
        <w:br/>
        <w:t>тоді до стрічі зіркова новина,—&lt;br /&gt;</w:t>
        <w:br/>
        <w:t>під білим вітром покориться.</w:t>
      </w:r>
    </w:p>
    <w:p>
      <w:r>
        <w:br/>
        <w:t>Вже короговно збарвився, без крови—&lt;br /&gt;</w:t>
        <w:br/>
        <w:t>бузок, мов смолоскип, димівши;&lt;br /&gt;</w:t>
        <w:br/>
        <w:t>до стрічі посвітами всім промовить,&lt;br /&gt;</w:t>
        <w:br/>
        <w:t>поколихнувшись наймиліший.</w:t>
      </w:r>
    </w:p>
    <w:p>
      <w:r>
        <w:br/>
        <w:t>Пташки, грудьми дзвенющі, при хустинці&lt;br /&gt;</w:t>
        <w:br/>
        <w:t>весни, немов сестри, заводять.&lt;br /&gt;</w:t>
        <w:br/>
        <w:t>І усміхами, теплі, сповістились&lt;br /&gt;</w:t>
        <w:br/>
        <w:t>грядки; як знак; нетлінна врода.&lt;br /&gt;</w:t>
        <w:br/>
        <w:t>Вже мимо дзвонів, тишина пливтиме,&lt;br /&gt;</w:t>
        <w:br/>
        <w:t>відрадністю від зілля повна.&lt;br /&gt;</w:t>
        <w:br/>
        <w:t>З помріяного—й сонце нестемниме&lt;br /&gt;</w:t>
        <w:br/>
        <w:t>покличе пахощами: з поля.</w:t>
      </w:r>
    </w:p>
    <w:p>
      <w:r>
        <w:br/>
        <w:t>25.111.53&lt;br /&gt;</w:t>
        <w:br/>
        <w:t>ВЕСНА САДІВ</w:t>
      </w:r>
    </w:p>
    <w:p>
      <w:r>
        <w:br/>
        <w:t>Зіходить огник, безгомінно, з листу! —&lt;br /&gt;</w:t>
        <w:br/>
        <w:t>а мов благословення шепче:&lt;br /&gt;</w:t>
        <w:br/>
        <w:t>тобі на стежку, світлістю облиту,&lt;br /&gt;</w:t>
        <w:br/>
        <w:t>хоч тіння приторкає плечі.&lt;br /&gt;</w:t>
        <w:br/>
        <w:t>Від воскресіння світоч вірно любить,&lt;br /&gt;</w:t>
        <w:br/>
        <w:t>іде в горючім стихарі.&lt;br /&gt;</w:t>
        <w:br/>
        <w:t>Знов олеандрів виголос прилюдний&lt;br /&gt;</w:t>
        <w:br/>
        <w:t>почався! — як скрипки, зрости.</w:t>
      </w:r>
    </w:p>
    <w:p>
      <w:r>
        <w:br/>
        <w:t>І ніби прихожан громада дружня:&lt;br /&gt;</w:t>
        <w:br/>
        <w:t>стоять похрещені тюльпани.&lt;br /&gt;</w:t>
        <w:br/>
        <w:t>Біля криниці неба всі заждуться—&lt;br /&gt;</w:t>
        <w:br/>
        <w:t>блакитного життя спитати.</w:t>
      </w:r>
    </w:p>
    <w:p>
      <w:r>
        <w:br/>
        <w:t>З верхів'я квітня всім непокориме&lt;br /&gt;</w:t>
        <w:br/>
        <w:t>зворушення: в серцях причасне—&lt;br /&gt;</w:t>
        <w:br/>
        <w:t>над вічний камінь церкви, над дверима,&lt;br /&gt;</w:t>
        <w:br/>
        <w:t>де з гілки горлиця стрічає.</w:t>
      </w:r>
    </w:p>
    <w:p>
      <w:r>
        <w:br/>
        <w:t>1 1 .IV.53&lt;br /&gt;</w:t>
        <w:br/>
        <w:t>НЕСПОКІЙ ВЕСНИ</w:t>
      </w:r>
    </w:p>
    <w:p>
      <w:r>
        <w:br/>
        <w:t>Відстраждує туман холодне горе;&lt;br /&gt;</w:t>
        <w:br/>
        <w:t>за сосни, за обрив прощатись.&lt;br /&gt;</w:t>
        <w:br/>
        <w:t>А океан—гримучий присок згорне:&lt;br /&gt;</w:t>
        <w:br/>
        <w:t>мов з тисячі печей горщаті.</w:t>
      </w:r>
    </w:p>
    <w:p>
      <w:r>
        <w:br/>
        <w:t>І нам, добігши безлічами стрічок,&lt;br /&gt;</w:t>
        <w:br/>
        <w:t>обмиє ноги: в стежку добру.&lt;br /&gt;</w:t>
        <w:br/>
        <w:t>Зозулина верба вдовує вічно!—&lt;br /&gt;</w:t>
        <w:br/>
        <w:t>на відсвіти вронила вроду.</w:t>
      </w:r>
    </w:p>
    <w:p>
      <w:r>
        <w:br/>
        <w:t>Спитає щирий дощ, кому ридати? —&lt;br /&gt;</w:t>
        <w:br/>
        <w:t>святкам бузків краплини губить.&lt;br /&gt;</w:t>
        <w:br/>
        <w:t>Мов чистий плач, прийшла весіння радість,&lt;br /&gt;</w:t>
        <w:br/>
        <w:t>поіскриться з суцвітків любих...</w:t>
      </w:r>
    </w:p>
    <w:p>
      <w:r>
        <w:br/>
        <w:t>мов з вугілля кадильного пашіти&lt;br /&gt;</w:t>
        <w:br/>
        <w:t>від верхотрав'я по саду.&lt;br /&gt;</w:t>
        <w:br/>
        <w:t>Завіса невидима! їй пташини&lt;br /&gt;</w:t>
        <w:br/>
        <w:t>на взори—спогади складуть.</w:t>
      </w:r>
    </w:p>
    <w:p>
      <w:r>
        <w:br/>
        <w:t>1 2.IV.53&lt;br /&gt;</w:t>
        <w:br/>
        <w:t>ВІКНО ВАШІНҐТОНА</w:t>
      </w:r>
    </w:p>
    <w:p>
      <w:r>
        <w:br/>
        <w:t>Як небо промовляє про безвинних!—&lt;br /&gt;</w:t>
        <w:br/>
        <w:t>від чаші сонця скрізь говій.&lt;br /&gt;</w:t>
        <w:br/>
        <w:t>Ялина—сосна і при ній барвінок:&lt;br /&gt;</w:t>
        <w:br/>
        <w:t>неначе знаки в корогві.&lt;br /&gt;</w:t>
        <w:br/>
        <w:t>І знов розкрилюється голуб мовчки;&lt;br /&gt;</w:t>
        <w:br/>
        <w:t>любови промінь до стокроток.&lt;br /&gt;</w:t>
        <w:br/>
        <w:t>Хоч і до серця з гілочок дівочих&lt;br /&gt;</w:t>
        <w:br/>
        <w:t>печалями дощі покроплять.</w:t>
      </w:r>
    </w:p>
    <w:p>
      <w:r>
        <w:br/>
        <w:t>Але не зглянути ні річку долі,&lt;br /&gt;</w:t>
        <w:br/>
        <w:t>ні визорити з квітня ризу.&lt;br /&gt;</w:t>
        <w:br/>
        <w:t>Подвижник—як живий, над нею й досі,&lt;br /&gt;</w:t>
        <w:br/>
        <w:t>де зорі в колосок добризнуть.&lt;br /&gt;</w:t>
        <w:br/>
        <w:t>Крізь полум'я приніс рисунок правди&lt;br /&gt;</w:t>
        <w:br/>
        <w:t>і чести покріпив світильник,&lt;br /&gt;</w:t>
        <w:br/>
        <w:t>що земель течію навік принадить&lt;br /&gt;</w:t>
        <w:br/>
        <w:t>аж до вікна, як до святині.&lt;br /&gt;</w:t>
        <w:br/>
        <w:t>І знов безсмертник неба: звістка чиста&lt;br /&gt;</w:t>
        <w:br/>
        <w:t>з намету хмарного—білява.&lt;br /&gt;</w:t>
        <w:br/>
        <w:t>Село моє! мов сивий птах від листя;&lt;br /&gt;</w:t>
        <w:br/>
        <w:t>кадильниці черешень славлять.</w:t>
      </w:r>
    </w:p>
    <w:p>
      <w:r>
        <w:br/>
        <w:t>1 2.VI.53&lt;br /&gt;</w:t>
        <w:br/>
        <w:t>ВІДНОВА БЕРЕГА&lt;br /&gt;</w:t>
        <w:br/>
        <w:t>І.</w:t>
      </w:r>
    </w:p>
    <w:p>
      <w:r>
        <w:br/>
        <w:t>Чи звісткою живою знов прилине&lt;br /&gt;</w:t>
        <w:br/>
        <w:t>вітрильце—як від тебе хустка?&lt;br /&gt;</w:t>
        <w:br/>
        <w:t>Довір'я колосків біжить поклінне,&lt;br /&gt;</w:t>
        <w:br/>
        <w:t>а води болем не зметнуться.</w:t>
      </w:r>
    </w:p>
    <w:p>
      <w:r>
        <w:br/>
        <w:t>Що зміна вірна, ми пізнали з бризку;&lt;br /&gt;</w:t>
        <w:br/>
        <w:t>як кров, тепло по бростях крапле.&lt;br /&gt;</w:t>
        <w:br/>
        <w:t>Весну відсвітить, грозами негрізну,—&lt;br /&gt;</w:t>
        <w:br/>
        <w:t>клопочеться буруння красне.</w:t>
      </w:r>
    </w:p>
    <w:p>
      <w:r>
        <w:br/>
        <w:t>Проти недолі океан знаходить&lt;br /&gt;</w:t>
        <w:br/>
        <w:t>віночок неба й віщу свічку.&lt;br /&gt;</w:t>
        <w:br/>
        <w:t>Роменам білої не буде згоди,&lt;br /&gt;</w:t>
        <w:br/>
        <w:t>коли без них весну покличуть.</w:t>
      </w:r>
    </w:p>
    <w:p>
      <w:r>
        <w:br/>
        <w:t>Відчує серце, ніби птах, сумирне:&lt;br /&gt;</w:t>
        <w:br/>
        <w:t>як промовля життя з погреб'я.&lt;br /&gt;</w:t>
        <w:br/>
        <w:t>Вже блискавок прибій найближче рине—&lt;br /&gt;</w:t>
        <w:br/>
        <w:t>до пролісків збудити берег.&lt;br /&gt;</w:t>
        <w:br/>
        <w:t>ВІДНОВА БЕРЕГА&lt;br /&gt;</w:t>
        <w:br/>
        <w:t>II.</w:t>
      </w:r>
    </w:p>
    <w:p>
      <w:r>
        <w:br/>
        <w:t>Посвідчать камені, ладами кріпкі:&lt;br /&gt;</w:t>
        <w:br/>
        <w:t>як з моря встали для соборів!&lt;br /&gt;</w:t>
        <w:br/>
        <w:t>А там ні в мармур груди не закрити;&lt;br /&gt;</w:t>
        <w:br/>
        <w:t>всіх дзвони кликатимуть скорі.&lt;br /&gt;</w:t>
        <w:br/>
        <w:t>Чи проти смерти напрям чайка врадить,&lt;br /&gt;</w:t>
        <w:br/>
        <w:t>хоч—колоски світил минувши?&lt;br /&gt;</w:t>
        <w:br/>
        <w:t>А в спомині, зеленому риданні,&lt;br /&gt;</w:t>
        <w:br/>
        <w:t>порушиться шипшини кущик.&lt;br /&gt;</w:t>
        <w:br/>
        <w:t>Мов з моря молоді дороги плинуть;&lt;br /&gt;</w:t>
        <w:br/>
        <w:t>сопілка променя рожевна.&lt;br /&gt;</w:t>
        <w:br/>
        <w:t>Невже вікно та квітку неповинну&lt;br /&gt;</w:t>
        <w:br/>
        <w:t>забути, що в негоді—жертва?&lt;br /&gt;</w:t>
        <w:br/>
        <w:t>Хатки, мов горлиці: туркочуть, сиві,&lt;br /&gt;</w:t>
        <w:br/>
        <w:t>далекій райдузі в віночок.&lt;br /&gt;</w:t>
        <w:br/>
        <w:t>Поклич! де кобзарями на весіллі,&lt;br /&gt;</w:t>
        <w:br/>
        <w:t>смутні моря втішати хочуть.</w:t>
      </w:r>
    </w:p>
    <w:p>
      <w:r>
        <w:br/>
        <w:t>ІУ.53&lt;br /&gt;</w:t>
        <w:br/>
        <w:t>ПЕРЕМІННІСТЬ</w:t>
      </w:r>
    </w:p>
    <w:p>
      <w:r>
        <w:br/>
        <w:t>Невже довір'я крилами розбилось&lt;br /&gt;</w:t>
        <w:br/>
        <w:t>огню блакитного: навіки?...&lt;br /&gt;</w:t>
        <w:br/>
        <w:t>Як з ворожби біжать сліди рибинок,—&lt;br /&gt;</w:t>
        <w:br/>
        <w:t>сузір'я віють морю в вікна.</w:t>
      </w:r>
    </w:p>
    <w:p>
      <w:r>
        <w:br/>
        <w:t>А вранці правда лебедина—з сонця&lt;br /&gt;</w:t>
        <w:br/>
        <w:t>співучу хусточку відгорне.&lt;br /&gt;</w:t>
        <w:br/>
        <w:t>Гуртками лілій розсвіта часовня;&lt;br /&gt;</w:t>
        <w:br/>
        <w:t>чи серця вже твоє негорде?&lt;br /&gt;</w:t>
        <w:br/>
        <w:t>Помилиться веселка, скелі снившись:&lt;br /&gt;</w:t>
        <w:br/>
        <w:t>без розквіту чуття минуче.&lt;br /&gt;</w:t>
        <w:br/>
        <w:t>Мені: від персня яблуні квітніший,&lt;br /&gt;</w:t>
        <w:br/>
        <w:t>твій сон! ні каменем не мучить.&lt;br /&gt;</w:t>
        <w:br/>
        <w:t>Страждання моря. Бурі ниву зводять,&lt;br /&gt;</w:t>
        <w:br/>
        <w:t>з гримучими ключами йдучи...&lt;br /&gt;</w:t>
        <w:br/>
        <w:t>при рідній—скарби радости; колодязь,&lt;br /&gt;</w:t>
        <w:br/>
        <w:t>де бджоли п'ють, від горя дужчі.</w:t>
      </w:r>
    </w:p>
    <w:p>
      <w:r>
        <w:br/>
        <w:t>8.VI.53&lt;br /&gt;</w:t>
        <w:br/>
        <w:t>НАДГІРНИЙ РАНОК</w:t>
      </w:r>
    </w:p>
    <w:p>
      <w:r>
        <w:br/>
        <w:t>Вершини ширяться: мов синій голуб;&lt;br /&gt;</w:t>
        <w:br/>
        <w:t>ліси в росі! — туман стомивсь.&lt;br /&gt;</w:t>
        <w:br/>
        <w:t>А жеврій неба зсипано додолу:&lt;br /&gt;</w:t>
        <w:br/>
        <w:t>до кореня тополь самих.</w:t>
      </w:r>
    </w:p>
    <w:p>
      <w:r>
        <w:br/>
        <w:t>Скелиння все—мов гнів орлиний, дике;&lt;br /&gt;</w:t>
        <w:br/>
        <w:t>а світлота смиренна свідчить:&lt;br /&gt;</w:t>
        <w:br/>
        <w:t>від обрію до огнища гвоздичок,&lt;br /&gt;</w:t>
        <w:br/>
        <w:t>між нами, з далечин одвічних.</w:t>
      </w:r>
    </w:p>
    <w:p>
      <w:r>
        <w:br/>
        <w:t>До сизости безодняної, кроткий,&lt;br /&gt;</w:t>
        <w:br/>
        <w:t>в обрив струмок проливсь, як глечик.&lt;br /&gt;</w:t>
        <w:br/>
        <w:t>А знов негода встигла побороти&lt;br /&gt;</w:t>
        <w:br/>
        <w:t>стежинку вбогу! трави злеглі.&lt;br /&gt;</w:t>
        <w:br/>
        <w:t>Де ж ти? далеко, грозове нещастя&lt;br /&gt;</w:t>
        <w:br/>
        <w:t>пташину голубу скидає.&lt;br /&gt;</w:t>
        <w:br/>
        <w:t>Коли в руїнах днів—річкам кричати&lt;br /&gt;</w:t>
        <w:br/>
        <w:t>про горе, кригою кайданне.</w:t>
      </w:r>
    </w:p>
    <w:p>
      <w:r>
        <w:br/>
        <w:t>Але вже милосердна свічка сходить,&lt;br /&gt;</w:t>
        <w:br/>
        <w:t>і полум'я щільник—крізь листя...&lt;br /&gt;</w:t>
        <w:br/>
        <w:t>Приклонимось назавжди: душу подих&lt;br /&gt;</w:t>
        <w:br/>
        <w:t>надсвітнього життя очистить.</w:t>
      </w:r>
    </w:p>
    <w:p>
      <w:r>
        <w:br/>
        <w:t>5.VII.53&lt;br /&gt;</w:t>
        <w:br/>
        <w:t>ВЕЧІР ПЕРЕДЧУТТЯ</w:t>
      </w:r>
    </w:p>
    <w:p>
      <w:r>
        <w:br/>
        <w:t>Пораненого крик у чорнім зіллі;&lt;br /&gt;</w:t>
        <w:br/>
        <w:t>так покривавить горе сонця&lt;br /&gt;</w:t>
        <w:br/>
        <w:t>(де ми сповидний скарб не розділили!)—&lt;br /&gt;</w:t>
        <w:br/>
        <w:t>по глибині води внеслося.</w:t>
      </w:r>
    </w:p>
    <w:p>
      <w:r>
        <w:br/>
        <w:t>Куди не глянути: мов клятва мертва;&lt;br /&gt;</w:t>
        <w:br/>
        <w:t>дохлюпає під острів судний.&lt;br /&gt;</w:t>
        <w:br/>
        <w:t>Жаринне божевілля, хмар химери;&lt;br /&gt;</w:t>
        <w:br/>
        <w:t>чи вернемось? росинок чудо.</w:t>
      </w:r>
    </w:p>
    <w:p>
      <w:r>
        <w:br/>
        <w:t>А марить по крутизні, з'ява марить,&lt;br /&gt;</w:t>
        <w:br/>
        <w:t>німуща; де орел без корму.&lt;br /&gt;</w:t>
        <w:br/>
        <w:t>І грозова рибина—бризки в радість&lt;br /&gt;</w:t>
        <w:br/>
        <w:t>не кида з течії нікому.&lt;br /&gt;</w:t>
        <w:br/>
        <w:t>До стежки серебро зелене стеле&lt;br /&gt;</w:t>
        <w:br/>
        <w:t>руїна моря, грізно зрісши...&lt;br /&gt;</w:t>
        <w:br/>
        <w:t>біжить моя біда! як плити склепів,&lt;br /&gt;</w:t>
        <w:br/>
        <w:t>вали: від споминів скоріші.&lt;br /&gt;</w:t>
        <w:br/>
        <w:t>А галузок ридання, звіку звичне,&lt;br /&gt;</w:t>
        <w:br/>
        <w:t>дитячу хвилю з ниви прийме.&lt;br /&gt;</w:t>
        <w:br/>
        <w:t>Чи вернемось? їй скорбі не скінчити,&lt;br /&gt;</w:t>
        <w:br/>
        <w:t>де з кров'ю все горіння рівне.</w:t>
      </w:r>
    </w:p>
    <w:p>
      <w:r>
        <w:br/>
        <w:t>1 1 .VII.53&lt;br /&gt;</w:t>
        <w:br/>
        <w:t>НАДІЯ БЕРЕГА</w:t>
      </w:r>
    </w:p>
    <w:p>
      <w:r>
        <w:br/>
        <w:t>Склопотано: як полум'я і пташка,—&lt;br /&gt;</w:t>
        <w:br/>
        <w:t>над скойчинками буря кружить;&lt;br /&gt;</w:t>
        <w:br/>
        <w:t>як дзвін, чи кинеться квіток питати&lt;br /&gt;</w:t>
        <w:br/>
        <w:t>твоїх, де зберегтися дружбі?</w:t>
      </w:r>
    </w:p>
    <w:p>
      <w:r>
        <w:br/>
        <w:t>Чи зернами з грози не зблисне камінь,&lt;br /&gt;</w:t>
        <w:br/>
        <w:t>горівши до води? й до тебе—&lt;br /&gt;</w:t>
        <w:br/>
        <w:t>чи ластівки надії не змовкали,&lt;br /&gt;</w:t>
        <w:br/>
        <w:t>хоч поле й смолками нестерпне?...</w:t>
      </w:r>
    </w:p>
    <w:p>
      <w:r>
        <w:br/>
        <w:t>Німа, мов тінь від сосни; нежорстока,&lt;br /&gt;</w:t>
        <w:br/>
        <w:t>нам зірка голубів падуча.&lt;br /&gt;</w:t>
        <w:br/>
        <w:t>Та доки голосів завіса, доки? —&lt;br /&gt;</w:t>
        <w:br/>
        <w:t>чи вже навік свічки розлучать...</w:t>
      </w:r>
    </w:p>
    <w:p>
      <w:r>
        <w:br/>
        <w:t>Іде! запалюючи псальми: в ризі&lt;br /&gt;</w:t>
        <w:br/>
        <w:t>лілей, що з сліз, іде прощення.&lt;br /&gt;</w:t>
        <w:br/>
        <w:t>Вже течія його крізь грім розрізнить&lt;br /&gt;</w:t>
        <w:br/>
        <w:t>і нас, огнем неізреченна.</w:t>
      </w:r>
    </w:p>
    <w:p>
      <w:r>
        <w:br/>
        <w:t>1 7.VII.53&lt;br /&gt;</w:t>
        <w:br/>
        <w:t>НЕТИХИЙ ОКЕАН</w:t>
      </w:r>
    </w:p>
    <w:p>
      <w:r>
        <w:br/>
        <w:t>Мов із пожеж іруну піскам дарує! —&lt;br /&gt;</w:t>
        <w:br/>
        <w:t>оповідаючи страждання...&lt;br /&gt;</w:t>
        <w:br/>
        <w:t>чи ранені голубить квіти вдруге:&lt;br /&gt;</w:t>
        <w:br/>
        <w:t>із воплем, що душа не ждала.</w:t>
      </w:r>
    </w:p>
    <w:p>
      <w:r>
        <w:br/>
        <w:t>На вибух: спінено відшаленіти&lt;br /&gt;</w:t>
        <w:br/>
        <w:t>(мов землетрус хатки зневажить).&lt;br /&gt;</w:t>
        <w:br/>
        <w:t>У мушлях—краплями плачі налиті,&lt;br /&gt;</w:t>
        <w:br/>
        <w:t>їх досвітляє південь жвавий.&lt;br /&gt;</w:t>
        <w:br/>
        <w:t>Побавиться дитя в одежці збрижній,&lt;br /&gt;</w:t>
        <w:br/>
        <w:t>від хвиль розвалених відбігши...&lt;br /&gt;</w:t>
        <w:br/>
        <w:t>Уже від прірви грім йому не змінить&lt;br /&gt;</w:t>
        <w:br/>
        <w:t>розваг—крім дому, найлюбіших.</w:t>
      </w:r>
    </w:p>
    <w:p>
      <w:r>
        <w:br/>
        <w:t>А звуглившися, паля, ніби сторож:&lt;br /&gt;</w:t>
        <w:br/>
        <w:t>без галузок, стерпля в'язничність.&lt;br /&gt;</w:t>
        <w:br/>
        <w:t>Млин океанів! і жорстоке жорно—&lt;br /&gt;</w:t>
        <w:br/>
        <w:t>як свідок голодів чаїних.</w:t>
      </w:r>
    </w:p>
    <w:p>
      <w:r>
        <w:br/>
        <w:t>1 8.VII.53&lt;br /&gt;</w:t>
        <w:br/>
        <w:t>БУРЯ</w:t>
      </w:r>
    </w:p>
    <w:p>
      <w:r>
        <w:br/>
        <w:t>Не змориться! все—в пристрасті, зелене,&lt;br /&gt;</w:t>
        <w:br/>
        <w:t>прозір'я з бризком не згоря.&lt;br /&gt;</w:t>
        <w:br/>
        <w:t>Ображене: як гримне келех, ледве&lt;br /&gt;</w:t>
        <w:br/>
        <w:t>й рибина й райдуги сестра...&lt;br /&gt;</w:t>
        <w:br/>
        <w:t>А скелю, мов утопленою поїть —&lt;br /&gt;</w:t>
        <w:br/>
        <w:t>захлинутися в хвилю лиха!&lt;br /&gt;</w:t>
        <w:br/>
        <w:t>Колишеться мені сльозами повість&lt;br /&gt;</w:t>
        <w:br/>
        <w:t>на грудях, сплесками прилита.</w:t>
      </w:r>
    </w:p>
    <w:p>
      <w:r>
        <w:br/>
        <w:t>І кружиться по крові, воплем бивши,&lt;br /&gt;</w:t>
        <w:br/>
        <w:t>вкидаючи в ридання сонце:&lt;br /&gt;</w:t>
        <w:br/>
        <w:t>воно, кохана, крізь туман, любіше,—&lt;br /&gt;</w:t>
        <w:br/>
        <w:t>дозріє з моря! в зілля сонне.&lt;br /&gt;</w:t>
        <w:br/>
        <w:t>І розкувавшися, шкодує гірко,&lt;br /&gt;</w:t>
        <w:br/>
        <w:t>де тиші від гробів не скрушить:&lt;br /&gt;</w:t>
        <w:br/>
        <w:t>де ти, лілеє, ти—вітрів сирітко! —&lt;br /&gt;</w:t>
        <w:br/>
        <w:t>до скриньки нарікань бризкучих.</w:t>
      </w:r>
    </w:p>
    <w:p>
      <w:r>
        <w:br/>
        <w:t>19.VII.53&lt;br /&gt;</w:t>
        <w:br/>
        <w:t>ТУРБОТА</w:t>
      </w:r>
    </w:p>
    <w:p>
      <w:r>
        <w:br/>
        <w:t>— На розсуд світла вийди! пожаліє&lt;br /&gt;</w:t>
        <w:br/>
        <w:t>розбита до краплинки доля.&lt;br /&gt;</w:t>
        <w:br/>
        <w:t>Збіліє збір'я берегів залізне,&lt;br /&gt;</w:t>
        <w:br/>
        <w:t>від хвилі: з валунів недовга.&lt;br /&gt;</w:t>
        <w:br/>
        <w:t>Зміліла! в гребінці плачі розчешуть,&lt;br /&gt;</w:t>
        <w:br/>
        <w:t>і ти не чутимеш біліших:&lt;br /&gt;</w:t>
        <w:br/>
        <w:t>вони до вівтаря зірок причетну&lt;br /&gt;</w:t>
        <w:br/>
        <w:t>ведуть мережку при обличчі...&lt;br /&gt;</w:t>
        <w:br/>
        <w:t>чаровану, як нива! зелень крови&lt;br /&gt;</w:t>
        <w:br/>
        <w:t>і мальву в хаток колихають.&lt;br /&gt;</w:t>
        <w:br/>
        <w:t>Дихання каменя і тьма—ні трохи&lt;br /&gt;</w:t>
        <w:br/>
        <w:t>з негоди не торкнуть кохану.</w:t>
      </w:r>
    </w:p>
    <w:p>
      <w:r>
        <w:br/>
        <w:t>Тоді любов—як сон; і все тривожне,&lt;br /&gt;</w:t>
        <w:br/>
        <w:t>все тебо поблагає грішник...&lt;br /&gt;</w:t>
        <w:br/>
        <w:t>і море, золоте ридання, може&lt;br /&gt;</w:t>
        <w:br/>
        <w:t>до чайки на піску горіти.</w:t>
      </w:r>
    </w:p>
    <w:p>
      <w:r>
        <w:br/>
        <w:t>26.VII.53&lt;br /&gt;</w:t>
        <w:br/>
        <w:t>МАЙБУТНІ РОСЛИНИ</w:t>
      </w:r>
    </w:p>
    <w:p>
      <w:r>
        <w:br/>
        <w:t>Що зором голубині, чисті—віщі,&lt;br /&gt;</w:t>
        <w:br/>
        <w:t>прихиляться на свято в руки...&lt;br /&gt;</w:t>
        <w:br/>
        <w:t>барвітимуть, розкривши небо, ввічі,&lt;br /&gt;</w:t>
        <w:br/>
        <w:t>як подих досвіту порушить.</w:t>
      </w:r>
    </w:p>
    <w:p>
      <w:r>
        <w:br/>
        <w:t>Він найбезвинніших збирає мирно,&lt;br /&gt;</w:t>
        <w:br/>
        <w:t>притінених крізь сірі будні:&lt;br /&gt;</w:t>
        <w:br/>
        <w:t>святою кров'я розцвітати в ірмос,&lt;br /&gt;</w:t>
        <w:br/>
        <w:t>і ластівки твої розбудить.&lt;br /&gt;</w:t>
        <w:br/>
        <w:t>Небесне море, в тайності, без болю,&lt;br /&gt;</w:t>
        <w:br/>
        <w:t>з жоржинного життя—обходить...&lt;br /&gt;</w:t>
        <w:br/>
        <w:t>торкнутися до синіх крил дозволить&lt;br /&gt;</w:t>
        <w:br/>
        <w:t>галузочкам душі сьогодні.&lt;br /&gt;</w:t>
        <w:br/>
        <w:t>Вечірні, зібрані на росах свідки,&lt;br /&gt;</w:t>
        <w:br/>
        <w:t>прихиляться в спокутній грядці:&lt;br /&gt;</w:t>
        <w:br/>
        <w:t>побачивши, як жар, як жаль несвітський&lt;br /&gt;</w:t>
        <w:br/>
        <w:t>в зіницях сонця розгорявся.</w:t>
      </w:r>
    </w:p>
    <w:p>
      <w:r>
        <w:br/>
        <w:t>Уже ні бджілці не минути любо,&lt;br /&gt;</w:t>
        <w:br/>
        <w:t>ні нам з тобою стрій суцвіття...&lt;br /&gt;</w:t>
        <w:br/>
        <w:t>розпалить суд! і сколихнуться люди,&lt;br /&gt;</w:t>
        <w:br/>
        <w:t>травинками на грім дивитись.</w:t>
      </w:r>
    </w:p>
    <w:p>
      <w:r>
        <w:br/>
        <w:t>31 .VII.53&lt;br /&gt;</w:t>
        <w:br/>
        <w:t>ЖАЛЬ</w:t>
      </w:r>
    </w:p>
    <w:p>
      <w:r>
        <w:br/>
        <w:t>Любови муки—мов річки існують&lt;br /&gt;</w:t>
        <w:br/>
        <w:t>без снігу: перед очі добрі...&lt;br /&gt;</w:t>
        <w:br/>
        <w:t>відбили скелю світленого смутку—&lt;br /&gt;</w:t>
        <w:br/>
        <w:t>саму, де в сонці чайка бродить.</w:t>
      </w:r>
    </w:p>
    <w:p>
      <w:r>
        <w:br/>
        <w:t>Стріпнеться, прагнучи живого сяйва:&lt;br /&gt;</w:t>
        <w:br/>
        <w:t>нести і вірно поріднити.&lt;br /&gt;</w:t>
        <w:br/>
        <w:t>Далекі зорі з'єднує присяга,&lt;br /&gt;</w:t>
        <w:br/>
        <w:t>незнана! як промінні ниті.&lt;br /&gt;</w:t>
        <w:br/>
        <w:t>А туга; ніби грози з кораблями,&lt;br /&gt;</w:t>
        <w:br/>
        <w:t>зросла, до прибережжя бившись...&lt;br /&gt;</w:t>
        <w:br/>
        <w:t>Пташини бистрі з блискавки—минали&lt;br /&gt;</w:t>
        <w:br/>
        <w:t>квітинку в грядках найбідніших.&lt;br /&gt;</w:t>
        <w:br/>
        <w:t>І хвиля, як вікно, розбита! вслідна,&lt;br /&gt;</w:t>
        <w:br/>
        <w:t>що скойки з криком похоронить.&lt;br /&gt;</w:t>
        <w:br/>
        <w:t>А море: синє відліта весілля,—&lt;br /&gt;</w:t>
        <w:br/>
        <w:t>вітрила спомину в полоні.</w:t>
      </w:r>
    </w:p>
    <w:p>
      <w:r>
        <w:br/>
        <w:t>1 .VIII.53&lt;br /&gt;</w:t>
        <w:br/>
        <w:t>ПОГРОЗЗЯ ОКЕАНУ</w:t>
      </w:r>
    </w:p>
    <w:p>
      <w:r>
        <w:br/>
        <w:t>Погомонить, мов ліс, до болю! злою&lt;br /&gt;</w:t>
        <w:br/>
        <w:t>примарою не знає хати.&lt;br /&gt;</w:t>
        <w:br/>
        <w:t>Мов кинеться нещастя, над тобою —&lt;br /&gt;</w:t>
        <w:br/>
        <w:t>крилато, відшумить зникати.</w:t>
      </w:r>
    </w:p>
    <w:p>
      <w:r>
        <w:br/>
        <w:t>Розбризкану, як сніжна кров, мережку,&lt;br /&gt;</w:t>
        <w:br/>
        <w:t>зриває, в леви перебігши,&lt;br /&gt;</w:t>
        <w:br/>
        <w:t>де ревом доженуть необережну—&lt;br /&gt;</w:t>
        <w:br/>
        <w:t>схвильовану і чайку, ближчі.</w:t>
      </w:r>
    </w:p>
    <w:p>
      <w:r>
        <w:br/>
        <w:t>І смуток кружений, без хвиль надії,&lt;br /&gt;</w:t>
        <w:br/>
        <w:t>обвалиться в грозу димучу...&lt;br /&gt;</w:t>
        <w:br/>
        <w:t>де все ясмини, де гілки недільні;&lt;br /&gt;</w:t>
        <w:br/>
        <w:t>моє прощання; ждати мушу.</w:t>
      </w:r>
    </w:p>
    <w:p>
      <w:r>
        <w:br/>
        <w:t>Та не забудеться блакитне горе&lt;br /&gt;</w:t>
        <w:br/>
        <w:t>горіти сіллю, з світу рвавшись.&lt;br /&gt;</w:t>
        <w:br/>
        <w:t>Об берег серця б'є! змовка, просторе,&lt;br /&gt;</w:t>
        <w:br/>
        <w:t>коло вікна церков назавжди.</w:t>
      </w:r>
    </w:p>
    <w:p>
      <w:r>
        <w:br/>
        <w:t>5.VIII.53&lt;br /&gt;</w:t>
        <w:br/>
        <w:t>ПЕРЕХІДНИЙ БЕРЕГ</w:t>
      </w:r>
    </w:p>
    <w:p>
      <w:r>
        <w:br/>
        <w:t>На покаяння, серед смерти, парус&lt;br /&gt;</w:t>
        <w:br/>
        <w:t>посвічено при щоглі серпня.&lt;br /&gt;</w:t>
        <w:br/>
        <w:t>Всі—до човнів життя: в нещасті прагнуть,&lt;br /&gt;</w:t>
        <w:br/>
        <w:t>де резеда вітрів небесна.</w:t>
      </w:r>
    </w:p>
    <w:p>
      <w:r>
        <w:br/>
        <w:t>І кожне серце побажає звістки,&lt;br /&gt;</w:t>
        <w:br/>
        <w:t>що—світла: як дверми часовня.&lt;br /&gt;</w:t>
        <w:br/>
        <w:t>Обпінить океан окрилля звідси,&lt;br /&gt;</w:t>
        <w:br/>
        <w:t>де в острова поріг знайшовся...&lt;br /&gt;</w:t>
        <w:br/>
        <w:t>та в соняшника жеврить сто сльозинок;&lt;br /&gt;</w:t>
        <w:br/>
        <w:t>та ластівкам на схід звернутись.&lt;br /&gt;</w:t>
        <w:br/>
        <w:t>Жасминик радости до райдуг близько,&lt;br /&gt;</w:t>
        <w:br/>
        <w:t>хоч кораблі на дні—як труни.&lt;br /&gt;</w:t>
        <w:br/>
        <w:t>Та при джерелах світляних береза,&lt;br /&gt;</w:t>
        <w:br/>
        <w:t>відстраждуючи, біль розвіє.&lt;br /&gt;</w:t>
        <w:br/>
        <w:t>Прокличе сурма! і, душе, зберешся&lt;br /&gt;</w:t>
        <w:br/>
        <w:t>на воскресіння моря вірне.</w:t>
      </w:r>
    </w:p>
    <w:p>
      <w:r>
        <w:br/>
        <w:t>9Л/ІІІ.53&lt;br /&gt;</w:t>
        <w:br/>
        <w:t>НАДВЕЧІР'Я</w:t>
      </w:r>
    </w:p>
    <w:p>
      <w:r>
        <w:br/>
        <w:t>Гірка палає хмара—побагрянить,&lt;br /&gt;</w:t>
        <w:br/>
        <w:t>по віяному божевіллю.&lt;br /&gt;</w:t>
        <w:br/>
        <w:t>Коли комиш, очей зневаги вартий&lt;br /&gt;</w:t>
        <w:br/>
        <w:t>людських, буяє: "шепіт виллю" —</w:t>
      </w:r>
    </w:p>
    <w:p>
      <w:r>
        <w:br/>
        <w:t>на виведену лиштву, по річному,&lt;br /&gt;</w:t>
        <w:br/>
        <w:t>де світляній тополі рватись.&lt;br /&gt;</w:t>
        <w:br/>
        <w:t>Чому душі твоїй, мов бранці—човну,&lt;br /&gt;</w:t>
        <w:br/>
        <w:t>згасати при останній айстрі?</w:t>
      </w:r>
    </w:p>
    <w:p>
      <w:r>
        <w:br/>
        <w:t>Наблизиться зелена мрія й, луже,&lt;br /&gt;</w:t>
        <w:br/>
        <w:t>зустрінь, рукавами скипівши...&lt;br /&gt;</w:t>
        <w:br/>
        <w:t>як до життя, як травами найдужче,&lt;br /&gt;</w:t>
        <w:br/>
        <w:t>де голуби в стежках неспішні.</w:t>
      </w:r>
    </w:p>
    <w:p>
      <w:r>
        <w:br/>
        <w:t>А сонце крізь гілки, мов плач огню,&lt;br /&gt;</w:t>
        <w:br/>
        <w:t>не вмре—прокинеться з колиски.&lt;br /&gt;</w:t>
        <w:br/>
        <w:t>Коли, трояндо, від чужин вернусь&lt;br /&gt;</w:t>
        <w:br/>
        <w:t>до джерела твого схилитись?</w:t>
      </w:r>
    </w:p>
    <w:p>
      <w:r>
        <w:br/>
        <w:t>22.VIII.53&lt;br /&gt;</w:t>
        <w:br/>
        <w:t>ПІСОК</w:t>
      </w:r>
    </w:p>
    <w:p>
      <w:r>
        <w:br/>
        <w:t>Поголубіла, бігши, тінь по втомі—&lt;br /&gt;</w:t>
        <w:br/>
        <w:t>сухого посвіту, що гріє.&lt;br /&gt;</w:t>
        <w:br/>
        <w:t>Отак чуття! піщинками надломить&lt;br /&gt;</w:t>
        <w:br/>
        <w:t>йому кришталь—нещастя різне.</w:t>
      </w:r>
    </w:p>
    <w:p>
      <w:r>
        <w:br/>
        <w:t>І мертва музика, жорстокість сіра,&lt;br /&gt;</w:t>
        <w:br/>
        <w:t>просиплеться в степи стихати.&lt;br /&gt;</w:t>
        <w:br/>
        <w:t>Тоді кричи, як чайка: чи повірять&lt;br /&gt;</w:t>
        <w:br/>
        <w:t>німій хоч равликовій хатці?</w:t>
      </w:r>
    </w:p>
    <w:p>
      <w:r>
        <w:br/>
        <w:t>Блискочучи, мов льон сузірний, збірно,&lt;br /&gt;</w:t>
        <w:br/>
        <w:t>в сліди пісок прошелестів.&lt;br /&gt;</w:t>
        <w:br/>
        <w:t>А з моря бризками свічок прибігло&lt;br /&gt;</w:t>
        <w:br/>
        <w:t>сповістя—про птахів святих.</w:t>
      </w:r>
    </w:p>
    <w:p>
      <w:r>
        <w:br/>
        <w:t>Проквилять біля повороту неба&lt;br /&gt;</w:t>
        <w:br/>
        <w:t>та й підуть на біду сипучу.&lt;br /&gt;</w:t>
        <w:br/>
        <w:t>Що стерпимо в житті, з піском минеться,&lt;br /&gt;</w:t>
        <w:br/>
        <w:t>як береги страждань сполучить.</w:t>
      </w:r>
    </w:p>
    <w:p>
      <w:r>
        <w:br/>
        <w:t>22.VIII.53&lt;br /&gt;</w:t>
        <w:br/>
        <w:t>ІСПИТ</w:t>
      </w:r>
    </w:p>
    <w:p>
      <w:r>
        <w:br/>
        <w:t>Погнівається: мов ножі залізні&lt;br /&gt;</w:t>
        <w:br/>
        <w:t>та зойк відчаю кида в скелі.&lt;br /&gt;</w:t>
        <w:br/>
        <w:t>На подих соняшника нас не візьме;&lt;br /&gt;</w:t>
        <w:br/>
        <w:t>все синяву нежурну стеле.&lt;br /&gt;</w:t>
        <w:br/>
        <w:t>Все—берег люблячи; а очі дикі:&lt;br /&gt;</w:t>
        <w:br/>
        <w:t>все—божеволіє до блиску...&lt;br /&gt;</w:t>
        <w:br/>
        <w:t>все—сном прокинеться! тобі ж ходити&lt;br /&gt;</w:t>
        <w:br/>
        <w:t>дозволить, де мов дзвін розбився.</w:t>
      </w:r>
    </w:p>
    <w:p>
      <w:r>
        <w:br/>
        <w:t>Все—тужачи: прозорі груди в листя,&lt;br /&gt;</w:t>
        <w:br/>
        <w:t>чи в сині ланцюги кривавить;&lt;br /&gt;</w:t>
        <w:br/>
        <w:t>все скорб'ю до гранітів мшистих литись,&lt;br /&gt;</w:t>
        <w:br/>
        <w:t>до світла, що зійшло з коралів.</w:t>
      </w:r>
    </w:p>
    <w:p>
      <w:r>
        <w:br/>
        <w:t>І поспитає, з плеску лебедине,&lt;br /&gt;</w:t>
        <w:br/>
        <w:t>до зелені, в гостину квітну:&lt;br /&gt;</w:t>
        <w:br/>
        <w:t>чи любимо?—тоді на камінь кине&lt;br /&gt;</w:t>
        <w:br/>
        <w:t>корони: виблискані з вітру.</w:t>
      </w:r>
    </w:p>
    <w:p>
      <w:r>
        <w:br/>
        <w:t>23.VIII.53&lt;br /&gt;</w:t>
        <w:br/>
        <w:t>НАБЛИЖЕННЯ</w:t>
      </w:r>
    </w:p>
    <w:p>
      <w:r>
        <w:br/>
        <w:t>Мов голосно вино сполум'яніло:&lt;br /&gt;</w:t>
        <w:br/>
        <w:t>глибоке горе виноградне.&lt;br /&gt;</w:t>
        <w:br/>
        <w:t>Над сяєво північчя—вище! й вільно&lt;br /&gt;</w:t>
        <w:br/>
        <w:t>любов благає в неба правди.</w:t>
      </w:r>
    </w:p>
    <w:p>
      <w:r>
        <w:br/>
        <w:t>А чудо пурпурове всюди крапле&lt;br /&gt;</w:t>
        <w:br/>
        <w:t>з галузки на кремінну кривду.&lt;br /&gt;</w:t>
        <w:br/>
        <w:t>Чуття скипить, світучістю стократне;&lt;br /&gt;</w:t>
        <w:br/>
        <w:t>проз береги—вали докрикнуть</w:t>
      </w:r>
    </w:p>
    <w:p>
      <w:r>
        <w:br/>
        <w:t>Осяяні від часослова наче,&lt;br /&gt;</w:t>
        <w:br/>
        <w:t>лілеї з доцвітання сурмлять.&lt;br /&gt;</w:t>
        <w:br/>
        <w:t>Провістя ллється, крильми з грому, наше—&lt;br /&gt;</w:t>
        <w:br/>
        <w:t>по каменях, помшілих юрмах.</w:t>
      </w:r>
    </w:p>
    <w:p>
      <w:r>
        <w:br/>
        <w:t>А на прощання хвилі фіялкові&lt;br /&gt;</w:t>
        <w:br/>
        <w:t>пожевріли крізь тінь стрімчасту.&lt;br /&gt;</w:t>
        <w:br/>
        <w:t>То море входить! не згаса ж ніколи —&lt;br /&gt;</w:t>
        <w:br/>
        <w:t>де промені росток стрічають.</w:t>
      </w:r>
    </w:p>
    <w:p>
      <w:r>
        <w:br/>
        <w:t>23.VIII.53&lt;br /&gt;</w:t>
        <w:br/>
        <w:t>ТИШИНА</w:t>
      </w:r>
    </w:p>
    <w:p>
      <w:r>
        <w:br/>
        <w:t>Пташина тишина; і руки сліплять&lt;br /&gt;</w:t>
        <w:br/>
        <w:t>березині—в досвітній розквіт.&lt;br /&gt;</w:t>
        <w:br/>
        <w:t>А з сну загублена росинка літня&lt;br /&gt;</w:t>
        <w:br/>
        <w:t>забути про нещастя просить.&lt;br /&gt;</w:t>
        <w:br/>
        <w:t>Забути про байдужість! охри огник,&lt;br /&gt;</w:t>
        <w:br/>
        <w:t>промовлений тобі до крови.&lt;br /&gt;</w:t>
        <w:br/>
        <w:t>Самотні: при живих медах: простогнуть&lt;br /&gt;</w:t>
        <w:br/>
        <w:t>джмелі, мов манастирські—кроткі.&lt;br /&gt;</w:t>
        <w:br/>
        <w:t>А від жаризни сонця ткана казка—&lt;br /&gt;</w:t>
        <w:br/>
        <w:t>гойдається посеред моря.&lt;br /&gt;</w:t>
        <w:br/>
        <w:t>Призначена: в зелений шлях позвати,&lt;br /&gt;</w:t>
        <w:br/>
        <w:t>де горя голоси заморять.&lt;br /&gt;</w:t>
        <w:br/>
        <w:t>Навкруг розкрита сива таємниця&lt;br /&gt;</w:t>
        <w:br/>
        <w:t>ключами співними—про всіх.&lt;br /&gt;</w:t>
        <w:br/>
        <w:t>Березо, з хмари до життя горнися,&lt;br /&gt;</w:t>
        <w:br/>
        <w:t>де океан ридання стих!</w:t>
      </w:r>
    </w:p>
    <w:p>
      <w:r>
        <w:br/>
        <w:t>26.VIII.53&lt;br /&gt;</w:t>
        <w:br/>
        <w:t>ПРОХОДИТЬ воля</w:t>
      </w:r>
    </w:p>
    <w:p>
      <w:r>
        <w:br/>
        <w:t>Проходить воля короговок біла,&lt;br /&gt;</w:t>
        <w:br/>
        <w:t>забута серед хвиль тобою.&lt;br /&gt;</w:t>
        <w:br/>
        <w:t>А буря: ніби листик, полюбила&lt;br /&gt;</w:t>
        <w:br/>
        <w:t>кружити меву молодою.&lt;br /&gt;</w:t>
        <w:br/>
        <w:t>В мелодію ясминову скипівши —&lt;br /&gt;</w:t>
        <w:br/>
        <w:t>тенето ночі розривала.&lt;br /&gt;</w:t>
        <w:br/>
        <w:t>Чи скорбі втопить, мов травинки співні,—&lt;br /&gt;</w:t>
        <w:br/>
        <w:t>при березі прозора ватра?&lt;br /&gt;</w:t>
        <w:br/>
        <w:t>Як жнив'я до хатинок і тополі:&lt;br /&gt;</w:t>
        <w:br/>
        <w:t>бурунний лан відколиває.&lt;br /&gt;</w:t>
        <w:br/>
        <w:t>Тоді—довір'я, мов вітрила повні&lt;br /&gt;</w:t>
        <w:br/>
        <w:t>під блискавкою, некриваве—&lt;br /&gt;</w:t>
        <w:br/>
        <w:t>вродилось! дужче від зірок: довір'я,&lt;br /&gt;</w:t>
        <w:br/>
        <w:t>споріднюючи наші душі.&lt;br /&gt;</w:t>
        <w:br/>
        <w:t>Святки: хто рідністою трояндок зміря,&lt;br /&gt;</w:t>
        <w:br/>
        <w:t>як прийдуть радостями дужчі?</w:t>
      </w:r>
    </w:p>
    <w:p>
      <w:r>
        <w:br/>
        <w:t>Алмаз розіллє в скойки—вголубіє&lt;br /&gt;</w:t>
        <w:br/>
        <w:t>життя, через поріг зірвавшись.&lt;br /&gt;</w:t>
        <w:br/>
        <w:t>Мій парус: відклик від сновиддя! бідне—&lt;br /&gt;</w:t>
        <w:br/>
        <w:t>світання зви, як птах найдальший.</w:t>
      </w:r>
    </w:p>
    <w:p>
      <w:r>
        <w:br/>
        <w:t>29. VIII.53&lt;br /&gt;</w:t>
        <w:br/>
        <w:t>ВЕЧІР ОСЕНИ</w:t>
      </w:r>
    </w:p>
    <w:p>
      <w:r>
        <w:br/>
        <w:t>Жива вода—перлинно проминає,&lt;br /&gt;</w:t>
        <w:br/>
        <w:t>і я впізнав тебе, не ждавши.&lt;br /&gt;</w:t>
        <w:br/>
        <w:t>Лице: від загадки квіток принадне,&lt;br /&gt;</w:t>
        <w:br/>
        <w:t>посвітиться любити завжди.</w:t>
      </w:r>
    </w:p>
    <w:p>
      <w:r>
        <w:br/>
        <w:t>Ласкавіше не вийде зірка рідна&lt;br /&gt;</w:t>
        <w:br/>
        <w:t>покликати з порога ночі.&lt;br /&gt;</w:t>
        <w:br/>
        <w:t>І навіть айстрова співа сторінка&lt;br /&gt;</w:t>
        <w:br/>
        <w:t>до серця, де кохана хоче.</w:t>
      </w:r>
    </w:p>
    <w:p>
      <w:r>
        <w:br/>
        <w:t>Чи біг вітрило по кришталю змінить&lt;br /&gt;</w:t>
        <w:br/>
        <w:t>при таємниці: в світло з'явне?&lt;br /&gt;</w:t>
        <w:br/>
        <w:t>Як жду тебе, і смутку лан самітний,&lt;br /&gt;</w:t>
        <w:br/>
        <w:t>і листя моря не зів'яне.</w:t>
      </w:r>
    </w:p>
    <w:p>
      <w:r>
        <w:br/>
        <w:t>Де серебро синіє—нам почути:&lt;br /&gt;</w:t>
        <w:br/>
        <w:t>мов колоски до скель приллються.&lt;br /&gt;</w:t>
        <w:br/>
        <w:t>Відійдемо! берези звуть несмутно,&lt;br /&gt;</w:t>
        <w:br/>
        <w:t>і в сонця не згорять пелюстки.</w:t>
      </w:r>
    </w:p>
    <w:p>
      <w:r>
        <w:br/>
        <w:t>2.IX.53&lt;br /&gt;</w:t>
        <w:br/>
        <w:t>НАПРОТИ НЕГОДИ</w:t>
      </w:r>
    </w:p>
    <w:p>
      <w:r>
        <w:br/>
        <w:t>Обвіє острів; гомонить: без флейти&lt;br /&gt;</w:t>
        <w:br/>
        <w:t>весільної,— сизіє чорно.&lt;br /&gt;</w:t>
        <w:br/>
        <w:t>І хвилю крилами з країв далеких&lt;br /&gt;</w:t>
        <w:br/>
        <w:t>розкидає, як страшно зморить.</w:t>
      </w:r>
    </w:p>
    <w:p>
      <w:r>
        <w:br/>
        <w:t>Найвишу скаргу: співанку жемчужну:&lt;br /&gt;</w:t>
        <w:br/>
        <w:t>кому на променях доткати?&lt;br /&gt;</w:t>
        <w:br/>
        <w:t>Нещастя—глибина до грому скружить,&lt;br /&gt;</w:t>
        <w:br/>
        <w:t>і спінить скатертинки хатні.</w:t>
      </w:r>
    </w:p>
    <w:p>
      <w:r>
        <w:br/>
        <w:t>Обвіє; музику, як плач, розбивши&lt;br /&gt;</w:t>
        <w:br/>
        <w:t>в покришене каміння житнє.&lt;br /&gt;</w:t>
        <w:br/>
        <w:t>А скрикне сяйво! горем голубіші&lt;br /&gt;</w:t>
        <w:br/>
        <w:t>могили в полі не тужили.&lt;br /&gt;</w:t>
        <w:br/>
        <w:t>Клопочеться в малюнок гордий; просить&lt;br /&gt;</w:t>
        <w:br/>
        <w:t>і через чайку перекаже:&lt;br /&gt;</w:t>
        <w:br/>
        <w:t>— спішіть! відкрилося при щоглі гострій&lt;br /&gt;</w:t>
        <w:br/>
        <w:t>вітрило, від пожеж відважне.</w:t>
      </w:r>
    </w:p>
    <w:p>
      <w:r>
        <w:br/>
        <w:t>З.ІХ.53&lt;br /&gt;</w:t>
        <w:br/>
        <w:t>ТИХИЙ ВЕЧІР</w:t>
      </w:r>
    </w:p>
    <w:p>
      <w:r>
        <w:br/>
        <w:t>Ти—звістка від фіялок, вишино,&lt;br /&gt;</w:t>
        <w:br/>
        <w:t>і шепіт: що відрада прийде.&lt;br /&gt;</w:t>
        <w:br/>
        <w:t>Негоду в дзеркалі біди віднось,&lt;br /&gt;</w:t>
        <w:br/>
        <w:t>де бризнеться злочасся рибне.</w:t>
      </w:r>
    </w:p>
    <w:p>
      <w:r>
        <w:br/>
        <w:t>Притемнена роса на дні "дзвіночків";&lt;br /&gt;</w:t>
        <w:br/>
        <w:t>стежини любі: непримітні.&lt;br /&gt;</w:t>
        <w:br/>
        <w:t>З кіоту сонця—роза непорочна&lt;br /&gt;</w:t>
        <w:br/>
        <w:t>розсіє іскри потремтіти.&lt;br /&gt;</w:t>
        <w:br/>
        <w:t>Та відколишеться високий спокій;&lt;br /&gt;</w:t>
        <w:br/>
        <w:t>дотчуться рушнички світучі...&lt;br /&gt;</w:t>
        <w:br/>
        <w:t>на захід огністю зростати, поки,&lt;br /&gt;</w:t>
        <w:br/>
        <w:t>відбившись в океан, заручать.&lt;br /&gt;</w:t>
        <w:br/>
        <w:t>Несвітний берег; щебет перелинув,&lt;br /&gt;</w:t>
        <w:br/>
        <w:t>мов ниткою крізь килим пітьми.&lt;br /&gt;</w:t>
        <w:br/>
        <w:t>І в небокраї,— ніби сльози в ниві,&lt;br /&gt;</w:t>
        <w:br/>
        <w:t>тернинки скрізь: за нас терпіти.</w:t>
      </w:r>
    </w:p>
    <w:p>
      <w:r>
        <w:br/>
        <w:t>І.Х.53&lt;br /&gt;</w:t>
        <w:br/>
        <w:t>ОКЕАНІЧНИЙ ХІД</w:t>
      </w:r>
    </w:p>
    <w:p>
      <w:r>
        <w:br/>
        <w:t>Несамовиття війн, зірок пелюстки —&lt;br /&gt;</w:t>
        <w:br/>
        <w:t>на міріяди гроз приносить.&lt;br /&gt;</w:t>
        <w:br/>
        <w:t>З неволі сині клавіші відпустить,&lt;br /&gt;</w:t>
        <w:br/>
        <w:t>а трудиться на пінних кроснах...&lt;br /&gt;</w:t>
        <w:br/>
        <w:t>Будує: в гуркоти доткавши сяйво,&lt;br /&gt;</w:t>
        <w:br/>
        <w:t>і омофор гойдає в мушлях...&lt;br /&gt;</w:t>
        <w:br/>
        <w:t>моя далека! звістка воскресає,&lt;br /&gt;</w:t>
        <w:br/>
        <w:t>як громовиця, мчати мусить.&lt;br /&gt;</w:t>
        <w:br/>
        <w:t>І чайчина печаль не буде сивим&lt;br /&gt;</w:t>
        <w:br/>
        <w:t>крізь промінь пориванням битись.&lt;br /&gt;</w:t>
        <w:br/>
        <w:t>Малюнок полум'я з біжучим схилом&lt;br /&gt;</w:t>
        <w:br/>
        <w:t>валів: віщує, мов любисток.&lt;br /&gt;</w:t>
        <w:br/>
        <w:t>І скойка, сирота в пісках самотніх,&lt;br /&gt;</w:t>
        <w:br/>
        <w:t>погаслого ридання повна,&lt;br /&gt;</w:t>
        <w:br/>
        <w:t>зернинки неба позбира сьогодні—&lt;br /&gt;</w:t>
        <w:br/>
        <w:t>вродити, наче зірку, спомин.</w:t>
      </w:r>
    </w:p>
    <w:p>
      <w:r>
        <w:br/>
        <w:t>2.Х.53&lt;br /&gt;</w:t>
        <w:br/>
        <w:t>МОГУТНІСТЬ</w:t>
      </w:r>
    </w:p>
    <w:p>
      <w:r>
        <w:br/>
        <w:t>0 молодість, палання келех свідчить,&lt;br /&gt;</w:t>
        <w:br/>
        <w:t>де в сутінку—драконня глибне.&lt;br /&gt;</w:t>
        <w:br/>
        <w:t>Але галузка волі вся навіки&lt;br /&gt;</w:t>
        <w:br/>
        <w:t>тебе кохає й не загине.&lt;br /&gt;</w:t>
        <w:br/>
        <w:t>На зривних межах океан і в змісті&lt;br /&gt;</w:t>
        <w:br/>
        <w:t>блаженному: мов кобзи котить.&lt;br /&gt;</w:t>
        <w:br/>
        <w:t>Пожевріє в сновиддя ненавмисні,&lt;br /&gt;</w:t>
        <w:br/>
        <w:t>чаїнку вбризкавши до кости.&lt;br /&gt;</w:t>
        <w:br/>
        <w:t>Але стріпнеться, рада: крильми—хвиля,&lt;br /&gt;</w:t>
        <w:br/>
        <w:t>крім сонця не шукає свічки.&lt;br /&gt;</w:t>
        <w:br/>
        <w:t>Усіх до вічности вітрила звільнять&lt;br /&gt;</w:t>
        <w:br/>
        <w:t>блакитні: в світлі розговітись!</w:t>
      </w:r>
    </w:p>
    <w:p>
      <w:r>
        <w:br/>
        <w:t>1 по дорозі дзвони при безодні,&lt;br /&gt;</w:t>
        <w:br/>
        <w:t>мов лук, помножуючи гомін...&lt;br /&gt;</w:t>
        <w:br/>
        <w:t>що всім любов! що Божа воля зводить&lt;br /&gt;</w:t>
        <w:br/>
        <w:t>світи святі й волошки скромні.</w:t>
      </w:r>
    </w:p>
    <w:p>
      <w:r>
        <w:br/>
        <w:t>З.Х.53&lt;br /&gt;</w:t>
        <w:br/>
        <w:t>ВОСКРЕСІННЯ СОНЦЯ</w:t>
      </w:r>
    </w:p>
    <w:p>
      <w:r>
        <w:br/>
        <w:t>Доснилось небуття! світанок стеле,&lt;br /&gt;</w:t>
        <w:br/>
        <w:t>ворожачи, в лампадки лине:&lt;br /&gt;</w:t>
        <w:br/>
        <w:t>все—від вінця, і серце вже веселе&lt;br /&gt;</w:t>
        <w:br/>
        <w:t>проміння розкидає миле.&lt;br /&gt;</w:t>
        <w:br/>
        <w:t>Все—від вінця, що просіяє вище,&lt;br /&gt;</w:t>
        <w:br/>
        <w:t>ніж квітка до кохання кожна,&lt;br /&gt;</w:t>
        <w:br/>
        <w:t>ніж казка й візерунок!—море віще&lt;br /&gt;</w:t>
        <w:br/>
        <w:t>споглянути з огню не можна.&lt;br /&gt;</w:t>
        <w:br/>
        <w:t>Чи мріє вбогий птах, де заблукає,&lt;br /&gt;</w:t>
        <w:br/>
        <w:t>обличчя неба відшукати?&lt;br /&gt;</w:t>
        <w:br/>
        <w:t>Нам: не гординя! не брання лукаве,&lt;br /&gt;</w:t>
        <w:br/>
        <w:t>а погляд праведний до хатки.</w:t>
      </w:r>
    </w:p>
    <w:p>
      <w:r>
        <w:br/>
        <w:t>Все—від огню, що розкриває ранок,&lt;br /&gt;</w:t>
        <w:br/>
        <w:t>до милосердя душі кличе.&lt;br /&gt;</w:t>
        <w:br/>
        <w:t>І сполохи з свічад збирає гарно,&lt;br /&gt;</w:t>
        <w:br/>
        <w:t>і течію веде світліше.</w:t>
      </w:r>
    </w:p>
    <w:p>
      <w:r>
        <w:br/>
        <w:t>З.Х.53&lt;br /&gt;</w:t>
        <w:br/>
        <w:t>НЕСАМОВИТІСТЬ</w:t>
      </w:r>
    </w:p>
    <w:p>
      <w:r>
        <w:br/>
        <w:t>Р</w:t>
      </w:r>
    </w:p>
    <w:p>
      <w:r>
        <w:br/>
        <w:t>Мов дух життя жаріє й прибігає,&lt;br /&gt;</w:t>
        <w:br/>
        <w:t>ведучи в гніві сивих левів.&lt;br /&gt;</w:t>
        <w:br/>
        <w:t>Провістя з скарбу півдня недоганне,&lt;br /&gt;</w:t>
        <w:br/>
        <w:t>промовить при біді лілейній.</w:t>
      </w:r>
    </w:p>
    <w:p>
      <w:r>
        <w:br/>
        <w:t>Прозорим громом пролетить проз палі,&lt;br /&gt;</w:t>
        <w:br/>
        <w:t>немов котивши гостру зброю.&lt;br /&gt;</w:t>
        <w:br/>
        <w:t>А в скорбі—пітьми білих лір припали&lt;br /&gt;</w:t>
        <w:br/>
        <w:t>під пальці низкою швидкою.</w:t>
      </w:r>
    </w:p>
    <w:p>
      <w:r>
        <w:br/>
        <w:t>Перебирає їх: чи то страждання,&lt;br /&gt;</w:t>
        <w:br/>
        <w:t>щоб піною скипіти знову?&lt;br /&gt;</w:t>
        <w:br/>
        <w:t>Сяючістю думок громада давня—&lt;br /&gt;</w:t>
        <w:br/>
        <w:t>хмаринна, сходить надо мною.</w:t>
      </w:r>
    </w:p>
    <w:p>
      <w:r>
        <w:br/>
        <w:t>Але зелена гіркота недолі&lt;br /&gt;</w:t>
        <w:br/>
        <w:t>катується, огнем повніє.&lt;br /&gt;</w:t>
        <w:br/>
        <w:t>Смиренний птах сопілочкам доволі&lt;br /&gt;</w:t>
        <w:br/>
        <w:t>радів: де світлення нетлінне.&lt;br /&gt;</w:t>
        <w:br/>
        <w:t>Як блискавка, споломенить могутність&lt;br /&gt;</w:t>
        <w:br/>
        <w:t>валів—димуча, що від нетрів...&lt;br /&gt;</w:t>
        <w:br/>
        <w:t>летить! завісу сонця рве, вгорнутись—&lt;br /&gt;</w:t>
        <w:br/>
        <w:t>немов страждання в спів несмертний.</w:t>
      </w:r>
    </w:p>
    <w:p>
      <w:r>
        <w:br/>
        <w:t>8.Х.53&lt;br /&gt;</w:t>
        <w:br/>
        <w:t>ПРИБІЙ ХОЛОДНИЙ</w:t>
      </w:r>
    </w:p>
    <w:p>
      <w:r>
        <w:br/>
        <w:t>Це—потяг срібла перекине з бігу&lt;br /&gt;</w:t>
        <w:br/>
        <w:t>і спалить на піску: в кипучість.&lt;br /&gt;</w:t>
        <w:br/>
        <w:t>Тоді мелодію ланів побідну&lt;br /&gt;</w:t>
        <w:br/>
        <w:t>пограє, мов рояль найдужчий.</w:t>
      </w:r>
    </w:p>
    <w:p>
      <w:r>
        <w:br/>
        <w:t>А птиця промені шовкові звірить,&lt;br /&gt;</w:t>
        <w:br/>
        <w:t>на кросні між водою й небом.&lt;br /&gt;</w:t>
        <w:br/>
        <w:t>Диміє час по кучугурах сірих&lt;br /&gt;</w:t>
        <w:br/>
        <w:t>пісків! і скоєчка де-небудь.&lt;br /&gt;</w:t>
        <w:br/>
        <w:t>І нива йде за нивою: тривожна,&lt;br /&gt;</w:t>
        <w:br/>
        <w:t>а враз відчинить сонце двері.&lt;br /&gt;</w:t>
        <w:br/>
        <w:t>То не радіти вже тобі не можна,&lt;br /&gt;</w:t>
        <w:br/>
        <w:t>як небеса навік відверті.&lt;br /&gt;</w:t>
        <w:br/>
        <w:t>Немов фіялки нагадає хвиля,&lt;br /&gt;</w:t>
        <w:br/>
        <w:t>і розгорится добрим сміхом.&lt;br /&gt;</w:t>
        <w:br/>
        <w:t>І що було святе, єдина—мила,&lt;br /&gt;</w:t>
        <w:br/>
        <w:t>благословлю в казанні тихім.</w:t>
      </w:r>
    </w:p>
    <w:p>
      <w:r>
        <w:br/>
        <w:t>Пророчити з свічада буде море,&lt;br /&gt;</w:t>
        <w:br/>
        <w:t>в нім до краплинки долю видно.&lt;br /&gt;</w:t>
        <w:br/>
        <w:t>Це—камені горять і вже не змовкне&lt;br /&gt;</w:t>
        <w:br/>
        <w:t>грози бажання висповідне.</w:t>
      </w:r>
    </w:p>
    <w:p>
      <w:r>
        <w:br/>
        <w:t>8.Х.53&lt;br /&gt;</w:t>
        <w:br/>
        <w:t>РОЗСВІТ МОРЯ</w:t>
      </w:r>
    </w:p>
    <w:p>
      <w:r>
        <w:br/>
        <w:t>Відкіль: мов кондорами князювала&lt;br /&gt;</w:t>
        <w:br/>
        <w:t>спокуса, зверх новин припливна?&lt;br /&gt;</w:t>
        <w:br/>
        <w:t>Мов—цвинтарна, докинувшись, навала&lt;br /&gt;</w:t>
        <w:br/>
        <w:t>промовила з морського лиха.&lt;br /&gt;</w:t>
        <w:br/>
        <w:t>А нетерпляча думка в дожиданні:&lt;br /&gt;</w:t>
        <w:br/>
        <w:t>до правди, що найближча церкві...&lt;br /&gt;</w:t>
        <w:br/>
        <w:t>Де в ранах—світлення хреста всевладні&lt;br /&gt;</w:t>
        <w:br/>
        <w:t>позвати: крізь відчай простерлись.</w:t>
      </w:r>
    </w:p>
    <w:p>
      <w:r>
        <w:br/>
        <w:t>Та в літургійний зріст при грізнім горі&lt;br /&gt;</w:t>
        <w:br/>
        <w:t>світліє втішення недільне.&lt;br /&gt;</w:t>
        <w:br/>
        <w:t>І морю згірклому про зміст говорить,&lt;br /&gt;</w:t>
        <w:br/>
        <w:t>і чайці, що віддаленіє.</w:t>
      </w:r>
    </w:p>
    <w:p>
      <w:r>
        <w:br/>
        <w:t>Одвічне чудо, видністю найвище,&lt;br /&gt;</w:t>
        <w:br/>
        <w:t>в біді знаходить кожен човен.&lt;br /&gt;</w:t>
        <w:br/>
        <w:t>Святе терпіння—нам серця збудивши,&lt;br /&gt;</w:t>
        <w:br/>
        <w:t>на білій течії відновить.</w:t>
      </w:r>
    </w:p>
    <w:p>
      <w:r>
        <w:br/>
        <w:t>8.Х.53&lt;br /&gt;</w:t>
        <w:br/>
        <w:t>ПРИБЕРЕЖНИЙ ДОСВІТ</w:t>
      </w:r>
    </w:p>
    <w:p>
      <w:r>
        <w:br/>
        <w:t>Все наростає розбиття тривожне;&lt;br /&gt;</w:t>
        <w:br/>
        <w:t>все збіднюється квіття любе.&lt;br /&gt;</w:t>
        <w:br/>
        <w:t>А вибухи глибин минуться може? —&lt;br /&gt;</w:t>
        <w:br/>
        <w:t>хоч море, як пожар, хвилює.</w:t>
      </w:r>
    </w:p>
    <w:p>
      <w:r>
        <w:br/>
        <w:t>Розвинув досвіт корогви роздільні,&lt;br /&gt;</w:t>
        <w:br/>
        <w:t>з благословення: звід торкають.&lt;br /&gt;</w:t>
        <w:br/>
        <w:t>Коли знедолено живі надії,&lt;br /&gt;</w:t>
        <w:br/>
        <w:t>а хижості ростуть без краю.</w:t>
      </w:r>
    </w:p>
    <w:p>
      <w:r>
        <w:br/>
        <w:t>Горить пророцтво: погляд, весь блаженний,&lt;br /&gt;</w:t>
        <w:br/>
        <w:t>мов над іконостас приходить.&lt;br /&gt;</w:t>
        <w:br/>
        <w:t>Знов голубіє усміх трав—не стемнить&lt;br /&gt;</w:t>
        <w:br/>
        <w:t>півмертва хмарка при негоді.&lt;br /&gt;</w:t>
        <w:br/>
        <w:t>Будує воскресіння цвіт свій! свідок—&lt;br /&gt;</w:t>
        <w:br/>
        <w:t>життя: шляхи від нього витче.&lt;br /&gt;</w:t>
        <w:br/>
        <w:t>З престолу, як залічим біль сусідній,&lt;br /&gt;</w:t>
        <w:br/>
        <w:t>нам сонце перстень дасть, предвічне.</w:t>
      </w:r>
    </w:p>
    <w:p>
      <w:r>
        <w:br/>
        <w:t>8.Х.53&lt;br /&gt;</w:t>
        <w:br/>
        <w:t>ПОЧАТОК ЗИМИ</w:t>
      </w:r>
    </w:p>
    <w:p>
      <w:r>
        <w:br/>
        <w:t>Холмами вихори домчаться жовті;&lt;br /&gt;</w:t>
        <w:br/>
        <w:t>десь відійшла душа: від будня.&lt;br /&gt;</w:t>
        <w:br/>
        <w:t>Одна, високий пристанок знайшовши,&lt;br /&gt;</w:t>
        <w:br/>
        <w:t>при сході моря звала, люба.&lt;br /&gt;</w:t>
        <w:br/>
        <w:t>А сніжні тучі сунуть подорожні—&lt;br /&gt;</w:t>
        <w:br/>
        <w:t>до саможертви, що в деревах.&lt;br /&gt;</w:t>
        <w:br/>
        <w:t>Там поломінність шепоти примножить;&lt;br /&gt;</w:t>
        <w:br/>
        <w:t>від віття скружується, стерпла.&lt;br /&gt;</w:t>
        <w:br/>
        <w:t>При острові негода барву в'яже,&lt;br /&gt;</w:t>
        <w:br/>
        <w:t>що на руках лісів—і впасти.&lt;br /&gt;</w:t>
        <w:br/>
        <w:t>Висоти щирі: їх крило відважне,&lt;br /&gt;</w:t>
        <w:br/>
        <w:t>привча терпіти при нещасті.</w:t>
      </w:r>
    </w:p>
    <w:p>
      <w:r>
        <w:br/>
        <w:t>Земля примерзла, і легкі сніжинки&lt;br /&gt;</w:t>
        <w:br/>
        <w:t>мандрують рідко! вістка скромна.&lt;br /&gt;</w:t>
        <w:br/>
        <w:t>А монастир ялин прийшов служити:&lt;br /&gt;</w:t>
        <w:br/>
        <w:t>молитва над труною моря.</w:t>
      </w:r>
    </w:p>
    <w:p>
      <w:r>
        <w:br/>
        <w:t>11.Х.53&lt;br /&gt;</w:t>
        <w:br/>
        <w:t>ГОРІННЯ ЖУРБИ</w:t>
      </w:r>
    </w:p>
    <w:p>
      <w:r>
        <w:br/>
        <w:t>Зустрівся втомлений туман травинці&lt;br /&gt;</w:t>
        <w:br/>
        <w:t>(де листя шелестить об камінь);&lt;br /&gt;</w:t>
        <w:br/>
        <w:t>він з пурпуру й вина й огню навислі—&lt;br /&gt;</w:t>
        <w:br/>
        <w:t>торкає шатинки: не сплямить.</w:t>
      </w:r>
    </w:p>
    <w:p>
      <w:r>
        <w:br/>
        <w:t>їх свічено, мов з бігунів, звидніти,&lt;br /&gt;</w:t>
        <w:br/>
        <w:t>з галузок жалю непорушно.&lt;br /&gt;</w:t>
        <w:br/>
        <w:t>Відтіль прозоре полум'я, без кривди,&lt;br /&gt;</w:t>
        <w:br/>
        <w:t>очиститься і прийде в душу.</w:t>
      </w:r>
    </w:p>
    <w:p>
      <w:r>
        <w:br/>
        <w:t>Без смутку, зміни океан звіщає,&lt;br /&gt;</w:t>
        <w:br/>
        <w:t>прийнявши образ неба дужий.&lt;br /&gt;</w:t>
        <w:br/>
        <w:t>І в тиші, понад гробище піщане,&lt;br /&gt;</w:t>
        <w:br/>
        <w:t>літає пташка, спів прядучи.&lt;br /&gt;</w:t>
        <w:br/>
        <w:t>А часом барва листкова, мов крапля,&lt;br /&gt;</w:t>
        <w:br/>
        <w:t>покине дерево надхненне.&lt;br /&gt;</w:t>
        <w:br/>
        <w:t>Надія сонця: голосами красна,&lt;br /&gt;</w:t>
        <w:br/>
        <w:t>минає сосну біля мене.</w:t>
      </w:r>
    </w:p>
    <w:p>
      <w:r>
        <w:br/>
        <w:t>24.Х.53&lt;br /&gt;</w:t>
        <w:br/>
        <w:t>ПЕРЕДВЕЧІР'Я</w:t>
      </w:r>
    </w:p>
    <w:p>
      <w:r>
        <w:br/>
        <w:t>Одна неголуба, мов чайка, тайна—&lt;br /&gt;</w:t>
        <w:br/>
        <w:t>від світоча від огняного.&lt;br /&gt;</w:t>
        <w:br/>
        <w:t>Коло його вікна душа спитала,&lt;br /&gt;</w:t>
        <w:br/>
        <w:t>чи горя від розлук надовго?&lt;br /&gt;</w:t>
        <w:br/>
        <w:t>Бо збір'я грозиться, грудьми хмаринне,&lt;br /&gt;</w:t>
        <w:br/>
        <w:t>пролитись найбліднішим снігом...&lt;br /&gt;</w:t>
        <w:br/>
        <w:t>А просвіт ниву щогол не покине,&lt;br /&gt;</w:t>
        <w:br/>
        <w:t>як мрія: при нещасті їхнім.&lt;br /&gt;</w:t>
        <w:br/>
        <w:t>І вже суперник домовині водній —&lt;br /&gt;</w:t>
        <w:br/>
        <w:t>жаріє ясенок і втішить.&lt;br /&gt;</w:t>
        <w:br/>
        <w:t>Хоч білий човен звісток не приводить&lt;br /&gt;</w:t>
        <w:br/>
        <w:t>твоїх, при хвилях найсивіших.</w:t>
      </w:r>
    </w:p>
    <w:p>
      <w:r>
        <w:br/>
        <w:t>Одна присвічена з троянди тайна&lt;br /&gt;</w:t>
        <w:br/>
        <w:t>на крилах вечора, диміє.&lt;br /&gt;</w:t>
        <w:br/>
        <w:t>Зелене чудо неба! — і спитала&lt;br /&gt;</w:t>
        <w:br/>
        <w:t>душа: де відплива безмірне...&lt;br /&gt;</w:t>
        <w:br/>
        <w:t>Діброви журяться, і гострі птиці&lt;br /&gt;</w:t>
        <w:br/>
        <w:t>при небі вгадують незнане.&lt;br /&gt;</w:t>
        <w:br/>
        <w:t>Що—любимо: з барвінків освятити,&lt;br /&gt;</w:t>
        <w:br/>
        <w:t>де доля з весен знов погляне.</w:t>
      </w:r>
    </w:p>
    <w:p>
      <w:r>
        <w:br/>
        <w:t>24.Х.53&lt;br /&gt;</w:t>
        <w:br/>
        <w:t>ОБЛИЧЧЯ МІСЯЦЯ</w:t>
      </w:r>
    </w:p>
    <w:p>
      <w:r>
        <w:br/>
        <w:t>Пір'їни в хмарі—не домів'я пташе;&lt;br /&gt;</w:t>
        <w:br/>
        <w:t>та хризантемовий віночок...&lt;br /&gt;</w:t>
        <w:br/>
        <w:t>що променитись до прибою стане,&lt;br /&gt;</w:t>
        <w:br/>
        <w:t>як серебро скорбот жіночих.</w:t>
      </w:r>
    </w:p>
    <w:p>
      <w:r>
        <w:br/>
        <w:t>Але, не хліб святити, скибка сяйва—&lt;br /&gt;</w:t>
        <w:br/>
        <w:t>сумує та навколо й терен.&lt;br /&gt;</w:t>
        <w:br/>
        <w:t>Немов чоло, страждаючи, й осанна&lt;br /&gt;</w:t>
        <w:br/>
        <w:t>знедоленого! рани стерпить.</w:t>
      </w:r>
    </w:p>
    <w:p>
      <w:r>
        <w:br/>
        <w:t>А що провістить, невідомо зірці:&lt;br /&gt;</w:t>
        <w:br/>
        <w:t>як фіялкова іскра, журить!...&lt;br /&gt;</w:t>
        <w:br/>
        <w:t>і скрізь живими краплями зогрітись&lt;br /&gt;</w:t>
        <w:br/>
        <w:t>дозволить серцю — вогник дружній.</w:t>
      </w:r>
    </w:p>
    <w:p>
      <w:r>
        <w:br/>
        <w:t>Я знаю: захистити небо хоче&lt;br /&gt;</w:t>
        <w:br/>
        <w:t>галузки крови, що розквітнуть.&lt;br /&gt;</w:t>
        <w:br/>
        <w:t>І тчеться слово світла непорочне&lt;br /&gt;</w:t>
        <w:br/>
        <w:t>до моря, в течію відкриту.</w:t>
      </w:r>
    </w:p>
    <w:p>
      <w:r>
        <w:br/>
        <w:t>26.Х.53&lt;br /&gt;</w:t>
        <w:br/>
        <w:t>ВІДХІД</w:t>
      </w:r>
    </w:p>
    <w:p>
      <w:r>
        <w:br/>
        <w:t>Кому повірити? півсвітлий берег;&lt;br /&gt;</w:t>
        <w:br/>
        <w:t>і сонце на пустелю сплаче.&lt;br /&gt;</w:t>
        <w:br/>
        <w:t>Мов вихор полум'я рідке оберне:&lt;br /&gt;</w:t>
        <w:br/>
        <w:t>так трав'я моря, все терпляче.</w:t>
      </w:r>
    </w:p>
    <w:p>
      <w:r>
        <w:br/>
        <w:t>Остання айстра впала в хресне світло;&lt;br /&gt;</w:t>
        <w:br/>
        <w:t>а хвилю смутків—чує камінь!&lt;br /&gt;</w:t>
        <w:br/>
        <w:t>З вечір'я, при мартинах незловісних,&lt;br /&gt;</w:t>
        <w:br/>
        <w:t>огонь до скойки замикати.</w:t>
      </w:r>
    </w:p>
    <w:p>
      <w:r>
        <w:br/>
        <w:t>Перлисту тишу океан напоїть,&lt;br /&gt;</w:t>
        <w:br/>
        <w:t>одягшися в димучі барви...&lt;br /&gt;</w:t>
        <w:br/>
        <w:t>де чайки, мов за свічку, за тополі&lt;br /&gt;</w:t>
        <w:br/>
        <w:t>злітали: привидами братись.</w:t>
      </w:r>
    </w:p>
    <w:p>
      <w:r>
        <w:br/>
        <w:t>Від простору світкого сизокрила&lt;br /&gt;</w:t>
        <w:br/>
        <w:t>сплеснула глибина й стихає.&lt;br /&gt;</w:t>
        <w:br/>
        <w:t>Ми ж сірими словами докорили&lt;br /&gt;</w:t>
        <w:br/>
        <w:t>обличчя сонця біля хяти.</w:t>
      </w:r>
    </w:p>
    <w:p>
      <w:r>
        <w:br/>
        <w:t>Сховалось! білого життя зніміла,&lt;br /&gt;</w:t>
        <w:br/>
        <w:t>куріючи, безмірна мрія.&lt;br /&gt;</w:t>
        <w:br/>
        <w:t>І зірка скорби, де темніє зілля,&lt;br /&gt;</w:t>
        <w:br/>
        <w:t>кривавим криком догоріла.</w:t>
      </w:r>
    </w:p>
    <w:p>
      <w:r>
        <w:br/>
        <w:t>21.XI.53&lt;br /&gt;</w:t>
        <w:br/>
        <w:t>НІЧ</w:t>
      </w:r>
    </w:p>
    <w:p>
      <w:r>
        <w:br/>
        <w:t>Скорботний світоч: мов чаїне серце;&lt;br /&gt;</w:t>
        <w:br/>
        <w:t>від заходу проститись вірно!&lt;br /&gt;</w:t>
        <w:br/>
        <w:t>Вгорі сузір'я молитов, триперсне&lt;br /&gt;</w:t>
        <w:br/>
        <w:t>народиться, немов з кровинок.</w:t>
      </w:r>
    </w:p>
    <w:p>
      <w:r>
        <w:br/>
        <w:t>А в ватрі спомин ожива; минутись&lt;br /&gt;</w:t>
        <w:br/>
        <w:t>при моря голосі, до кручі.&lt;br /&gt;</w:t>
        <w:br/>
        <w:t>Вже грядка не загубить ні пелюстки—&lt;br /&gt;</w:t>
        <w:br/>
        <w:t>до диму бурунів горючих.</w:t>
      </w:r>
    </w:p>
    <w:p>
      <w:r>
        <w:br/>
        <w:t>Провістя визоріє з ночі болю&lt;br /&gt;</w:t>
        <w:br/>
        <w:t>та з досвіту садів, без крику.&lt;br /&gt;</w:t>
        <w:br/>
        <w:t>Над лілією долі голубою —&lt;br /&gt;</w:t>
        <w:br/>
        <w:t>від сонця чутиму довіку.&lt;br /&gt;</w:t>
        <w:br/>
        <w:t>Надхідна хвиля мов батист розіллє&lt;br /&gt;</w:t>
        <w:br/>
        <w:t>на скелі та в піску відкотить.&lt;br /&gt;</w:t>
        <w:br/>
        <w:t>А зерно неба, полум'ям осіннє,—&lt;br /&gt;</w:t>
        <w:br/>
        <w:t>мов дощ, понакрапає в скойки.</w:t>
      </w:r>
    </w:p>
    <w:p>
      <w:r>
        <w:br/>
        <w:t>29.XI.53&lt;br /&gt;</w:t>
        <w:br/>
        <w:t>ПЕРЕРСВІТАНОК</w:t>
      </w:r>
    </w:p>
    <w:p>
      <w:r>
        <w:br/>
        <w:t>Де—щастя сну? вікно читає Тору,&lt;br /&gt;</w:t>
        <w:br/>
        <w:t>бо вже видніє семисвічник.&lt;br /&gt;</w:t>
        <w:br/>
        <w:t>А смутно, бо ні голосу! прозору&lt;br /&gt;</w:t>
        <w:br/>
        <w:t>сльозу діжди, що вжалить міцно.</w:t>
      </w:r>
    </w:p>
    <w:p>
      <w:r>
        <w:br/>
        <w:t>Будинки ночі в скорпіони корчить&lt;br /&gt;</w:t>
        <w:br/>
        <w:t>по щілинах біда без жалю.&lt;br /&gt;</w:t>
        <w:br/>
        <w:t>Як крик—сам квіт, на грудях до сорочки,&lt;br /&gt;</w:t>
        <w:br/>
        <w:t>мов океан огню зближають.</w:t>
      </w:r>
    </w:p>
    <w:p>
      <w:r>
        <w:br/>
        <w:t>Та без волосся скрипок, рівно тужать&lt;br /&gt;</w:t>
        <w:br/>
        <w:t>зірки сусідні над порогом.&lt;br /&gt;</w:t>
        <w:br/>
        <w:t>І вся стіна плачу небесного недужа&lt;br /&gt;</w:t>
        <w:br/>
        <w:t>при догоранні горя вбогих.</w:t>
      </w:r>
    </w:p>
    <w:p>
      <w:r>
        <w:br/>
        <w:t>Ми—без зеленого дихання ниви&lt;br /&gt;</w:t>
        <w:br/>
        <w:t>від правди, що на берег віє.&lt;br /&gt;</w:t>
        <w:br/>
        <w:t>Мов грому хліб скривавлений! —безвинні,&lt;br /&gt;</w:t>
        <w:br/>
        <w:t>серця спаси, моя надіє...</w:t>
      </w:r>
    </w:p>
    <w:p>
      <w:r>
        <w:br/>
        <w:t>11.ХІІ.53&lt;br /&gt;</w:t>
        <w:br/>
        <w:t>СТИХІЯ МОРЯ</w:t>
      </w:r>
    </w:p>
    <w:p>
      <w:r>
        <w:br/>
        <w:t>Від неї—зазорівши, ніби хрестик,—&lt;br /&gt;</w:t>
        <w:br/>
        <w:t>ласкає льон: живий з припливу.&lt;br /&gt;</w:t>
        <w:br/>
        <w:t>Ялини скорбі! сніжну хмару стерплять,&lt;br /&gt;</w:t>
        <w:br/>
        <w:t>чаїну чуючи сопілку.</w:t>
      </w:r>
    </w:p>
    <w:p>
      <w:r>
        <w:br/>
        <w:t>І рокітливі груди бурі дуже&lt;br /&gt;</w:t>
        <w:br/>
        <w:t>до неї дихають, при хвилі.&lt;br /&gt;</w:t>
        <w:br/>
        <w:t>Трава: мов персня золото подружнє! —&lt;br /&gt;</w:t>
        <w:br/>
        <w:t>синіючи, вода похилить.</w:t>
      </w:r>
    </w:p>
    <w:p>
      <w:r>
        <w:br/>
        <w:t>А світлота з вінця—повеселіти&lt;br /&gt;</w:t>
        <w:br/>
        <w:t>бурунному велить риданню.&lt;br /&gt;</w:t>
        <w:br/>
        <w:t>Незримо: прокричали зорі в сіті&lt;br /&gt;</w:t>
        <w:br/>
        <w:t>морські, мов жалобу неждану.&lt;br /&gt;</w:t>
        <w:br/>
        <w:t>І вихбри в валах блискучих зводять&lt;br /&gt;</w:t>
        <w:br/>
        <w:t>множини сплесків, ніби листя.&lt;br /&gt;</w:t>
        <w:br/>
        <w:t>На зелень каменя—квіток неволя:&lt;br /&gt;</w:t>
        <w:br/>
        <w:t>скрапає в плач поломенистий.</w:t>
      </w:r>
    </w:p>
    <w:p>
      <w:r>
        <w:br/>
        <w:t>11.XII.53&lt;br /&gt;</w:t>
        <w:br/>
        <w:t>НАДБЕРЕЖНА ЗАВІЯ</w:t>
      </w:r>
    </w:p>
    <w:p>
      <w:r>
        <w:br/>
        <w:t>На гори—хуртовиння непроглядне;&lt;br /&gt;</w:t>
        <w:br/>
        <w:t>як при тобі: в ліси набігши.&lt;br /&gt;</w:t>
        <w:br/>
        <w:t>Безумний сніг під похорони вдягне&lt;br /&gt;</w:t>
        <w:br/>
        <w:t>ялини, звівши в світі білі.</w:t>
      </w:r>
    </w:p>
    <w:p>
      <w:r>
        <w:br/>
        <w:t>Перелітає в поспіхи сипучі,&lt;br /&gt;</w:t>
        <w:br/>
        <w:t>коли сховав ключі від грому.&lt;br /&gt;</w:t>
        <w:br/>
        <w:t>Але ворота моря спинять, звучи—&lt;br /&gt;</w:t>
        <w:br/>
        <w:t>впадати в горі голосному.</w:t>
      </w:r>
    </w:p>
    <w:p>
      <w:r>
        <w:br/>
        <w:t>Скрізь неозоро сіються зірчини,&lt;br /&gt;</w:t>
        <w:br/>
        <w:t>вгорнули меву! в силу спрядну.&lt;br /&gt;</w:t>
        <w:br/>
        <w:t>Свій найгіркіший збіг вода відчинить:&lt;br /&gt;</w:t>
        <w:br/>
        <w:t>мов коні спінено по ряду.&lt;br /&gt;</w:t>
        <w:br/>
        <w:t>А втомне серце в зустріч миру просить,—&lt;br /&gt;</w:t>
        <w:br/>
        <w:t>до променів чоло ріднити.&lt;br /&gt;</w:t>
        <w:br/>
        <w:t>Нап'ється чайка! з бурі—іскор розсип:&lt;br /&gt;</w:t>
        <w:br/>
        <w:t>над прірву, мов з квіток, тендітний.</w:t>
      </w:r>
    </w:p>
    <w:p>
      <w:r>
        <w:br/>
        <w:t>13.XII.53&lt;br /&gt;</w:t>
        <w:br/>
        <w:t>ЛЬОДОВИЙ ПРИПЛИВ</w:t>
      </w:r>
    </w:p>
    <w:p>
      <w:r>
        <w:br/>
        <w:t>Добурхнеться на покрижілий камінь,&lt;br /&gt;</w:t>
        <w:br/>
        <w:t>де—мов кайданний бризк морозить.&lt;br /&gt;</w:t>
        <w:br/>
        <w:t>Вже море, як двірець: не відмикати,&lt;br /&gt;</w:t>
        <w:br/>
        <w:t>й віконниці його в розорі.</w:t>
      </w:r>
    </w:p>
    <w:p>
      <w:r>
        <w:br/>
        <w:t>Зроста крижина: смерти породілля,&lt;br /&gt;</w:t>
        <w:br/>
        <w:t>що й крабові розіб'є груди.&lt;br /&gt;</w:t>
        <w:br/>
        <w:t>Труна нещастя! в стужах зледеніла;&lt;br /&gt;</w:t>
        <w:br/>
        <w:t>від моря гробовизна всюди.</w:t>
      </w:r>
    </w:p>
    <w:p>
      <w:r>
        <w:br/>
        <w:t>Обмиється істота в хресний стогін,&lt;br /&gt;</w:t>
        <w:br/>
        <w:t>до самоцвітности на персні.&lt;br /&gt;</w:t>
        <w:br/>
        <w:t>Мов з келеха кадильничного—огність&lt;br /&gt;</w:t>
        <w:br/>
        <w:t>приходить сива:тління стерти.</w:t>
      </w:r>
    </w:p>
    <w:p>
      <w:r>
        <w:br/>
        <w:t>І прикликає дух лілей пребілий,&lt;br /&gt;</w:t>
        <w:br/>
        <w:t>кривий поріг біди зірвавши;&lt;br /&gt;</w:t>
        <w:br/>
        <w:t>хоч віються сніги плачем боліти—&lt;br /&gt;</w:t>
        <w:br/>
        <w:t>в тополях, смутками найважчих.</w:t>
      </w:r>
    </w:p>
    <w:p>
      <w:r>
        <w:br/>
        <w:t>20.XII.53&lt;br /&gt;</w:t>
        <w:br/>
        <w:t>ПЕРЕДБУР'Я</w:t>
      </w:r>
    </w:p>
    <w:p>
      <w:r>
        <w:br/>
        <w:t>Я відпливти крізь сяйво чи зумію —&lt;br /&gt;</w:t>
        <w:br/>
        <w:t>від острова, що зіллям трутний?&lt;br /&gt;</w:t>
        <w:br/>
        <w:t>А самоцвіт святого смутку звіють&lt;br /&gt;</w:t>
        <w:br/>
        <w:t>пориви моря—на довкружність.&lt;br /&gt;</w:t>
        <w:br/>
        <w:t>Тенета смерти в мерехтах нажеврих&lt;br /&gt;</w:t>
        <w:br/>
        <w:t>ворожать на плиту жорстоку.&lt;br /&gt;</w:t>
        <w:br/>
        <w:t>Тоді: вовчиці зойк, як кров ножеві,&lt;br /&gt;</w:t>
        <w:br/>
        <w:t>та—як пісок морозний в горстку.&lt;br /&gt;</w:t>
        <w:br/>
        <w:t>Нема ні колоска зірок, ні нитки&lt;br /&gt;</w:t>
        <w:br/>
        <w:t>горючої! світанки сквітнуть:&lt;br /&gt;</w:t>
        <w:br/>
        <w:t>без погляду лілей, що гомоніти—&lt;br /&gt;</w:t>
        <w:br/>
        <w:t>з росою, в хвилю непомітну.</w:t>
      </w:r>
    </w:p>
    <w:p>
      <w:r>
        <w:br/>
        <w:t>Сплива печаль; відходить, ніби човен,&lt;br /&gt;</w:t>
        <w:br/>
        <w:t>і місяць: посвітивши щирість.&lt;br /&gt;</w:t>
        <w:br/>
        <w:t>А ти під райдугу життя нічого&lt;br /&gt;</w:t>
        <w:br/>
        <w:t>не жди, де гніву камінь грішний.</w:t>
      </w:r>
    </w:p>
    <w:p>
      <w:r>
        <w:br/>
        <w:t>22.XII.53&lt;br /&gt;</w:t>
        <w:br/>
        <w:t>ВТІШЕННЯ</w:t>
      </w:r>
    </w:p>
    <w:p>
      <w:r>
        <w:br/>
        <w:t>Вночі віконний з'явець поглядає&lt;br /&gt;</w:t>
        <w:br/>
        <w:t>між морем молодим і мною.&lt;br /&gt;</w:t>
        <w:br/>
        <w:t>І—кущик сяйва привіває дальнє&lt;br /&gt;</w:t>
        <w:br/>
        <w:t>сповістя, пошептавши знову.</w:t>
      </w:r>
    </w:p>
    <w:p>
      <w:r>
        <w:br/>
        <w:t>Відносить місяць при німому мості—&lt;br /&gt;</w:t>
        <w:br/>
        <w:t>всі через хвилю, тіні вбогі.&lt;br /&gt;</w:t>
        <w:br/>
        <w:t>Горить з грудей, росою й листям просить,&lt;br /&gt;</w:t>
        <w:br/>
        <w:t>при серці притулившись, огник.</w:t>
      </w:r>
    </w:p>
    <w:p>
      <w:r>
        <w:br/>
        <w:t>Але вкріпляються кайдани мертві—&lt;br /&gt;</w:t>
        <w:br/>
        <w:t>в склепіння думці побряжчати.&lt;br /&gt;</w:t>
        <w:br/>
        <w:t>Нехай остання нитка нервів стерпить,&lt;br /&gt;</w:t>
        <w:br/>
        <w:t>і вийди з-під замка напасти.</w:t>
      </w:r>
    </w:p>
    <w:p>
      <w:r>
        <w:br/>
        <w:t>В глибокім небі гілочка надсвіття&lt;br /&gt;</w:t>
        <w:br/>
        <w:t>присвітиться, мов правда рідна.&lt;br /&gt;</w:t>
        <w:br/>
        <w:t>Сама, з сонцями служить! в скорб сповита&lt;br /&gt;</w:t>
        <w:br/>
        <w:t>душа; й вікно прозріє ридма.</w:t>
      </w:r>
    </w:p>
    <w:p>
      <w:r>
        <w:br/>
        <w:t>26.XII.53&lt;br /&gt;</w:t>
        <w:br/>
        <w:t>ПОЛОНЕНІСТЬ І НАДІЯ</w:t>
      </w:r>
    </w:p>
    <w:p>
      <w:r>
        <w:br/>
        <w:t>Настигла океан—біда сторука:&lt;br /&gt;</w:t>
        <w:br/>
        <w:t>він, з огнища вітрів холодних,&lt;br /&gt;</w:t>
        <w:br/>
        <w:t>мені й тобі зліта в зелених круках,&lt;br /&gt;</w:t>
        <w:br/>
        <w:t>крізь сніг! як від двора льодовні.</w:t>
      </w:r>
    </w:p>
    <w:p>
      <w:r>
        <w:br/>
        <w:t>Зніміла місяця мана лебідна,&lt;br /&gt;</w:t>
        <w:br/>
        <w:t>а сонця мед розлився в бурю.&lt;br /&gt;</w:t>
        <w:br/>
        <w:t>І нам стежину чайка перебігла,&lt;br /&gt;</w:t>
        <w:br/>
        <w:t>проз решту променів виручу.&lt;br /&gt;</w:t>
        <w:br/>
        <w:t>На розставанні гіркота зневіри;&lt;br /&gt;</w:t>
        <w:br/>
        <w:t>з пісками фуга допрядеться.&lt;br /&gt;</w:t>
        <w:br/>
        <w:t>А сонця коренів ніхто не вирве,&lt;br /&gt;</w:t>
        <w:br/>
        <w:t>мов з кузні їх снага південна.&lt;br /&gt;</w:t>
        <w:br/>
        <w:t>І ми повірмо білосердній птиці&lt;br /&gt;</w:t>
        <w:br/>
        <w:t>при жорні бурунів заклятих.&lt;br /&gt;</w:t>
        <w:br/>
        <w:t>Вона: провісного тепла напитись&lt;br /&gt;</w:t>
        <w:br/>
        <w:t>летить над сніг і очі хатки.</w:t>
      </w:r>
    </w:p>
    <w:p>
      <w:r>
        <w:br/>
        <w:t>27.XII.53&lt;br /&gt;</w:t>
        <w:br/>
        <w:t>СНІГ</w:t>
      </w:r>
    </w:p>
    <w:p>
      <w:r>
        <w:br/>
        <w:t>Життя—на смерть ображене, без скарги! —&lt;br /&gt;</w:t>
        <w:br/>
        <w:t>в гірку рослинку полеліє...&lt;br /&gt;</w:t>
        <w:br/>
        <w:t>її листок спада, мов камінь: карий,&lt;br /&gt;</w:t>
        <w:br/>
        <w:t>де комишиння все уклінне.</w:t>
      </w:r>
    </w:p>
    <w:p>
      <w:r>
        <w:br/>
        <w:t>Життя залюблене в безвинну білість;&lt;br /&gt;</w:t>
        <w:br/>
        <w:t>а з скатертинки місяць зійде.&lt;br /&gt;</w:t>
        <w:br/>
        <w:t>Від завірюх нещастями розбилось,&lt;br /&gt;</w:t>
        <w:br/>
        <w:t>для лілії весілля блідне.&lt;br /&gt;</w:t>
        <w:br/>
        <w:t>Мороз! — кара безжалісно, в'язничник;&lt;br /&gt;</w:t>
        <w:br/>
        <w:t>в цимбали хуртовин додзвонить.&lt;br /&gt;</w:t>
        <w:br/>
        <w:t>І рідні нам привидяться, самітні:&lt;br /&gt;</w:t>
        <w:br/>
        <w:t>крізь морок, душі, з хмар холодних.&lt;br /&gt;</w:t>
        <w:br/>
        <w:t>Пригашено високий звід, над сосни&lt;br /&gt;</w:t>
        <w:br/>
        <w:t>і над сади: де сяйво бігло,&lt;br /&gt;</w:t>
        <w:br/>
        <w:t>кохаючи, цілуючи! — і птах приносить&lt;br /&gt;</w:t>
        <w:br/>
        <w:t>від моря звісту, хоч невільну.&lt;br /&gt;</w:t>
        <w:br/>
        <w:t>На терезах зірок: мов смуток зважать,&lt;br /&gt;</w:t>
        <w:br/>
        <w:t>розвіяти між нами чистий...&lt;br /&gt;</w:t>
        <w:br/>
        <w:t>під білу скелю неба, де назавжди&lt;br /&gt;</w:t>
        <w:br/>
        <w:t>відходять і квітки спочити.</w:t>
      </w:r>
    </w:p>
    <w:p>
      <w:r>
        <w:br/>
        <w:t>11.1.54&lt;br /&gt;</w:t>
        <w:br/>
        <w:t>ЗИМОВА ПТАШКА</w:t>
      </w:r>
    </w:p>
    <w:p>
      <w:r>
        <w:br/>
        <w:t>Понад холмами — чи коло фіялок,&lt;br /&gt;</w:t>
        <w:br/>
        <w:t>пташинко, голос твій скрипалить?&lt;br /&gt;</w:t>
        <w:br/>
        <w:t>При камені морозному зів'яло&lt;br /&gt;</w:t>
        <w:br/>
        <w:t>життя під бистрими серпами.</w:t>
      </w:r>
    </w:p>
    <w:p>
      <w:r>
        <w:br/>
        <w:t>Де мертве дзеркало, що дочорніло,&lt;br /&gt;</w:t>
        <w:br/>
        <w:t>де моря дно: не буде звістки!&lt;br /&gt;</w:t>
        <w:br/>
        <w:t>А сизі сплески з жевріями бризок&lt;br /&gt;</w:t>
        <w:br/>
        <w:t>на скойку радісно пролиті.</w:t>
      </w:r>
    </w:p>
    <w:p>
      <w:r>
        <w:br/>
        <w:t>Та біля неба визоріла з горя—&lt;br /&gt;</w:t>
        <w:br/>
        <w:t>надія над закляття сніжне.&lt;br /&gt;</w:t>
        <w:br/>
        <w:t>Мов нитку діямантову відтворять&lt;br /&gt;</w:t>
        <w:br/>
        <w:t>всі ластівки: пустеля діжде.&lt;br /&gt;</w:t>
        <w:br/>
        <w:t>Докинеться в скрипковий гомін любе—&lt;br /&gt;</w:t>
        <w:br/>
        <w:t>провіщення благословенне.&lt;br /&gt;</w:t>
        <w:br/>
        <w:t>На чорній грядці воскресати буде&lt;br /&gt;</w:t>
        <w:br/>
        <w:t>вже квіття карооке в мене.&lt;br /&gt;</w:t>
        <w:br/>
        <w:t>ТРАВИ З ВЕЧІРНЬОГО ПРИБОЮ</w:t>
      </w:r>
    </w:p>
    <w:p>
      <w:r>
        <w:br/>
        <w:t>Стеблинки кротости! ридання ваше&lt;br /&gt;</w:t>
        <w:br/>
        <w:t>переболіє—в тихе слово.&lt;br /&gt;</w:t>
        <w:br/>
        <w:t>І моря грім жнивами перев'яже&lt;br /&gt;</w:t>
        <w:br/>
        <w:t>при тіні чайки, в сніп шовковий.</w:t>
      </w:r>
    </w:p>
    <w:p>
      <w:r>
        <w:br/>
        <w:t>При шепоті пісків, проз палі смольні,&lt;br /&gt;</w:t>
        <w:br/>
        <w:t>пожуриться на цвинтар скойок.&lt;br /&gt;</w:t>
        <w:br/>
        <w:t>Тоді—мелодія, мов голуб, молить&lt;br /&gt;</w:t>
        <w:br/>
        <w:t>з конвалією світляною.</w:t>
      </w:r>
    </w:p>
    <w:p>
      <w:r>
        <w:br/>
        <w:t>А пристрасті, всі смолоскипно злиті&lt;br /&gt;</w:t>
        <w:br/>
        <w:t>й соняшниково, з моря—змерхли:&lt;br /&gt;</w:t>
        <w:br/>
        <w:t>Не свічка перлямутрова в несвітті,&lt;br /&gt;</w:t>
        <w:br/>
        <w:t>то місяць снів, де меви ревні.</w:t>
      </w:r>
    </w:p>
    <w:p>
      <w:r>
        <w:br/>
        <w:t>Його приріднюючи, хвилля стрічне&lt;br /&gt;</w:t>
        <w:br/>
        <w:t>дивинним димом прибіжить.&lt;br /&gt;</w:t>
        <w:br/>
        <w:t>І, зірко, світячи в сніги! сестрице,&lt;br /&gt;</w:t>
        <w:br/>
        <w:t>спинись на трав'яній межі.</w:t>
      </w:r>
    </w:p>
    <w:p>
      <w:r>
        <w:br/>
        <w:t>20.1.54&lt;br /&gt;</w:t>
        <w:br/>
        <w:t>ПРАВДА МОРЯ</w:t>
      </w:r>
    </w:p>
    <w:p>
      <w:r>
        <w:br/>
        <w:t>В далечині живого світла, скарбний,&lt;br /&gt;</w:t>
        <w:br/>
        <w:t>кораблик мріється без мови.&lt;br /&gt;</w:t>
        <w:br/>
        <w:t>А на пісок, серед наміння кари,&lt;br /&gt;</w:t>
        <w:br/>
        <w:t>помшілого.мороз листкові.</w:t>
      </w:r>
    </w:p>
    <w:p>
      <w:r>
        <w:br/>
        <w:t>Спада, мов з крейди, сплеск! по надбереж&lt;br /&gt;</w:t>
        <w:br/>
        <w:t>проти снігів, життя дочасне.&lt;br /&gt;</w:t>
        <w:br/>
        <w:t>Вкруг іскорка крізь тінь необережну&lt;br /&gt;</w:t>
        <w:br/>
        <w:t>при глибині морській не гасне.</w:t>
      </w:r>
    </w:p>
    <w:p>
      <w:r>
        <w:br/>
        <w:t>Мов при рукавах неба—скорб нагідки&lt;br /&gt;</w:t>
        <w:br/>
        <w:t>горить— з надсвітних сліз кривавить...&lt;br /&gt;</w:t>
        <w:br/>
        <w:t>до хвиль землі та до піщинок бідних,&lt;br /&gt;</w:t>
        <w:br/>
        <w:t>де в смерті—неповинний равлик.</w:t>
      </w:r>
    </w:p>
    <w:p>
      <w:r>
        <w:br/>
        <w:t>Вінець лямпадки: полум'яна правда&lt;br /&gt;</w:t>
        <w:br/>
        <w:t>по сизому безмов'ю віє...&lt;br /&gt;</w:t>
        <w:br/>
        <w:t>до всіх з лілейного дзеркалля вбрана!—&lt;br /&gt;</w:t>
        <w:br/>
        <w:t>й надходить море солов'їне.</w:t>
      </w:r>
    </w:p>
    <w:p>
      <w:r>
        <w:br/>
        <w:t>1.11.54&lt;br /&gt;</w:t>
        <w:br/>
        <w:t>СВІТЛО</w:t>
      </w:r>
    </w:p>
    <w:p>
      <w:r>
        <w:br/>
        <w:t>Барвіє дим із райдуги, від бурі,&lt;br /&gt;</w:t>
        <w:br/>
        <w:t>що без прокльону рветься, свіжа...&lt;br /&gt;</w:t>
        <w:br/>
        <w:t>мов—припадати до грудей: не журить,&lt;br /&gt;</w:t>
        <w:br/>
        <w:t>краплинами жагуча з квіття.&lt;br /&gt;</w:t>
        <w:br/>
        <w:t>Бо творено і океан, як вогник,&lt;br /&gt;</w:t>
        <w:br/>
        <w:t>як сизокриле серце в співі.&lt;br /&gt;</w:t>
        <w:br/>
        <w:t>Під зводи доцвіте або достотне,&lt;br /&gt;</w:t>
        <w:br/>
        <w:t>в обрив чуття розбивши мистиві.&lt;br /&gt;</w:t>
        <w:br/>
        <w:t>Розкуто берегів кайдани—в сяйво,&lt;br /&gt;</w:t>
        <w:br/>
        <w:t>де воскресає небо творче.&lt;br /&gt;</w:t>
        <w:br/>
        <w:t>І нам, супутна пташко, з хвиль назвалось&lt;br /&gt;</w:t>
        <w:br/>
        <w:t>горіння, до грудей сорочки.</w:t>
      </w:r>
    </w:p>
    <w:p>
      <w:r>
        <w:br/>
        <w:t>Давно—до квітня огняного лану&lt;br /&gt;</w:t>
        <w:br/>
        <w:t>і шепоту зірок навколо,—&lt;br /&gt;</w:t>
        <w:br/>
        <w:t>призначено, як долю, несказанну&lt;br /&gt;</w:t>
        <w:br/>
        <w:t>жоржину в молодому полі.</w:t>
      </w:r>
    </w:p>
    <w:p>
      <w:r>
        <w:br/>
        <w:t>5.II.54&lt;br /&gt;</w:t>
        <w:br/>
        <w:t>ВІДТВОРЕННЯ МОРЯ</w:t>
      </w:r>
    </w:p>
    <w:p>
      <w:r>
        <w:br/>
        <w:t>Віджити, діється! зернини чуда&lt;br /&gt;</w:t>
        <w:br/>
        <w:t>з могили в воскресіння вносить...&lt;br /&gt;</w:t>
        <w:br/>
        <w:t>на східцях світла—крок його почути,&lt;br /&gt;</w:t>
        <w:br/>
        <w:t>де світить проліскова просинь.&lt;br /&gt;</w:t>
        <w:br/>
        <w:t>І від зіниць твоїх: зірчин розкрильних,&lt;br /&gt;</w:t>
        <w:br/>
        <w:t>вістки ласкавлять, як з весілля.&lt;br /&gt;</w:t>
        <w:br/>
        <w:t>Напливи моря—громик повторили,&lt;br /&gt;</w:t>
        <w:br/>
        <w:t>а камінь в іскрах пожалівся.</w:t>
      </w:r>
    </w:p>
    <w:p>
      <w:r>
        <w:br/>
        <w:t>Жаристий знак первоцвіту нетайно&lt;br /&gt;</w:t>
        <w:br/>
        <w:t>розвидниться в безлюдній тіні:&lt;br /&gt;</w:t>
        <w:br/>
        <w:t>де ниті з прядки сонця долітають&lt;br /&gt;</w:t>
        <w:br/>
        <w:t>між пальцями берез бростинних.</w:t>
      </w:r>
    </w:p>
    <w:p>
      <w:r>
        <w:br/>
        <w:t>Обличчя моря часом натемніє—&lt;br /&gt;</w:t>
        <w:br/>
        <w:t>-журбою: як грозить недоля.&lt;br /&gt;</w:t>
        <w:br/>
        <w:t>Проти страждання взяти парус ніде,&lt;br /&gt;</w:t>
        <w:br/>
        <w:t>хоч і вітрів долоня добра.</w:t>
      </w:r>
    </w:p>
    <w:p>
      <w:r>
        <w:br/>
        <w:t>І сум: височина чола небесна—&lt;br /&gt;</w:t>
        <w:br/>
        <w:t>горить; ридання чайки витчуть.&lt;br /&gt;</w:t>
        <w:br/>
        <w:t>Мов—біла буря, з серця, біля тебе&lt;br /&gt;</w:t>
        <w:br/>
        <w:t>галузку мучить споконвічну.</w:t>
      </w:r>
    </w:p>
    <w:p>
      <w:r>
        <w:br/>
        <w:t>7.IV.54&lt;br /&gt;</w:t>
        <w:br/>
        <w:t>ПЕРВОЦВІТОК</w:t>
      </w:r>
    </w:p>
    <w:p>
      <w:r>
        <w:br/>
        <w:t>Мовчить первоцвіток, як між глухими-&lt;br /&gt;</w:t>
        <w:br/>
        <w:t>тендітний дзоник! ледь відкрився.&lt;br /&gt;</w:t>
        <w:br/>
        <w:t>Не скаже чайка, чи недужа? хилить,&lt;br /&gt;</w:t>
        <w:br/>
        <w:t>віднесена з вітрами, крильця.</w:t>
      </w:r>
    </w:p>
    <w:p>
      <w:r>
        <w:br/>
        <w:t>І вже не буде, як рибина, бігти&lt;br /&gt;</w:t>
        <w:br/>
        <w:t>рабиня біля: скарга з серця.&lt;br /&gt;</w:t>
        <w:br/>
        <w:t>Що в сонця прядено, то, хвилі бідні—&lt;br /&gt;</w:t>
        <w:br/>
        <w:t>спинитися в туман не стерплять.</w:t>
      </w:r>
    </w:p>
    <w:p>
      <w:r>
        <w:br/>
        <w:t>Ні мрія, що любитимеш, не тоне&lt;br /&gt;</w:t>
        <w:br/>
        <w:t>на темноту, де в гуслі скине—&lt;br /&gt;</w:t>
        <w:br/>
        <w:t>кипуче хвилля, від перлин коштовне&lt;br /&gt;</w:t>
        <w:br/>
        <w:t>і не від ночі соколине.&lt;br /&gt;</w:t>
        <w:br/>
        <w:t>Без снів каміння гомоніло німо,&lt;br /&gt;</w:t>
        <w:br/>
        <w:t>де ми первоцвіток минули.&lt;br /&gt;</w:t>
        <w:br/>
        <w:t>Але байдужий чайка плач підніме&lt;br /&gt;</w:t>
        <w:br/>
        <w:t>і небо розгорить, як вулик.</w:t>
      </w:r>
    </w:p>
    <w:p>
      <w:r>
        <w:br/>
        <w:t>1 4.IV.54&lt;br /&gt;</w:t>
        <w:br/>
        <w:t>ВЕЛИКДЕНЬ</w:t>
      </w:r>
    </w:p>
    <w:p>
      <w:r>
        <w:br/>
        <w:t>Хоч—темрява, й не можна відкликати:&lt;br /&gt;</w:t>
        <w:br/>
        <w:t>годин! а сонце з домовини —&lt;br /&gt;</w:t>
        <w:br/>
        <w:t>розбило, вставши, ніч безодні, й камінь&lt;br /&gt;</w:t>
        <w:br/>
        <w:t>відкочено в окресток видний.&lt;br /&gt;</w:t>
        <w:br/>
        <w:t>Події скрізь глухі: мов чумна туча&lt;br /&gt;</w:t>
        <w:br/>
        <w:t>проходить серед гір до моря...&lt;br /&gt;</w:t>
        <w:br/>
        <w:t>Але—вже досвіт вишень не потушать,&lt;br /&gt;</w:t>
        <w:br/>
        <w:t>хоч і сваволя невгамовна.&lt;br /&gt;</w:t>
        <w:br/>
        <w:t>Гілки аж покипіли! вкруг—рожев'я:&lt;br /&gt;</w:t>
        <w:br/>
        <w:t>розкрито в сміх, та бджіл гойдає...&lt;br /&gt;</w:t>
        <w:br/>
        <w:t>зірок рідня, безвинністю блаженна,&lt;br /&gt;</w:t>
        <w:br/>
        <w:t>чуття з дитинства некайданне.&lt;br /&gt;</w:t>
        <w:br/>
        <w:t>Лиш океан—розділеність жахлива,—&lt;br /&gt;</w:t>
        <w:br/>
        <w:t>між нами: всі стежини стерлись.&lt;br /&gt;</w:t>
        <w:br/>
        <w:t>А вже, над тлінністю й замками лиха,&lt;br /&gt;</w:t>
        <w:br/>
        <w:t>зустрінем чашу! — цвіт без смерти.</w:t>
      </w:r>
    </w:p>
    <w:p>
      <w:r>
        <w:br/>
        <w:t>25.IV.64&lt;br /&gt;</w:t>
        <w:br/>
        <w:t>ПОГРОЗА НОЧІ</w:t>
      </w:r>
    </w:p>
    <w:p>
      <w:r>
        <w:br/>
        <w:t>Низинами, через неволю вовчу,&lt;br /&gt;</w:t>
        <w:br/>
        <w:t>розляжеться від хмари—зблисне:&lt;br /&gt;</w:t>
        <w:br/>
        <w:t>як крик з ножа! й піски сточити хочуть&lt;br /&gt;</w:t>
        <w:br/>
        <w:t>ростиння пусток небарвисте.&lt;br /&gt;</w:t>
        <w:br/>
        <w:t>В немісячності ящірка жорстока&lt;br /&gt;</w:t>
        <w:br/>
        <w:t>проквітлий кактус пограбує.&lt;br /&gt;</w:t>
        <w:br/>
        <w:t>А камінь пітьми, мов громи покотять,&lt;br /&gt;</w:t>
        <w:br/>
        <w:t>насунеться крізь горе буднє.&lt;br /&gt;</w:t>
        <w:br/>
        <w:t>Тоді тонкі єхидни пританцюють;&lt;br /&gt;</w:t>
        <w:br/>
        <w:t>злорада скорпіони зниже.&lt;br /&gt;</w:t>
        <w:br/>
        <w:t>Та навіть привида, як волоцюгу,&lt;br /&gt;</w:t>
        <w:br/>
        <w:t>комаство покуса прехиже.&lt;br /&gt;</w:t>
        <w:br/>
        <w:t>Мов річка таємнича, вмить кажання&lt;br /&gt;</w:t>
        <w:br/>
        <w:t>під небо вирветься з печери.&lt;br /&gt;</w:t>
        <w:br/>
        <w:t>І вже вампір на скатерті крижавій&lt;br /&gt;</w:t>
        <w:br/>
        <w:t>живою кров'ю повечеря.&lt;br /&gt;</w:t>
        <w:br/>
        <w:t>4.У.54&lt;br /&gt;</w:t>
        <w:br/>
        <w:t>ПРИКМЕТА ТРАВНЯ</w:t>
      </w:r>
    </w:p>
    <w:p>
      <w:r>
        <w:br/>
        <w:t>Ми живемо при загадці! всвітліє&lt;br /&gt;</w:t>
        <w:br/>
        <w:t>коронними краями в веснах...&lt;br /&gt;</w:t>
        <w:br/>
        <w:t>і знову з тайни погляда неслівне&lt;br /&gt;</w:t>
        <w:br/>
        <w:t>єство її—здаля всміхнеться.</w:t>
      </w:r>
    </w:p>
    <w:p>
      <w:r>
        <w:br/>
        <w:t>На згір'ї приласкавлений туманик—&lt;br /&gt;</w:t>
        <w:br/>
        <w:t>в сади: мов димлення живлюще;&lt;br /&gt;</w:t>
        <w:br/>
        <w:t>там подощів'я в сльози не поранить,&lt;br /&gt;</w:t>
        <w:br/>
        <w:t>а голуб крильми похвилює.&lt;br /&gt;</w:t>
        <w:br/>
        <w:t>Ніде палання дике не збереться&lt;br /&gt;</w:t>
        <w:br/>
        <w:t>пролитись карою! куріє—&lt;br /&gt;</w:t>
        <w:br/>
        <w:t>небесна смирна при квітинних жертвах;&lt;br /&gt;</w:t>
        <w:br/>
        <w:t>все—в загадці, навіки рідне.&lt;br /&gt;</w:t>
        <w:br/>
        <w:t>Бо суджено в сім'ю, крізь смерть, збрататись,&lt;br /&gt;</w:t>
        <w:br/>
        <w:t>круги тернів стерпівши вповні.&lt;br /&gt;</w:t>
        <w:br/>
        <w:t>Лілейний світоч сходить над світами,&lt;br /&gt;</w:t>
        <w:br/>
        <w:t>де з моря—напрямок пророків.</w:t>
      </w:r>
    </w:p>
    <w:p>
      <w:r>
        <w:br/>
        <w:t>4.У.54&lt;br /&gt;</w:t>
        <w:br/>
        <w:t>РАННІЙ ЧАС</w:t>
      </w:r>
    </w:p>
    <w:p>
      <w:r>
        <w:br/>
        <w:t>Далекі парусники: буря здвиже;&lt;br /&gt;</w:t>
        <w:br/>
        <w:t>фіялка відцвіте без мене.&lt;br /&gt;</w:t>
        <w:br/>
        <w:t>А кличе свідок—океан! ніжніше,&lt;br /&gt;</w:t>
        <w:br/>
        <w:t>ніж серце меви неіменне:</w:t>
      </w:r>
    </w:p>
    <w:p>
      <w:r>
        <w:br/>
        <w:t>переддосвітній—мов бузками гляне,&lt;br /&gt;</w:t>
        <w:br/>
        <w:t>гіллясто жевріючи в подих.&lt;br /&gt;</w:t>
        <w:br/>
        <w:t>Хмаринок нив'я й зілля осіянне&lt;br /&gt;</w:t>
        <w:br/>
        <w:t>в огненній скойці неба сходить.&lt;br /&gt;</w:t>
        <w:br/>
        <w:t>Скрізь переміни: в місяці і тканях&lt;br /&gt;</w:t>
        <w:br/>
        <w:t>зірок, і сонцевих горниллях.&lt;br /&gt;</w:t>
        <w:br/>
        <w:t>Пройти, плечима—поруч, де спіткала&lt;br /&gt;</w:t>
        <w:br/>
        <w:t>гроза і рута пробарвіла.&lt;br /&gt;</w:t>
        <w:br/>
        <w:t>А заздриться на наші вікна скромні—&lt;br /&gt;</w:t>
        <w:br/>
        <w:t>біда: вулканністю струсити.&lt;br /&gt;</w:t>
        <w:br/>
        <w:t>Чи сиву вишню доля охоронить? —&lt;br /&gt;</w:t>
        <w:br/>
        <w:t>клонитися тобі в гостину.</w:t>
      </w:r>
    </w:p>
    <w:p>
      <w:r>
        <w:br/>
        <w:t>30.У.54&lt;br /&gt;</w:t>
        <w:br/>
        <w:t>СОНЦЕ</w:t>
      </w:r>
    </w:p>
    <w:p>
      <w:r>
        <w:br/>
        <w:t>Святе і хризантемне, розсилає&lt;br /&gt;</w:t>
        <w:br/>
        <w:t>пилок палання від сліпучих,&lt;br /&gt;</w:t>
        <w:br/>
        <w:t>від кучерів: як німб шумить! русяве,&lt;br /&gt;</w:t>
        <w:br/>
        <w:t>і жалощі в собі сполучить.&lt;br /&gt;</w:t>
        <w:br/>
        <w:t>Розкриє хмар крилату скойку: чиста,&lt;br /&gt;</w:t>
        <w:br/>
        <w:t>з завіс рожевістю родилась —&lt;br /&gt;</w:t>
        <w:br/>
        <w:t>перлина—квіткова зіниця! вчися,&lt;br /&gt;</w:t>
        <w:br/>
        <w:t>тінисте серце, смутку зілля.&lt;br /&gt;</w:t>
        <w:br/>
        <w:t>Поставлено навік провістя Боже—&lt;br /&gt;</w:t>
        <w:br/>
        <w:t>приносити дихання правди.&lt;br /&gt;</w:t>
        <w:br/>
        <w:t>Гілля думок, де процвіте, спроможне&lt;br /&gt;</w:t>
        <w:br/>
        <w:t>і вовчу кров вітрів прорвати.</w:t>
      </w:r>
    </w:p>
    <w:p>
      <w:r>
        <w:br/>
        <w:t>Прообраз горній — люстра, що в світлиці,&lt;br /&gt;</w:t>
        <w:br/>
        <w:t>малюнок духа: пташка сіє&lt;br /&gt;</w:t>
        <w:br/>
        <w:t>сіяння, звідки барвами пролиті—&lt;br /&gt;</w:t>
        <w:br/>
        <w:t>барвінки крізь тепло весіннє.&lt;br /&gt;</w:t>
        <w:br/>
        <w:t>Блаженний голуб розвіва потоки,&lt;br /&gt;</w:t>
        <w:br/>
        <w:t>мов сурмок голоси при небі:&lt;br /&gt;</w:t>
        <w:br/>
        <w:t>з блакиттю — в океан журби, аж доки&lt;br /&gt;</w:t>
        <w:br/>
        <w:t>зберуться розквіти червневі.&lt;br /&gt;</w:t>
        <w:br/>
        <w:t>В затон приклониться любити смертне,&lt;br /&gt;</w:t>
        <w:br/>
        <w:t>де зморена трояндок риза.&lt;br /&gt;</w:t>
        <w:br/>
        <w:t>Його вінець ні в трунах не померкне,&lt;br /&gt;</w:t>
        <w:br/>
        <w:t>ні вишні скрапати наблизять.</w:t>
      </w:r>
    </w:p>
    <w:p>
      <w:r>
        <w:br/>
        <w:t>Само в небеснім серці, в світнім складі,&lt;br /&gt;</w:t>
        <w:br/>
        <w:t>як іскра: з милосердя родить;&lt;br /&gt;</w:t>
        <w:br/>
        <w:t>пророче джерело! зустріне раде&lt;br /&gt;</w:t>
        <w:br/>
        <w:t>дитя, що заспіва сьогодні.</w:t>
      </w:r>
    </w:p>
    <w:p>
      <w:r>
        <w:br/>
        <w:t>1 .VI.54</w:t>
      </w:r>
    </w:p>
    <w:p>
      <w:r>
        <w:br/>
        <w:t>зоз&lt;br /&gt;</w:t>
        <w:br/>
        <w:t>ВОДОСПАД</w:t>
      </w:r>
    </w:p>
    <w:p>
      <w:r>
        <w:br/>
        <w:t>Порив—несамовитий! Він корінню&lt;br /&gt;</w:t>
        <w:br/>
        <w:t>пораненому миє кості,&lt;br /&gt;</w:t>
        <w:br/>
        <w:t>і гоїть! і громаду соколину&lt;br /&gt;</w:t>
        <w:br/>
        <w:t>над лев'ячий огонь відносить.&lt;br /&gt;</w:t>
        <w:br/>
        <w:t>А бризок зерно сиплеться доснитись&lt;br /&gt;</w:t>
        <w:br/>
        <w:t>мов сльози грозові, крізь бурю,&lt;br /&gt;</w:t>
        <w:br/>
        <w:t>де мідяні тюлпани від дзвіниці—&lt;br /&gt;</w:t>
        <w:br/>
        <w:t>і каменя на суд розбудять.</w:t>
      </w:r>
    </w:p>
    <w:p>
      <w:r>
        <w:br/>
        <w:t>Враз кучеряві блискавки найглибше&lt;br /&gt;</w:t>
        <w:br/>
        <w:t>в тумани звалено: на вістря,&lt;br /&gt;</w:t>
        <w:br/>
        <w:t>де серед скелля—вихорами дише&lt;br /&gt;</w:t>
        <w:br/>
        <w:t>геєнна звірів, гнівом бистра.</w:t>
      </w:r>
    </w:p>
    <w:p>
      <w:r>
        <w:br/>
        <w:t>А витерпівши, вірно в Брамса й яблунь,&lt;br /&gt;</w:t>
        <w:br/>
        <w:t>небесний візерунок рушить.&lt;br /&gt;</w:t>
        <w:br/>
        <w:t>Там: душі в сивім полум'ї об'являть—&lt;br /&gt;</w:t>
        <w:br/>
        <w:t>живу веселку пройдуть душі.</w:t>
      </w:r>
    </w:p>
    <w:p>
      <w:r>
        <w:br/>
        <w:t>5.VI.54&lt;br /&gt;</w:t>
        <w:br/>
        <w:t>МАК</w:t>
      </w:r>
    </w:p>
    <w:p>
      <w:r>
        <w:br/>
        <w:t>Найчервоніший сполох від тонкого&lt;br /&gt;</w:t>
        <w:br/>
        <w:t>стебла поклониться пташаті.&lt;br /&gt;</w:t>
        <w:br/>
        <w:t>Бо, як і місяць, славить коло нього —&lt;br /&gt;</w:t>
        <w:br/>
        <w:t>незримих: кличучи втішати.</w:t>
      </w:r>
    </w:p>
    <w:p>
      <w:r>
        <w:br/>
        <w:t>У затишку свічіє, рідний вірі&lt;br /&gt;</w:t>
        <w:br/>
        <w:t>з причасного благословення.&lt;br /&gt;</w:t>
        <w:br/>
        <w:t>Мов рана, теплий, мов любов, горіти:&lt;br /&gt;</w:t>
        <w:br/>
        <w:t>дарує ниточка зелена.&lt;br /&gt;</w:t>
        <w:br/>
        <w:t>Мов жертву, що з хустинки сяйва, в душах,&lt;br /&gt;</w:t>
        <w:br/>
        <w:t>відкрилась по вечірній хвилі.&lt;br /&gt;</w:t>
        <w:br/>
        <w:t>Мов огник церкви, що змію подужа—&lt;br /&gt;</w:t>
        <w:br/>
        <w:t>гримучу, і неволю схилить.&lt;br /&gt;</w:t>
        <w:br/>
        <w:t>Бриніти в крузі радости крізь тишу&lt;br /&gt;</w:t>
        <w:br/>
        <w:t>нечутно, як плянет сопілки.&lt;br /&gt;</w:t>
        <w:br/>
        <w:t>Огненністю зійти, нехай колишуть—&lt;br /&gt;</w:t>
        <w:br/>
        <w:t>грози рукава! подих вільний.</w:t>
      </w:r>
    </w:p>
    <w:p>
      <w:r>
        <w:br/>
        <w:t>Між нивами, в росі передсвітанку,&lt;br /&gt;</w:t>
        <w:br/>
        <w:t>скупаються, свічки квітучі;&lt;br /&gt;</w:t>
        <w:br/>
        <w:t>тоді—в вулканний стрій вінків! і стануть&lt;br /&gt;</w:t>
        <w:br/>
        <w:t>рости на потойбічних кручах.</w:t>
      </w:r>
    </w:p>
    <w:p>
      <w:r>
        <w:br/>
        <w:t>7.VI.54&lt;br /&gt;</w:t>
        <w:br/>
        <w:t>НИВА</w:t>
      </w:r>
    </w:p>
    <w:p>
      <w:r>
        <w:br/>
        <w:t>В полоні нива! вкруг— блискуче зілля&lt;br /&gt;</w:t>
        <w:br/>
        <w:t>натискується в межі: часто.&lt;br /&gt;</w:t>
        <w:br/>
        <w:t>А невимовний камінь зупинила&lt;br /&gt;</w:t>
        <w:br/>
        <w:t>тополя,— досвітів початок.</w:t>
      </w:r>
    </w:p>
    <w:p>
      <w:r>
        <w:br/>
        <w:t>І любить співанку синички добру,&lt;br /&gt;</w:t>
        <w:br/>
        <w:t>і білий мак на водах любить—&lt;br /&gt;</w:t>
        <w:br/>
        <w:t>і всю, пшеницю: дорогішу вроду,&lt;br /&gt;</w:t>
        <w:br/>
        <w:t>ніж серга в учті многолюдній.</w:t>
      </w:r>
    </w:p>
    <w:p>
      <w:r>
        <w:br/>
        <w:t>Мов рушники злотисті, з городенства&lt;br /&gt;</w:t>
        <w:br/>
        <w:t>простелено: землі, при серці,&lt;br /&gt;</w:t>
        <w:br/>
        <w:t>І маківка, красою осередна,&lt;br /&gt;</w:t>
        <w:br/>
        <w:t>прийма пчолу! грабунок стерпить.</w:t>
      </w:r>
    </w:p>
    <w:p>
      <w:r>
        <w:br/>
        <w:t>Снага, розлившись половіє, стигла—&lt;br /&gt;</w:t>
        <w:br/>
        <w:t>під гостроту серпа скоритись:&lt;br /&gt;</w:t>
        <w:br/>
        <w:t>мов мірро, і розп'яття плоть, і стигма&lt;br /&gt;</w:t>
        <w:br/>
        <w:t>життя, жертовного до крихти.</w:t>
      </w:r>
    </w:p>
    <w:p>
      <w:r>
        <w:br/>
        <w:t>Вся нива безневинна тихо служить,&lt;br /&gt;</w:t>
        <w:br/>
        <w:t>долоні вигріті зложивши.&lt;br /&gt;</w:t>
        <w:br/>
        <w:t>Аж — місяць висвітлив лілейну дужку:&lt;br /&gt;</w:t>
        <w:br/>
        <w:t>торкнути соняшник найвищий.&lt;br /&gt;</w:t>
        <w:br/>
        <w:t>6.VII.54&lt;br /&gt;</w:t>
        <w:br/>
        <w:t>ВЕРБИЧКА</w:t>
      </w:r>
    </w:p>
    <w:p>
      <w:r>
        <w:br/>
        <w:t>Темніє океан: проз камінь бродить,&lt;br /&gt;</w:t>
        <w:br/>
        <w:t>де, від століть вина—помшів.&lt;br /&gt;</w:t>
        <w:br/>
        <w:t>І, некривава вербо! дощик добрий&lt;br /&gt;</w:t>
        <w:br/>
        <w:t>перешумить до комишин.</w:t>
      </w:r>
    </w:p>
    <w:p>
      <w:r>
        <w:br/>
        <w:t>Душа не стане втішної сопілки&lt;br /&gt;</w:t>
        <w:br/>
        <w:t>між горлицями моря звати.&lt;br /&gt;</w:t>
        <w:br/>
        <w:t>Примружена з смарагду, вербо! скрикни,&lt;br /&gt;</w:t>
        <w:br/>
        <w:t>аж до гвоздичків біля хати.</w:t>
      </w:r>
    </w:p>
    <w:p>
      <w:r>
        <w:br/>
        <w:t>Там побуяс при доріжці гілка&lt;br /&gt;</w:t>
        <w:br/>
        <w:t>і пташка перстень пересипле.&lt;br /&gt;</w:t>
        <w:br/>
        <w:t>А пестощі твої життя прихилять—&lt;br /&gt;</w:t>
        <w:br/>
        <w:t>і сонце, як дитя трисвітле.&lt;br /&gt;</w:t>
        <w:br/>
        <w:t>Хай з'явиться проти завіс негоди,&lt;br /&gt;</w:t>
        <w:br/>
        <w:t>радіючи тобі, самотній.&lt;br /&gt;</w:t>
        <w:br/>
        <w:t>Воно: мелодії огню проводить,&lt;br /&gt;</w:t>
        <w:br/>
        <w:t>при світі—при кленовім мості.</w:t>
      </w:r>
    </w:p>
    <w:p>
      <w:r>
        <w:br/>
        <w:t>1 8.VI.54&lt;br /&gt;</w:t>
        <w:br/>
        <w:t>ГРОЗОВИЙ ЗАХІД</w:t>
      </w:r>
    </w:p>
    <w:p>
      <w:r>
        <w:br/>
        <w:t>З тривоги зграйки серед скель звістились;&lt;br /&gt;</w:t>
        <w:br/>
        <w:t>і межі океан розбив!...&lt;br /&gt;</w:t>
        <w:br/>
        <w:t>і голки блискавок—троянд безлистих —&lt;br /&gt;</w:t>
        <w:br/>
        <w:t>пронизують імлу з грози.</w:t>
      </w:r>
    </w:p>
    <w:p>
      <w:r>
        <w:br/>
        <w:t>І вороний, між круки, грім проскаче,&lt;br /&gt;</w:t>
        <w:br/>
        <w:t>стремено кинувши бризкуче—&lt;br /&gt;</w:t>
        <w:br/>
        <w:t>на жнив'я бурунів, на необачне:&lt;br /&gt;</w:t>
        <w:br/>
        <w:t>їм колоски пісок примучить.&lt;br /&gt;</w:t>
        <w:br/>
        <w:t>Коли вже сонце течію поверне&lt;br /&gt;</w:t>
        <w:br/>
        <w:t>в блакить біля гранітів чистих?...&lt;br /&gt;</w:t>
        <w:br/>
        <w:t>як ластовине серце! все—смиренне,&lt;br /&gt;</w:t>
        <w:br/>
        <w:t>що бризок розпалу не числить.</w:t>
      </w:r>
    </w:p>
    <w:p>
      <w:r>
        <w:br/>
        <w:t>А вирветься з полону—ще святіше:&lt;br /&gt;</w:t>
        <w:br/>
        <w:t>над хвилю свіченої пряжі.&lt;br /&gt;</w:t>
        <w:br/>
        <w:t>Горіти морю! дзвони скрізь сколише,&lt;br /&gt;</w:t>
        <w:br/>
        <w:t>та в біле вінчання прокаже.</w:t>
      </w:r>
    </w:p>
    <w:p>
      <w:r>
        <w:br/>
        <w:t>24.VII.54&lt;br /&gt;</w:t>
        <w:br/>
        <w:t>ПОРУШЕНА ХВИЛЯ</w:t>
      </w:r>
    </w:p>
    <w:p>
      <w:r>
        <w:br/>
        <w:t>На полі чайка вдосвіта спіткає&lt;br /&gt;</w:t>
        <w:br/>
        <w:t>півсонний соняшник з росою;&lt;br /&gt;</w:t>
        <w:br/>
        <w:t>так море зводить голубіння ткане&lt;br /&gt;</w:t>
        <w:br/>
        <w:t>до сходу—стрічею світкою.</w:t>
      </w:r>
    </w:p>
    <w:p>
      <w:r>
        <w:br/>
        <w:t>Від ночі погойдає човен з кругу,&lt;br /&gt;</w:t>
        <w:br/>
        <w:t>на берег крила в піні зносить.&lt;br /&gt;</w:t>
        <w:br/>
        <w:t>Пораниться! до скелі погорює,&lt;br /&gt;</w:t>
        <w:br/>
        <w:t>де впала блискавка на сосни.</w:t>
      </w:r>
    </w:p>
    <w:p>
      <w:r>
        <w:br/>
        <w:t>Як нива вітрена: перебирає&lt;br /&gt;</w:t>
        <w:br/>
        <w:t>повтори блиску в грі-терплячій...&lt;br /&gt;</w:t>
        <w:br/>
        <w:t>І ніби крізь фіялки, некриваве,&lt;br /&gt;</w:t>
        <w:br/>
        <w:t>крізь хмари сяєво стрічати.</w:t>
      </w:r>
    </w:p>
    <w:p>
      <w:r>
        <w:br/>
        <w:t>Вішус згоду ластівка сусідня;&lt;br /&gt;</w:t>
        <w:br/>
        <w:t>зприпливу мов сльоза струмує.&lt;br /&gt;</w:t>
        <w:br/>
        <w:t>Дотерплено біду: йдучи в надіях,&lt;br /&gt;</w:t>
        <w:br/>
        <w:t>горить мечами море мужнє.</w:t>
      </w:r>
    </w:p>
    <w:p>
      <w:r>
        <w:br/>
        <w:t>31 .VII.54&lt;br /&gt;</w:t>
        <w:br/>
        <w:t>ТУРБОТНИЙ ОКЕАН&lt;br /&gt;</w:t>
        <w:br/>
        <w:t>І.</w:t>
      </w:r>
    </w:p>
    <w:p>
      <w:r>
        <w:br/>
        <w:t>Хвилює, доторкнувши мох,—свіжіші,&lt;br /&gt;</w:t>
        <w:br/>
        <w:t>ніж сніг, уста, що посіріли.&lt;br /&gt;</w:t>
        <w:br/>
        <w:t>Де побудує вал,об брилу знищить,&lt;br /&gt;</w:t>
        <w:br/>
        <w:t>аж зірка спалахнула з сіллю.</w:t>
      </w:r>
    </w:p>
    <w:p>
      <w:r>
        <w:br/>
        <w:t>На східці, ніби до комор, розіллє&lt;br /&gt;</w:t>
        <w:br/>
        <w:t>прозору пряжу, в блисках персня.&lt;br /&gt;</w:t>
        <w:br/>
        <w:t>Коли рушає в небо кармазинне&lt;br /&gt;</w:t>
        <w:br/>
        <w:t>сам смолоскипник від безсмертя.</w:t>
      </w:r>
    </w:p>
    <w:p>
      <w:r>
        <w:br/>
        <w:t>А сполохом рукав піднявши, вірить,&lt;br /&gt;</w:t>
        <w:br/>
        <w:t>крізь бурю океан при тучах.&lt;br /&gt;</w:t>
        <w:br/>
        <w:t>І думка добіга до круч, як звірів&lt;br /&gt;</w:t>
        <w:br/>
        <w:t>іржавих, що веселку змучать.</w:t>
      </w:r>
    </w:p>
    <w:p>
      <w:r>
        <w:br/>
        <w:t>І синістю спішить і гірко б'ється&lt;br /&gt;</w:t>
        <w:br/>
        <w:t>об окрай скойки неземної&lt;br /&gt;</w:t>
        <w:br/>
        <w:t>А рану: струм бальзамний з піднебесся,&lt;br /&gt;</w:t>
        <w:br/>
        <w:t>ллючися, в просвіті, загоїть.</w:t>
      </w:r>
    </w:p>
    <w:p>
      <w:r>
        <w:br/>
        <w:t>І небо все спроміниться іконне,&lt;br /&gt;</w:t>
        <w:br/>
        <w:t>де—голуб: при світучих грудях.&lt;br /&gt;</w:t>
        <w:br/>
        <w:t>Гінці морські, відходячи за сонце,&lt;br /&gt;</w:t>
        <w:br/>
        <w:t>до рідної душі потрублять.</w:t>
      </w:r>
    </w:p>
    <w:p>
      <w:r>
        <w:br/>
        <w:t>1 .VIII.54&lt;br /&gt;</w:t>
        <w:br/>
        <w:t>Собі роз'ятрив серце! в хмарах муки:&lt;br /&gt;</w:t>
        <w:br/>
        <w:t>наш океан, рвучись до сяйва.&lt;br /&gt;</w:t>
        <w:br/>
        <w:t>Але, вмиравши в каменях пекучих,&lt;br /&gt;</w:t>
        <w:br/>
        <w:t>при дверях сонця відживає.</w:t>
      </w:r>
    </w:p>
    <w:p>
      <w:r>
        <w:br/>
        <w:t>Коли, в вінці світів—сам Агнець чистий:&lt;br /&gt;</w:t>
        <w:br/>
        <w:t>стежки дарує від блакиття.&lt;br /&gt;</w:t>
        <w:br/>
        <w:t>Світлити кров; крізь грози сполучити:&lt;br /&gt;</w:t>
        <w:br/>
        <w:t>одна сім'я свята—надсвітня.&lt;br /&gt;</w:t>
        <w:br/>
        <w:t>Скрізь творчістю чуття правічне святить,&lt;br /&gt;</w:t>
        <w:br/>
        <w:t>лампадки світячи в молитву.&lt;br /&gt;</w:t>
        <w:br/>
        <w:t>Ми—бджоли: скарби з соняшника взяти&lt;br /&gt;</w:t>
        <w:br/>
        <w:t>до вулика, в комірню милу.&lt;br /&gt;</w:t>
        <w:br/>
        <w:t>Не буде берега в негоди! бийся&lt;br /&gt;</w:t>
        <w:br/>
        <w:t>кривавими грудьми, об тлінне—&lt;br /&gt;</w:t>
        <w:br/>
        <w:t>до дня, як блискавка страждання бистра&lt;br /&gt;</w:t>
        <w:br/>
        <w:t>окрилить—океан прилине.&lt;br /&gt;</w:t>
        <w:br/>
        <w:t>І далечі його навіки згідне&lt;br /&gt;</w:t>
        <w:br/>
        <w:t>двосвіччя віддзеркалять з хати.&lt;br /&gt;</w:t>
        <w:br/>
        <w:t>Тоді фіялок шлях над хвилі зійде&lt;br /&gt;</w:t>
        <w:br/>
        <w:t>і стане стовп огню співати.</w:t>
      </w:r>
    </w:p>
    <w:p>
      <w:r>
        <w:br/>
        <w:t>8.VIII.54&lt;br /&gt;</w:t>
        <w:br/>
        <w:t>ПІДЗЕМ'Я ДИВОВИЖ</w:t>
      </w:r>
    </w:p>
    <w:p>
      <w:r>
        <w:br/>
        <w:t>Печера: в краплях: на тисячоліття! —&lt;br /&gt;</w:t>
        <w:br/>
        <w:t>збирає розчин та будує.&lt;br /&gt;</w:t>
        <w:br/>
        <w:t>Аж нанизу і зверху в роги злита,&lt;br /&gt;</w:t>
        <w:br/>
        <w:t>згрозилась каменизна дуже.&lt;br /&gt;</w:t>
        <w:br/>
        <w:t>Глибисті ніші виродів морозних,&lt;br /&gt;</w:t>
        <w:br/>
        <w:t>рудіючи, в ряди сполучить,&lt;br /&gt;</w:t>
        <w:br/>
        <w:t>їм довисає змій, мов бич, на розліт,&lt;br /&gt;</w:t>
        <w:br/>
        <w:t>з вапнини звивами блискучий.</w:t>
      </w:r>
    </w:p>
    <w:p>
      <w:r>
        <w:br/>
        <w:t>Пекельна, в серці—аж на дні, печера:&lt;br /&gt;</w:t>
        <w:br/>
        <w:t>взірець драконового житла.&lt;br /&gt;</w:t>
        <w:br/>
        <w:t>Ляльками на спокусу прибереться,&lt;br /&gt;</w:t>
        <w:br/>
        <w:t>і душі прикайданить, хижа.</w:t>
      </w:r>
    </w:p>
    <w:p>
      <w:r>
        <w:br/>
        <w:t>Провалить до огненного недоння —&lt;br /&gt;</w:t>
        <w:br/>
        <w:t>в довічні болі воплем битись.&lt;br /&gt;</w:t>
        <w:br/>
        <w:t>Мовчить! без жилки з крівцею, злопомна,&lt;br /&gt;</w:t>
        <w:br/>
        <w:t>в присудженість і тьму грабіжців.</w:t>
      </w:r>
    </w:p>
    <w:p>
      <w:r>
        <w:br/>
        <w:t>Нема пощади; німище безсердне:&lt;br /&gt;</w:t>
        <w:br/>
        <w:t>й "чепіги" зіркові розладить.&lt;br /&gt;</w:t>
        <w:br/>
        <w:t>Поволі, адовина в труни ствердне,&lt;br /&gt;</w:t>
        <w:br/>
        <w:t>хоч вигляди квіток складавши.&lt;br /&gt;</w:t>
        <w:br/>
        <w:t>Без теплоти, що і в пташиних дзьобів&lt;br /&gt;</w:t>
        <w:br/>
        <w:t>дихання вжизнює до дружби.&lt;br /&gt;</w:t>
        <w:br/>
        <w:t>А тільки лютість крижана позлобить&lt;br /&gt;</w:t>
        <w:br/>
        <w:t>на вбивстві: в павутині ждучи.</w:t>
      </w:r>
    </w:p>
    <w:p>
      <w:r>
        <w:br/>
        <w:t>22.VIII.5&lt;br /&gt;</w:t>
        <w:br/>
        <w:t>СЕРПНЕВИЙ ПОЛУДЕНЬ</w:t>
      </w:r>
    </w:p>
    <w:p>
      <w:r>
        <w:br/>
        <w:t>Церковна папороть окрасить гору,&lt;br /&gt;</w:t>
        <w:br/>
        <w:t>де ти була, і сад близький&lt;br /&gt;</w:t>
        <w:br/>
        <w:t>(Цефеєве світлиння все в погожу&lt;br /&gt;</w:t>
        <w:br/>
        <w:t>траву застигло, як разки).</w:t>
      </w:r>
    </w:p>
    <w:p>
      <w:r>
        <w:br/>
        <w:t>Гіллястими капличками чатинні&lt;br /&gt;</w:t>
        <w:br/>
        <w:t>спиняються аж біля лану,&lt;br /&gt;</w:t>
        <w:br/>
        <w:t>І тиша, мов з криниці! мов гостинець,&lt;br /&gt;</w:t>
        <w:br/>
        <w:t>наслухана,— журавки глянуть.</w:t>
      </w:r>
    </w:p>
    <w:p>
      <w:r>
        <w:br/>
        <w:t>До зводів: до відкритої часовні,&lt;br /&gt;</w:t>
        <w:br/>
        <w:t>тополі йдуть, ставок зберігши.&lt;br /&gt;</w:t>
        <w:br/>
        <w:t>Свячені роси! тільки крук півсонний&lt;br /&gt;</w:t>
        <w:br/>
        <w:t>викрякує з байраків грішних...</w:t>
      </w:r>
    </w:p>
    <w:p>
      <w:r>
        <w:br/>
        <w:t>Віщує лихо, де коріння смертне&lt;br /&gt;</w:t>
        <w:br/>
        <w:t>пручас з пекла: в груди мрячні.&lt;br /&gt;</w:t>
        <w:br/>
        <w:t>А джерело, а шестилисник—серце,&lt;br /&gt;</w:t>
        <w:br/>
        <w:t>очиститься, і змій не ранить.</w:t>
      </w:r>
    </w:p>
    <w:p>
      <w:r>
        <w:br/>
        <w:t>25.VIII.54&lt;br /&gt;</w:t>
        <w:br/>
        <w:t>ДОРОГОЦІННІСТЬ ПОЛЯ</w:t>
      </w:r>
    </w:p>
    <w:p>
      <w:r>
        <w:br/>
        <w:t>Судилося: огненністю в надпростір,&lt;br /&gt;</w:t>
        <w:br/>
        <w:t>і добрістю в надчас горіти —&lt;br /&gt;</w:t>
        <w:br/>
        <w:t>хай ця билина, порадівши, просить&lt;br /&gt;</w:t>
        <w:br/>
        <w:t>від неба! від землі: в корінні.</w:t>
      </w:r>
    </w:p>
    <w:p>
      <w:r>
        <w:br/>
        <w:t>Свою корону з рисочок рожевих&lt;br /&gt;</w:t>
        <w:br/>
        <w:t>крізь блідність викружить зірчасто.&lt;br /&gt;</w:t>
        <w:br/>
        <w:t>І пахощ віє, бравши обережність&lt;br /&gt;</w:t>
        <w:br/>
        <w:t>бджоли: життя собі вінчати.</w:t>
      </w:r>
    </w:p>
    <w:p>
      <w:r>
        <w:br/>
        <w:t>Мов зірки дно, в розводини барвисті—&lt;br /&gt;</w:t>
        <w:br/>
        <w:t>всміхнеться, хоч не прощебече.&lt;br /&gt;</w:t>
        <w:br/>
        <w:t>А випромінить радість! і повинні&lt;br /&gt;</w:t>
        <w:br/>
        <w:t>почути колоски чернечі...&lt;br /&gt;</w:t>
        <w:br/>
        <w:t>безгрішні, наче звіяні від скрипки,&lt;br /&gt;</w:t>
        <w:br/>
        <w:t>світити в межі на неволі.&lt;br /&gt;</w:t>
        <w:br/>
        <w:t>Буяють! вірять: ні на скрик не скривдять&lt;br /&gt;</w:t>
        <w:br/>
        <w:t>до смерти і роси живої.</w:t>
      </w:r>
    </w:p>
    <w:p>
      <w:r>
        <w:br/>
        <w:t>26.VIII.54&lt;br /&gt;</w:t>
        <w:br/>
        <w:t>ПЕРЕДВІСТЯ</w:t>
      </w:r>
    </w:p>
    <w:p>
      <w:r>
        <w:br/>
        <w:t>Розсипано з хмарин: як від покосів&lt;br /&gt;</w:t>
        <w:br/>
        <w:t>переддощових—світло тихе.&lt;br /&gt;</w:t>
        <w:br/>
        <w:t>Помножилось! хоч ворон зойк приносить:&lt;br /&gt;</w:t>
        <w:br/>
        <w:t>від прірви світу ненаситець.&lt;br /&gt;</w:t>
        <w:br/>
        <w:t>А не зруйнується грання органне,&lt;br /&gt;</w:t>
        <w:br/>
        <w:t>в незримому соборі—щедре.&lt;br /&gt;</w:t>
        <w:br/>
        <w:t>Проти негоди, голубівши, стане&lt;br /&gt;</w:t>
        <w:br/>
        <w:t>повніти: розпачі відверне.</w:t>
      </w:r>
    </w:p>
    <w:p>
      <w:r>
        <w:br/>
        <w:t>На серці моря, на свічадній книжці,—&lt;br /&gt;</w:t>
        <w:br/>
        <w:t>чуття: що небеса читають.&lt;br /&gt;</w:t>
        <w:br/>
        <w:t>Воно, як немовля, до них найближче:&lt;br /&gt;</w:t>
        <w:br/>
        <w:t>при свічах—висловити тайну.&lt;br /&gt;</w:t>
        <w:br/>
        <w:t>Крилате зло кістками перетліє,&lt;br /&gt;</w:t>
        <w:br/>
        <w:t>списами скрушене навіки.&lt;br /&gt;</w:t>
        <w:br/>
        <w:t>А в часослові нивок—нетужливе&lt;br /&gt;</w:t>
        <w:br/>
        <w:t>життя розвидниться, не зникне.&lt;br /&gt;</w:t>
        <w:br/>
        <w:t>Лілея пламінь келехів прихилить —&lt;br /&gt;</w:t>
        <w:br/>
        <w:t>з надхнення, проти тьми, біліти.&lt;br /&gt;</w:t>
        <w:br/>
        <w:t>Спитайтеся: що діється з лихими,&lt;br /&gt;</w:t>
        <w:br/>
        <w:t>крякучими серцями в світі?</w:t>
      </w:r>
    </w:p>
    <w:p>
      <w:r>
        <w:br/>
        <w:t>26.VIII.54&lt;br /&gt;</w:t>
        <w:br/>
        <w:t>НЕВИЧЕРПНІСТЬ</w:t>
      </w:r>
    </w:p>
    <w:p>
      <w:r>
        <w:br/>
        <w:t>Нам закричить вулкан і хату вдарить,&lt;br /&gt;</w:t>
        <w:br/>
        <w:t>бо, душами глухі, не чули:&lt;br /&gt;</w:t>
        <w:br/>
        <w:t>як з неба медик світляної правди&lt;br /&gt;</w:t>
        <w:br/>
        <w:t>вже назбирали бджоли в вулик.</w:t>
      </w:r>
    </w:p>
    <w:p>
      <w:r>
        <w:br/>
        <w:t>І що моря ножів? їх розпал слуха—&lt;br /&gt;</w:t>
        <w:br/>
        <w:t>все чорта, не голубку в висях.&lt;br /&gt;</w:t>
        <w:br/>
        <w:t>Вірніша від орди гармат, заслуга&lt;br /&gt;</w:t>
        <w:br/>
        <w:t>огню, що в вівтарі відкрився.</w:t>
      </w:r>
    </w:p>
    <w:p>
      <w:r>
        <w:br/>
        <w:t>Ромени на горі таємні й чисті:&lt;br /&gt;</w:t>
        <w:br/>
        <w:t>мов віск свічний—перекрапати...&lt;br /&gt;</w:t>
        <w:br/>
        <w:t>де ми від злоби можемо спочити&lt;br /&gt;</w:t>
        <w:br/>
        <w:t>своєї! при річках багатих.</w:t>
      </w:r>
    </w:p>
    <w:p>
      <w:r>
        <w:br/>
        <w:t>Душа не змій, не погордіє в домі&lt;br /&gt;</w:t>
        <w:br/>
        <w:t>безгрішному, при дзвонах дужих.&lt;br /&gt;</w:t>
        <w:br/>
        <w:t>І джерела, вівтарного не стомить&lt;br /&gt;</w:t>
        <w:br/>
        <w:t>спокута всіх!—сіяти, ждучи.</w:t>
      </w:r>
    </w:p>
    <w:p>
      <w:r>
        <w:br/>
        <w:t>Престольний діє провид: з колосками,&lt;br /&gt;</w:t>
        <w:br/>
        <w:t>в сьозах дощів (ланок поклонець).&lt;br /&gt;</w:t>
        <w:br/>
        <w:t>Все: до рятунку в істині скликати,&lt;br /&gt;</w:t>
        <w:br/>
        <w:t>і вінчик неба не схолоне.</w:t>
      </w:r>
    </w:p>
    <w:p>
      <w:r>
        <w:br/>
        <w:t>26.VIII.54&lt;br /&gt;</w:t>
        <w:br/>
        <w:t>СТЕЖКА СЕРПНЯ</w:t>
      </w:r>
    </w:p>
    <w:p>
      <w:r>
        <w:br/>
        <w:t>Прозначується в винограді справжнє&lt;br /&gt;</w:t>
        <w:br/>
        <w:t>єство життя: барвить, повніє!...&lt;br /&gt;</w:t>
        <w:br/>
        <w:t>Між душами повторено—чи в празник&lt;br /&gt;</w:t>
        <w:br/>
        <w:t>воно чи в похорон сповите.&lt;br /&gt;</w:t>
        <w:br/>
        <w:t>Що добротворчий дух і світла стежі—&lt;br /&gt;</w:t>
        <w:br/>
        <w:t>в крові приявлені назавжди:&lt;br /&gt;</w:t>
        <w:br/>
        <w:t>відчуємо, коли душа обмежить&lt;br /&gt;</w:t>
        <w:br/>
        <w:t>жадобу і подужа звади.&lt;br /&gt;</w:t>
        <w:br/>
        <w:t>Ідем нагору; стрінув хрест;а далі&lt;br /&gt;</w:t>
        <w:br/>
        <w:t>білиста, через мох, трава—&lt;br /&gt;</w:t>
        <w:br/>
        <w:t>сама вінками знявшись, поглядає;&lt;br /&gt;</w:t>
        <w:br/>
        <w:t>і мертві камінці вкрива.&lt;br /&gt;</w:t>
        <w:br/>
        <w:t>Над нею найдрібніший, мов бджолиння,—&lt;br /&gt;</w:t>
        <w:br/>
        <w:t>і фіолетний, став на південь:&lt;br /&gt;</w:t>
        <w:br/>
        <w:t>каганчик став! і процвіта в служіння&lt;br /&gt;</w:t>
        <w:br/>
        <w:t>забуте, а для неба рідне.</w:t>
      </w:r>
    </w:p>
    <w:p>
      <w:r>
        <w:br/>
        <w:t>28.VIII.54&lt;br /&gt;</w:t>
        <w:br/>
        <w:t>KBIT</w:t>
      </w:r>
    </w:p>
    <w:p>
      <w:r>
        <w:br/>
        <w:t>Легкозелена дужка і вгорі&lt;br /&gt;</w:t>
        <w:br/>
        <w:t>чотири чашечки в росинах...&lt;br /&gt;</w:t>
        <w:br/>
        <w:t>Розквітли повно! їм в огні згорніть —&lt;br /&gt;</w:t>
        <w:br/>
        <w:t>нитки свічні, то не розсиплять.</w:t>
      </w:r>
    </w:p>
    <w:p>
      <w:r>
        <w:br/>
        <w:t>А далі, невиданно в світнім місці,&lt;br /&gt;</w:t>
        <w:br/>
        <w:t>жаринка жевріє опівдні.&lt;br /&gt;</w:t>
        <w:br/>
        <w:t>Леліє з стрілами поломениста,&lt;br /&gt;</w:t>
        <w:br/>
        <w:t>як мерехтіння—ледве видно.</w:t>
      </w:r>
    </w:p>
    <w:p>
      <w:r>
        <w:br/>
        <w:t>Як іскор курява через безодню,&lt;br /&gt;</w:t>
        <w:br/>
        <w:t>що значення з'являє судне...&lt;br /&gt;</w:t>
        <w:br/>
        <w:t>що—символи чуття прийдешні вводить,&lt;br /&gt;</w:t>
        <w:br/>
        <w:t>здобуті в запашній посуді.</w:t>
      </w:r>
    </w:p>
    <w:p>
      <w:r>
        <w:br/>
        <w:t>Навколо порадіє небо тайне,&lt;br /&gt;</w:t>
        <w:br/>
        <w:t>прообраз крови'дарувавши;&lt;br /&gt;</w:t>
        <w:br/>
        <w:t>в пелюсти пурпурові—кружма стане&lt;br /&gt;</w:t>
        <w:br/>
        <w:t>і скрикне! щастя в очах ваших.</w:t>
      </w:r>
    </w:p>
    <w:p>
      <w:r>
        <w:br/>
        <w:t>28.VIII.54&lt;br /&gt;</w:t>
        <w:br/>
        <w:t>СВІТОВА ЗОРЯ</w:t>
      </w:r>
    </w:p>
    <w:p>
      <w:r>
        <w:br/>
        <w:t>Ось—поле, переоране в сторінку&lt;br /&gt;</w:t>
        <w:br/>
        <w:t>скорботну! й скаменіли ріллі.&lt;br /&gt;</w:t>
        <w:br/>
        <w:t>Ось—море: лебедині сім'ї ринуть;&lt;br /&gt;</w:t>
        <w:br/>
        <w:t>а смолки надбережжя вкрили.&lt;br /&gt;</w:t>
        <w:br/>
        <w:t>Хмарки, як димний нард і вовна чиста,&lt;br /&gt;</w:t>
        <w:br/>
        <w:t>розметана при синій стелі.&lt;br /&gt;</w:t>
        <w:br/>
        <w:t>Проносять сосни від пророцтва—віття,&lt;br /&gt;</w:t>
        <w:br/>
        <w:t>де скатертинки жита теплі.</w:t>
      </w:r>
    </w:p>
    <w:p>
      <w:r>
        <w:br/>
        <w:t>Вінок прощення! двері в передвічне&lt;br /&gt;</w:t>
        <w:br/>
        <w:t>при нім світають і не згинуть.&lt;br /&gt;</w:t>
        <w:br/>
        <w:t>Нехай душа спокутна іскру кличе,&lt;br /&gt;</w:t>
        <w:br/>
        <w:t>в розп'ятті знаючи тернинку.</w:t>
      </w:r>
    </w:p>
    <w:p>
      <w:r>
        <w:br/>
        <w:t>Бо не звеличення шукати в брата,&lt;br /&gt;</w:t>
        <w:br/>
        <w:t>що—гордощі чадні й іржаві.&lt;br /&gt;</w:t>
        <w:br/>
        <w:t>Ось, на правиці неба: в сяйво взяті,&lt;br /&gt;</w:t>
        <w:br/>
        <w:t>наближено живі скрижалі.</w:t>
      </w:r>
    </w:p>
    <w:p>
      <w:r>
        <w:br/>
        <w:t>28.VIII.54&lt;br /&gt;</w:t>
        <w:br/>
        <w:t>НАДЗЕМНА ДОРОГА, ЩО —вночі</w:t>
      </w:r>
    </w:p>
    <w:p>
      <w:r>
        <w:br/>
        <w:t>Барвинники з левад сама збратала,&lt;br /&gt;</w:t>
        <w:br/>
        <w:t>в галуззя всвічена! і кадить.&lt;br /&gt;</w:t>
        <w:br/>
        <w:t>Мов курява цвітиности з багаття;&lt;br /&gt;</w:t>
        <w:br/>
        <w:t>розсіяна мовчазно—в ладі.</w:t>
      </w:r>
    </w:p>
    <w:p>
      <w:r>
        <w:br/>
        <w:t>І в притчі з діямантів на безмежжя,&lt;br /&gt;</w:t>
        <w:br/>
        <w:t>мов міст господар добрий зводить:&lt;br /&gt;</w:t>
        <w:br/>
        <w:t>посіє фосфор—супроводи жеврять,&lt;br /&gt;</w:t>
        <w:br/>
        <w:t>і креслиться журби колодязь.</w:t>
      </w:r>
    </w:p>
    <w:p>
      <w:r>
        <w:br/>
        <w:t>І викрапано з колоска зоріти&lt;br /&gt;</w:t>
        <w:br/>
        <w:t>зернини, вінчані югою.&lt;br /&gt;</w:t>
        <w:br/>
        <w:t>Сторіки розгорілася круг мітри&lt;br /&gt;</w:t>
        <w:br/>
        <w:t>світлинню рясту дорогою.&lt;br /&gt;</w:t>
        <w:br/>
        <w:t>І мерехтять, разками в зводі ставши,&lt;br /&gt;</w:t>
        <w:br/>
        <w:t>мінити без числа жаризну.&lt;br /&gt;</w:t>
        <w:br/>
        <w:t>Височина собору: на посвяті—&lt;br /&gt;</w:t>
        <w:br/>
        <w:t>мов льон, стосвічники помріють.</w:t>
      </w:r>
    </w:p>
    <w:p>
      <w:r>
        <w:br/>
        <w:t>29.VIII.54&lt;br /&gt;</w:t>
        <w:br/>
        <w:t>ДЕРЕВО</w:t>
      </w:r>
    </w:p>
    <w:p>
      <w:r>
        <w:br/>
        <w:t>Прибралося у прапори страшного&lt;br /&gt;</w:t>
        <w:br/>
        <w:t>страждання, клонячи до шляху.&lt;br /&gt;</w:t>
        <w:br/>
        <w:t>Так душі босі стануть при часовнях:&lt;br /&gt;</w:t>
        <w:br/>
        <w:t>відплакати погибель скляту.&lt;br /&gt;</w:t>
        <w:br/>
        <w:t>З вина й огню китайки посвітлившись,&lt;br /&gt;</w:t>
        <w:br/>
        <w:t>листок спадає: мов півзірки...&lt;br /&gt;</w:t>
        <w:br/>
        <w:t>Нешумністю серед нещасть миліший&lt;br /&gt;</w:t>
        <w:br/>
        <w:t>для місяця, що зміг прозріти.</w:t>
      </w:r>
    </w:p>
    <w:p>
      <w:r>
        <w:br/>
        <w:t>Галузка, як рукав, тоді до болю —&lt;br /&gt;</w:t>
        <w:br/>
        <w:t>нахилена під небом, тішить.&lt;br /&gt;</w:t>
        <w:br/>
        <w:t>Кому сузірні течії з собою&lt;br /&gt;</w:t>
        <w:br/>
        <w:t>приносять спокій найсвітліший.</w:t>
      </w:r>
    </w:p>
    <w:p>
      <w:r>
        <w:br/>
        <w:t>Як міри здійсняться непроминучі&lt;br /&gt;</w:t>
        <w:br/>
        <w:t>при іспитах живих, то прийдуть—&lt;br /&gt;</w:t>
        <w:br/>
        <w:t>земні дерева: справедливий чути&lt;br /&gt;</w:t>
        <w:br/>
        <w:t>собі на сурмах сонця присуд.</w:t>
      </w:r>
    </w:p>
    <w:p>
      <w:r>
        <w:br/>
        <w:t>29.VIII.54&lt;br /&gt;</w:t>
        <w:br/>
        <w:t>ПЕРЕДСВІТ</w:t>
      </w:r>
    </w:p>
    <w:p>
      <w:r>
        <w:br/>
        <w:t>Завіяли негоди й полонили&lt;br /&gt;</w:t>
        <w:br/>
        <w:t>в біду кайданів олив'яну.&lt;br /&gt;</w:t>
        <w:br/>
        <w:t>Як привиди німі—від скель ялини,&lt;br /&gt;</w:t>
        <w:br/>
        <w:t>що натемніли проти лану.</w:t>
      </w:r>
    </w:p>
    <w:p>
      <w:r>
        <w:br/>
        <w:t>Дощина: в погримучі грозки звідси,&lt;br /&gt;</w:t>
        <w:br/>
        <w:t>блищить, від повноти зірвавшись...&lt;br /&gt;</w:t>
        <w:br/>
        <w:t>Відкрапує через галузки — східці&lt;br /&gt;</w:t>
        <w:br/>
        <w:t>в "морозок"; до землі назавжди.&lt;br /&gt;</w:t>
        <w:br/>
        <w:t>Удосвіта ще не хлюпне колосся,&lt;br /&gt;</w:t>
        <w:br/>
        <w:t>ще в снах блакиття голубине...&lt;br /&gt;</w:t>
        <w:br/>
        <w:t>А вже коло берези розлилося&lt;br /&gt;</w:t>
        <w:br/>
        <w:t>в жнива примарні; серпик блисне.&lt;br /&gt;</w:t>
        <w:br/>
        <w:t>Ще між тополями грядки сповняє&lt;br /&gt;</w:t>
        <w:br/>
        <w:t>куріння, димлячи від ночі.&lt;br /&gt;</w:t>
        <w:br/>
        <w:t>А вже, де виднота на листя м'ятне,&lt;br /&gt;</w:t>
        <w:br/>
        <w:t>джерела гомонять пророчі.</w:t>
      </w:r>
    </w:p>
    <w:p>
      <w:r>
        <w:br/>
        <w:t>ЗО.VIII.54&lt;br /&gt;</w:t>
        <w:br/>
        <w:t>ПРИСМИРЕНА ХИЖІСТЬ</w:t>
      </w:r>
    </w:p>
    <w:p>
      <w:r>
        <w:br/>
        <w:t>Пурпурна ящірка: двійня невзора—&lt;br /&gt;</w:t>
        <w:br/>
        <w:t>для давнього дракона! ходить...&lt;br /&gt;</w:t>
        <w:br/>
        <w:t>по листу мерхлому, де прикро вчора&lt;br /&gt;</w:t>
        <w:br/>
        <w:t>береза зверглася в негоді.</w:t>
      </w:r>
    </w:p>
    <w:p>
      <w:r>
        <w:br/>
        <w:t>Гляди, при глинищі сховалось кволе&lt;br /&gt;</w:t>
        <w:br/>
        <w:t>створіння, і джмелям негрізне.&lt;br /&gt;</w:t>
        <w:br/>
        <w:t>Його не спис, але чатинка вколе;&lt;br /&gt;</w:t>
        <w:br/>
        <w:t>з дощу до норки, тихе, лізе.</w:t>
      </w:r>
    </w:p>
    <w:p>
      <w:r>
        <w:br/>
        <w:t>Вже не руїна замкова сіріє&lt;br /&gt;</w:t>
        <w:br/>
        <w:t>для вершників, що кривду вирвуть.&lt;br /&gt;</w:t>
        <w:br/>
        <w:t>Коло дракончика від пня—нерівне&lt;br /&gt;</w:t>
        <w:br/>
        <w:t>трухлинисько: на мжичку збридлу.</w:t>
      </w:r>
    </w:p>
    <w:p>
      <w:r>
        <w:br/>
        <w:t>Проповзують, ховаючись, подалі&lt;br /&gt;</w:t>
        <w:br/>
        <w:t>звірки, мов демоники кмітні.&lt;br /&gt;</w:t>
        <w:br/>
        <w:t>І ллється смуток від віків прадавніх —&lt;br /&gt;</w:t>
        <w:br/>
        <w:t>при вигляді потвор нг( тіні.&lt;br /&gt;</w:t>
        <w:br/>
        <w:t>Духовний меч руша!—злокровки мовкнуть&lt;br /&gt;</w:t>
        <w:br/>
        <w:t>від дій, що виіскрені з леза.&lt;br /&gt;</w:t>
        <w:br/>
        <w:t>Замісто безсердеччя нетрів мокрих,&lt;br /&gt;</w:t>
        <w:br/>
        <w:t>скрізь—проскомідія зелена.</w:t>
      </w:r>
    </w:p>
    <w:p>
      <w:r>
        <w:br/>
        <w:t>ЗО.VIII.54&lt;br /&gt;</w:t>
        <w:br/>
        <w:t>САМОТНЯ СОСНА</w:t>
      </w:r>
    </w:p>
    <w:p>
      <w:r>
        <w:br/>
        <w:t>До заходу погроза відпливає,&lt;br /&gt;</w:t>
        <w:br/>
        <w:t>за лан—в іконостасний зводик...&lt;br /&gt;</w:t>
        <w:br/>
        <w:t>за ясенки і сіяння безладне&lt;br /&gt;</w:t>
        <w:br/>
        <w:t>дощу: мов з рушничинок вогких.</w:t>
      </w:r>
    </w:p>
    <w:p>
      <w:r>
        <w:br/>
        <w:t>Вікно між хмарами тихоблакитне&lt;br /&gt;</w:t>
        <w:br/>
        <w:t>і смутками глибоке зійде.&lt;br /&gt;</w:t>
        <w:br/>
        <w:t>Крізь нього, дожидаючи прокине&lt;br /&gt;</w:t>
        <w:br/>
        <w:t>димучий погляд сонце блідне.&lt;br /&gt;</w:t>
        <w:br/>
        <w:t>Насіння мжички воронів розлучить,&lt;br /&gt;</w:t>
        <w:br/>
        <w:t>в обрив спадаючи до сосни,&lt;br /&gt;</w:t>
        <w:br/>
        <w:t>що з голок бронзи—повів шарахкучий,&lt;br /&gt;</w:t>
        <w:br/>
        <w:t>притихши, в лан не переносить.&lt;br /&gt;</w:t>
        <w:br/>
        <w:t>А ладна до пожертви: в грози зливні,&lt;br /&gt;</w:t>
        <w:br/>
        <w:t>де галки позичають світло.&lt;br /&gt;</w:t>
        <w:br/>
        <w:t>Журний струмок її коріння живить&lt;br /&gt;</w:t>
        <w:br/>
        <w:t>понад пісками: в мох сповите.&lt;br /&gt;</w:t>
        <w:br/>
        <w:t>Мовчать розбиті камені! трилисник&lt;br /&gt;</w:t>
        <w:br/>
        <w:t>тривожиться, як кров, при ґрунті.&lt;br /&gt;</w:t>
        <w:br/>
        <w:t>А їй—проказані в огнях, провісні&lt;br /&gt;</w:t>
        <w:br/>
        <w:t>сторінки з бурею горнути.</w:t>
      </w:r>
    </w:p>
    <w:p>
      <w:r>
        <w:br/>
        <w:t>31 .VIII.54&lt;br /&gt;</w:t>
        <w:br/>
        <w:t>СВІТАНКОВИЙ ЛАН</w:t>
      </w:r>
    </w:p>
    <w:p>
      <w:r>
        <w:br/>
        <w:t>Як хрестик від грудей, скарбчинка рідна:&lt;br /&gt;</w:t>
        <w:br/>
        <w:t>злотіє колоскова щирість.&lt;br /&gt;</w:t>
        <w:br/>
        <w:t>Бо, серцю найсвітліша! вже дозріла—&lt;br /&gt;</w:t>
        <w:br/>
        <w:t>в блаженній жертві всіх примирить.&lt;br /&gt;</w:t>
        <w:br/>
        <w:t>Нам виблагана; бо шалені діти&lt;br /&gt;</w:t>
        <w:br/>
        <w:t>вчиняють братогубство здавна.&lt;br /&gt;</w:t>
        <w:br/>
        <w:t>Щільник життя—з ікони неба свідчить,&lt;br /&gt;</w:t>
        <w:br/>
        <w:t>розливши жеврій мов ридання.</w:t>
      </w:r>
    </w:p>
    <w:p>
      <w:r>
        <w:br/>
        <w:t>А димні йдуть події над холмами,&lt;br /&gt;</w:t>
        <w:br/>
        <w:t>і через просвіт сонце віє.&lt;br /&gt;</w:t>
        <w:br/>
        <w:t>Коли мені—вікно все думку манить,&lt;br /&gt;</w:t>
        <w:br/>
        <w:t>де шепчеться галуззя вірне...&lt;br /&gt;</w:t>
        <w:br/>
        <w:t>Що мучиться душа моя при краплях&lt;br /&gt;</w:t>
        <w:br/>
        <w:t>з лілового, при скелі, квіту.&lt;br /&gt;</w:t>
        <w:br/>
        <w:t>Що з громом вересня вже очі тратять&lt;br /&gt;</w:t>
        <w:br/>
        <w:t>і айстрове життя привітне.&lt;br /&gt;</w:t>
        <w:br/>
        <w:t>А ні в сонатах так скрипкові ручки&lt;br /&gt;</w:t>
        <w:br/>
        <w:t>не стануть строями врочисто,&lt;br /&gt;</w:t>
        <w:br/>
        <w:t>як росяні ялини! і як зрушить&lt;br /&gt;</w:t>
        <w:br/>
        <w:t>голубокрилля з них ячіти.&lt;br /&gt;</w:t>
        <w:br/>
        <w:t>Десь на доріжці, в серце моря, сипле&lt;br /&gt;</w:t>
        <w:br/>
        <w:t>від зоряних ґнотів пшениця.&lt;br /&gt;</w:t>
        <w:br/>
        <w:t>І сам господар—в небо колосисте&lt;br /&gt;</w:t>
        <w:br/>
        <w:t>виходить: з розпачу звільнити.</w:t>
      </w:r>
    </w:p>
    <w:p>
      <w:r>
        <w:br/>
        <w:t>І.IX.54</w:t>
      </w:r>
    </w:p>
    <w:p>
      <w:r>
        <w:br/>
        <w:t>ОСІННІЙ ПРИБІЙ</w:t>
      </w:r>
    </w:p>
    <w:p>
      <w:r>
        <w:br/>
        <w:t>Жалітиметься чайка біля мене,&lt;br /&gt;</w:t>
        <w:br/>
        <w:t>навії терплячи незносні.&lt;br /&gt;</w:t>
        <w:br/>
        <w:t>Вже коси розвива життя огненне,&lt;br /&gt;</w:t>
        <w:br/>
        <w:t>де набігає з хвилі стогін.&lt;br /&gt;</w:t>
        <w:br/>
        <w:t>А привид і потужить, і не сміє&lt;br /&gt;</w:t>
        <w:br/>
        <w:t>озватися! сльоза—з печалля.&lt;br /&gt;</w:t>
        <w:br/>
        <w:t>І очі при могилі моря вмиє&lt;br /&gt;</w:t>
        <w:br/>
        <w:t>з туманами, як біль почався.</w:t>
      </w:r>
    </w:p>
    <w:p>
      <w:r>
        <w:br/>
        <w:t>Все скошене проміння ллється в душу&lt;br /&gt;</w:t>
        <w:br/>
        <w:t>від мертвої грози: де привид.&lt;br /&gt;</w:t>
        <w:br/>
        <w:t>Скорботу меви, від веселки дужчу,&lt;br /&gt;</w:t>
        <w:br/>
        <w:t>на прибережжі доля скривдить.</w:t>
      </w:r>
    </w:p>
    <w:p>
      <w:r>
        <w:br/>
        <w:t>Безчасся! та поріг пожежі: сива&lt;br /&gt;</w:t>
        <w:br/>
        <w:t>покосами, і пальці палять.&lt;br /&gt;</w:t>
        <w:br/>
        <w:t>Надійде в крушення, де смерчів нива&lt;br /&gt;</w:t>
        <w:br/>
        <w:t>розіб'є колоски при звалах.</w:t>
      </w:r>
    </w:p>
    <w:p>
      <w:r>
        <w:br/>
        <w:t>А біле сонце коло краю скаже&lt;br /&gt;</w:t>
        <w:br/>
        <w:t>провістя, хоч негода вихрить.&lt;br /&gt;</w:t>
        <w:br/>
        <w:t>Що зміну море принесе ласкаве&lt;br /&gt;</w:t>
        <w:br/>
        <w:t>з туману—під камінні стріхи.</w:t>
      </w:r>
    </w:p>
    <w:p>
      <w:r>
        <w:br/>
        <w:t>ззо&lt;br /&gt;</w:t>
        <w:br/>
        <w:t>Не буде вже проклятости: до краплі&lt;br /&gt;</w:t>
        <w:br/>
        <w:t>кривавитися в рані—з вістря...&lt;br /&gt;</w:t>
        <w:br/>
        <w:t>Воскресне світло! скойчини прекрасні&lt;br /&gt;</w:t>
        <w:br/>
        <w:t>наповнить, і птахам говіти.</w:t>
      </w:r>
    </w:p>
    <w:p>
      <w:r>
        <w:br/>
        <w:t>1954&lt;br /&gt;</w:t>
        <w:br/>
        <w:t>ПРАГНЕННЯ РАНКІВ</w:t>
      </w:r>
    </w:p>
    <w:p>
      <w:r>
        <w:br/>
        <w:t>Знов—море: грозові мечі до дзеркал&lt;br /&gt;</w:t>
        <w:br/>
        <w:t>згостривши, в стихарі збіліє.&lt;br /&gt;</w:t>
        <w:br/>
        <w:t>А милосердя лілія далека:&lt;br /&gt;</w:t>
        <w:br/>
        <w:t>де світло стріхи голубине.&lt;br /&gt;</w:t>
        <w:br/>
        <w:t>Знов—море: переймає пряжу тучі,&lt;br /&gt;</w:t>
        <w:br/>
        <w:t>в пломінній силі, ніби з крови.&lt;br /&gt;</w:t>
        <w:br/>
        <w:t>При дверях блискавки й пісків почути:&lt;br /&gt;</w:t>
        <w:br/>
        <w:t>чаїні переходи скропить.</w:t>
      </w:r>
    </w:p>
    <w:p>
      <w:r>
        <w:br/>
        <w:t>Стрічаючи світанки з нивок рідних,&lt;br /&gt;</w:t>
        <w:br/>
        <w:t>обкинеться в грання вінечне.&lt;br /&gt;</w:t>
        <w:br/>
        <w:t>То я прийму, що від троянд—горіти,&lt;br /&gt;</w:t>
        <w:br/>
        <w:t>де лиштву голубу розмече.&lt;br /&gt;</w:t>
        <w:br/>
        <w:t>Зоря надземна в рутах воскресає,&lt;br /&gt;</w:t>
        <w:br/>
        <w:t>мов наречена при свічаді...&lt;br /&gt;</w:t>
        <w:br/>
        <w:t>при свічниках досвітніх: в несказане&lt;br /&gt;</w:t>
        <w:br/>
        <w:t>ступає в поле—повінчатись.</w:t>
      </w:r>
    </w:p>
    <w:p>
      <w:r>
        <w:br/>
        <w:t>4.IX.54&lt;br /&gt;</w:t>
        <w:br/>
        <w:t>ТЕПЛО</w:t>
      </w:r>
    </w:p>
    <w:p>
      <w:r>
        <w:br/>
        <w:t>Тепло блаженности приносить серце,&lt;br /&gt;</w:t>
        <w:br/>
        <w:t>що й ангелам — олтар! крилате;&lt;br /&gt;</w:t>
        <w:br/>
        <w:t>що списом терзане і в смерть простерте,&lt;br /&gt;</w:t>
        <w:br/>
        <w:t>рятуючи, шептало: "брате..."&lt;br /&gt;</w:t>
        <w:br/>
        <w:t>Замучена свідомість світла—з гробу&lt;br /&gt;</w:t>
        <w:br/>
        <w:t>встає, несмертно всіх любити;&lt;br /&gt;</w:t>
        <w:br/>
        <w:t>не привид! Князь, що в осередку зроду&lt;br /&gt;</w:t>
        <w:br/>
        <w:t>царює святістю, над битви.</w:t>
      </w:r>
    </w:p>
    <w:p>
      <w:r>
        <w:br/>
        <w:t>Хто вірує, краплину неба прийме&lt;br /&gt;</w:t>
        <w:br/>
        <w:t>від ран Його: над ніччю, спасся...&lt;br /&gt;</w:t>
        <w:br/>
        <w:t>над каменем, де буря! незбориме&lt;br /&gt;</w:t>
        <w:br/>
        <w:t>життя палахкотить, як ласка.</w:t>
      </w:r>
    </w:p>
    <w:p>
      <w:r>
        <w:br/>
        <w:t>Скрізь океани змріються з росою,&lt;br /&gt;</w:t>
        <w:br/>
        <w:t>з травою споминами згаснуть,&lt;br /&gt;</w:t>
        <w:br/>
        <w:t>Але сіяння чашу хвиль високу&lt;br /&gt;</w:t>
        <w:br/>
        <w:t>злива над скоєчками часу.</w:t>
      </w:r>
    </w:p>
    <w:p>
      <w:r>
        <w:br/>
        <w:t>5.IX.54&lt;br /&gt;</w:t>
        <w:br/>
        <w:t>НОВИННИЙ ПРИПЛИВ</w:t>
      </w:r>
    </w:p>
    <w:p>
      <w:r>
        <w:br/>
        <w:t>Вино з травинок буря поколише&lt;br /&gt;</w:t>
        <w:br/>
        <w:t>і, в ниті гобелен, роздрібнить.&lt;br /&gt;</w:t>
        <w:br/>
        <w:t>А хижі крила вбризка голубіше,&lt;br /&gt;</w:t>
        <w:br/>
        <w:t>веселки полюбивши рибні.</w:t>
      </w:r>
    </w:p>
    <w:p>
      <w:r>
        <w:br/>
        <w:t>Одвіку птиці прип'яті при палях&lt;br /&gt;</w:t>
        <w:br/>
        <w:t>промінного порядку: рвуться.&lt;br /&gt;</w:t>
        <w:br/>
        <w:t>І в силі клекоту—вербену спалять,&lt;br /&gt;</w:t>
        <w:br/>
        <w:t>хоч до грудей вирує скрута.&lt;br /&gt;</w:t>
        <w:br/>
        <w:t>Чи вернуться кістки і чорно ляжуть&lt;br /&gt;</w:t>
        <w:br/>
        <w:t>на полоскання, в іскри, власне?&lt;br /&gt;</w:t>
        <w:br/>
        <w:t>А чаєчки престольні пісню справжню&lt;br /&gt;</w:t>
        <w:br/>
        <w:t>піднімуть, над гріхами прясти.</w:t>
      </w:r>
    </w:p>
    <w:p>
      <w:r>
        <w:br/>
        <w:t>Бо лембик між обвалами вже скинувсь! —&lt;br /&gt;</w:t>
        <w:br/>
        <w:t>і перламутрова долоня&lt;br /&gt;</w:t>
        <w:br/>
        <w:t>приносить роси: в світляну святиню,&lt;br /&gt;</w:t>
        <w:br/>
        <w:t>де соняшник не прохолоне.</w:t>
      </w:r>
    </w:p>
    <w:p>
      <w:r>
        <w:br/>
        <w:t>5.IX.54&lt;br /&gt;</w:t>
        <w:br/>
        <w:t>МОВА МОРЯ</w:t>
      </w:r>
    </w:p>
    <w:p>
      <w:r>
        <w:br/>
        <w:t>То жайворонки моря сірокрилі:&lt;br /&gt;</w:t>
        <w:br/>
        <w:t>перебіжать, пісок сточити.&lt;br /&gt;</w:t>
        <w:br/>
        <w:t>І мушля сиві гуркоти відмірить—&lt;br /&gt;</w:t>
        <w:br/>
        <w:t>до слуху принести врочисто.&lt;br /&gt;</w:t>
        <w:br/>
        <w:t>Чи з полинами в райдужину шибку,&lt;br /&gt;</w:t>
        <w:br/>
        <w:t>задихавшись прибій загляне?&lt;br /&gt;</w:t>
        <w:br/>
        <w:t>А хвилі кинуто в пташину швидкість,&lt;br /&gt;</w:t>
        <w:br/>
        <w:t>неначе по тканинах лану.&lt;br /&gt;</w:t>
        <w:br/>
        <w:t>Все обертає псальма в древній релі—&lt;br /&gt;</w:t>
        <w:br/>
        <w:t>жалі прозоріші, як жито.&lt;br /&gt;</w:t>
        <w:br/>
        <w:t>Від димлених фіялок пальці ревні&lt;br /&gt;</w:t>
        <w:br/>
        <w:t>прийшли—з кадилами служити.</w:t>
      </w:r>
    </w:p>
    <w:p>
      <w:r>
        <w:br/>
        <w:t>Намітку гейзерів, немов тополю —&lt;br /&gt;</w:t>
        <w:br/>
        <w:t>об кручу зруйнувати, зірве.&lt;br /&gt;</w:t>
        <w:br/>
        <w:t>Чуття, як синій мед: щільник напоїть,&lt;br /&gt;</w:t>
        <w:br/>
        <w:t>князівство бджіл—збіжить, зориме.</w:t>
      </w:r>
    </w:p>
    <w:p>
      <w:r>
        <w:br/>
        <w:t>5.IX.54&lt;br /&gt;</w:t>
        <w:br/>
        <w:t>Помайоріли журавлі при ниві&lt;br /&gt;</w:t>
        <w:br/>
        <w:t>що хилиться, в могилах сизих.&lt;br /&gt;</w:t>
        <w:br/>
        <w:t>Там предки! з кіньми сонця боронились,&lt;br /&gt;</w:t>
        <w:br/>
        <w:t>від кручі викляті, мов схизми.</w:t>
      </w:r>
    </w:p>
    <w:p>
      <w:r>
        <w:br/>
        <w:t>Без листа, як вісон поткавши —далі,&lt;br /&gt;</w:t>
        <w:br/>
        <w:t>навала в грі допроменілась.&lt;br /&gt;</w:t>
        <w:br/>
        <w:t>А при камінні, руки дожидали,&lt;br /&gt;</w:t>
        <w:br/>
        <w:t>збираючи з громів коріння.</w:t>
      </w:r>
    </w:p>
    <w:p>
      <w:r>
        <w:br/>
        <w:t>Та чаєня поранене, при бурі,&lt;br /&gt;</w:t>
        <w:br/>
        <w:t>мина руїни мушель гострі.&lt;br /&gt;</w:t>
        <w:br/>
        <w:t>Не зойкне мати! під обвал забуті—&lt;br /&gt;</w:t>
        <w:br/>
        <w:t>сльозини: найбіліші брості.</w:t>
      </w:r>
    </w:p>
    <w:p>
      <w:r>
        <w:br/>
        <w:t>Вже сестри до крайнеба потріпочуть&lt;br /&gt;</w:t>
        <w:br/>
        <w:t>пір'їнами в розкритій казці.&lt;br /&gt;</w:t>
        <w:br/>
        <w:t>А світляними кроснами сорочку&lt;br /&gt;</w:t>
        <w:br/>
        <w:t>не перестане море ткати.</w:t>
      </w:r>
    </w:p>
    <w:p>
      <w:r>
        <w:br/>
        <w:t>6.IX.54&lt;br /&gt;</w:t>
        <w:br/>
        <w:t>Палатиме в шипшинний виблиск хвиля,&lt;br /&gt;</w:t>
        <w:br/>
        <w:t>коли височина світанків—&lt;br /&gt;</w:t>
        <w:br/>
        <w:t>як церква: де ми дітьми ще говіди,&lt;br /&gt;</w:t>
        <w:br/>
        <w:t>і серце вернеться спитати.&lt;br /&gt;</w:t>
        <w:br/>
        <w:t>За чайчин місяць і вітрило дальнє&lt;br /&gt;</w:t>
        <w:br/>
        <w:t>"морозки" глянуть без розпуки.&lt;br /&gt;</w:t>
        <w:br/>
        <w:t>А море—бежевілля з снів скидає,&lt;br /&gt;</w:t>
        <w:br/>
        <w:t>мов прядиво в пісок сипучий.&lt;br /&gt;</w:t>
        <w:br/>
        <w:t>Скрізь: свічення вінця, трисвітле в сплесках,&lt;br /&gt;</w:t>
        <w:br/>
        <w:t>скрізь: на горі за нас розп'яте,&lt;br /&gt;</w:t>
        <w:br/>
        <w:t>що кров, до терну—вмерла і воскресла,&lt;br /&gt;</w:t>
        <w:br/>
        <w:t>скрапаючи, в рятунок звати.</w:t>
      </w:r>
    </w:p>
    <w:p>
      <w:r>
        <w:br/>
        <w:t>І роджений з морського горя, ходить,&lt;br /&gt;</w:t>
        <w:br/>
        <w:t>мов лев волошковий по струнах:&lt;br /&gt;</w:t>
        <w:br/>
        <w:t>квіт— бразолінник! хоче неба подих&lt;br /&gt;</w:t>
        <w:br/>
        <w:t>на грядку радости вернути.</w:t>
      </w:r>
    </w:p>
    <w:p>
      <w:r>
        <w:br/>
        <w:t>6.IX.54&lt;br /&gt;</w:t>
        <w:br/>
        <w:t>ПРИХІД</w:t>
      </w:r>
    </w:p>
    <w:p>
      <w:r>
        <w:br/>
        <w:t>Затоплена в трояндний трунок, скойка&lt;br /&gt;</w:t>
        <w:br/>
        <w:t>підпалиться! мов серце бідне.&lt;br /&gt;</w:t>
        <w:br/>
        <w:t>Вже—смертні розпачі в пісок прокотять,&lt;br /&gt;</w:t>
        <w:br/>
        <w:t>і парус голубий надійде.</w:t>
      </w:r>
    </w:p>
    <w:p>
      <w:r>
        <w:br/>
        <w:t>Гірка турбота і руїна чорна,&lt;br /&gt;</w:t>
        <w:br/>
        <w:t>і камінь, як скарбниця смутку—&lt;br /&gt;</w:t>
        <w:br/>
        <w:t>відкривсь! а розгорить крізь кров просфорка&lt;br /&gt;</w:t>
        <w:br/>
        <w:t>святого сонця в темінь люту.</w:t>
      </w:r>
    </w:p>
    <w:p>
      <w:r>
        <w:br/>
        <w:t>Докличеться забута правда: близько,&lt;br /&gt;</w:t>
        <w:br/>
        <w:t>де з гроз облита чайка сплаче.&lt;br /&gt;</w:t>
        <w:br/>
        <w:t>А сонце руки, наче хрест, розрізнить,&lt;br /&gt;</w:t>
        <w:br/>
        <w:t>і вінчик світлиться дитячий.</w:t>
      </w:r>
    </w:p>
    <w:p>
      <w:r>
        <w:br/>
        <w:t>Тоді предвічне милосердя стане&lt;br /&gt;</w:t>
        <w:br/>
        <w:t>в лілейному, мов сльози, морі—&lt;br /&gt;</w:t>
        <w:br/>
        <w:t>і всіх торкне квітучими устами,&lt;br /&gt;</w:t>
        <w:br/>
        <w:t>співучими, де світло творить.</w:t>
      </w:r>
    </w:p>
    <w:p>
      <w:r>
        <w:br/>
        <w:t>13.Х.54&lt;br /&gt;</w:t>
        <w:br/>
        <w:t>СПОМИН ПРО ТИХИЙ ОКЕАН</w:t>
      </w:r>
    </w:p>
    <w:p>
      <w:r>
        <w:br/>
        <w:t>Самотний мевами! і образ вишень&lt;br /&gt;</w:t>
        <w:br/>
        <w:t>прибрав, ридання відгремівши.&lt;br /&gt;</w:t>
        <w:br/>
        <w:t>Не буде мучити: в піски віддише;&lt;br /&gt;</w:t>
        <w:br/>
        <w:t>мов, терплячи недолю, грішник.&lt;br /&gt;</w:t>
        <w:br/>
        <w:t>Мов гори! що горять, що з горя—з диму;&lt;br /&gt;</w:t>
        <w:br/>
        <w:t>нерадісно розбившись, бризне.&lt;br /&gt;</w:t>
        <w:br/>
        <w:t>Всю мрію дня, вітрилом несходиму,&lt;br /&gt;</w:t>
        <w:br/>
        <w:t>приймає небо білоризе.&lt;br /&gt;</w:t>
        <w:br/>
        <w:t>І зору карого жорстокість мила&lt;br /&gt;</w:t>
        <w:br/>
        <w:t>і безсердеччя ніжне—пройде&lt;br /&gt;</w:t>
        <w:br/>
        <w:t>проз книгу синю: чайка прошуміла,&lt;br /&gt;</w:t>
        <w:br/>
        <w:t>рвучи проміння нехолодне.&lt;br /&gt;</w:t>
        <w:br/>
        <w:t>І клонить скорбі колосок від сонця—&lt;br /&gt;</w:t>
        <w:br/>
        <w:t>на сивий шлях; розлуки голос.&lt;br /&gt;</w:t>
        <w:br/>
        <w:t>Відходь,єдина, скойки хай схоронять,&lt;br /&gt;</w:t>
        <w:br/>
        <w:t>що, цвівши, з райдуг відкололось.</w:t>
      </w:r>
    </w:p>
    <w:p>
      <w:r>
        <w:br/>
        <w:t>Але не спомин мій! любов незбута&lt;br /&gt;</w:t>
        <w:br/>
        <w:t>крило біля каміння ранить.&lt;br /&gt;</w:t>
        <w:br/>
        <w:t>І зве, і мучиться: в грози в спокутах—&lt;br /&gt;</w:t>
        <w:br/>
        <w:t>підкине келех океанів.&lt;br /&gt;</w:t>
        <w:br/>
        <w:t>1 5.VI.55&lt;br /&gt;</w:t>
        <w:br/>
        <w:t>ЗМІСТ</w:t>
      </w:r>
    </w:p>
    <w:p>
      <w:r>
        <w:br/>
        <w:t>ЗАСПІВ&lt;br /&gt;</w:t>
        <w:br/>
        <w:t>НАДРІЧЧЯ&lt;br /&gt;</w:t>
        <w:br/>
        <w:t>ОСІННЯ ҐОСТИЧНІСТЬ&lt;br /&gt;</w:t>
        <w:br/>
        <w:t>ПЕРЕХІД ВЕСНИ&lt;br /&gt;</w:t>
        <w:br/>
        <w:t>СОН&lt;br /&gt;</w:t>
        <w:br/>
        <w:t>СУПЕРЕЧКА І ПРИЙДЕШНІЙ МИР&lt;br /&gt;</w:t>
        <w:br/>
        <w:t>НАДХІД&lt;br /&gt;</w:t>
        <w:br/>
        <w:t>МИНУЧІСТЬ&lt;br /&gt;</w:t>
        <w:br/>
        <w:t>ПРОЩАЛЬНИЙ ЧАСЬ&lt;br /&gt;</w:t>
        <w:br/>
        <w:t>ПЕРЕБОРЕННЯ&lt;br /&gt;</w:t>
        <w:br/>
        <w:t>РОЗРАДА&lt;br /&gt;</w:t>
        <w:br/>
        <w:t>ЗВАЖЕНІСТЬ&lt;br /&gt;</w:t>
        <w:br/>
        <w:t>ЯК СОНЦЕ ЩЕ РОДИЛОСЯ&lt;br /&gt;</w:t>
        <w:br/>
        <w:t>РОЗЛУКА ДО КОРАБЛЯ&lt;br /&gt;</w:t>
        <w:br/>
        <w:t>ОБНОВА ДНЯ&lt;br /&gt;</w:t>
        <w:br/>
        <w:t>ОКЕАН&lt;br /&gt;</w:t>
        <w:br/>
        <w:t>КРАЙ САМОТИ&lt;br /&gt;</w:t>
        <w:br/>
        <w:t>СЬОГОДНІ&lt;br /&gt;</w:t>
        <w:br/>
        <w:t>ДОЖИДАННЯ СТРІЧІ&lt;br /&gt;</w:t>
        <w:br/>
        <w:t>БЕЗЛЮДНІСТЬ МОРЯ&lt;br /&gt;</w:t>
        <w:br/>
        <w:t>ЗАБУТТЯ&lt;br /&gt;</w:t>
        <w:br/>
        <w:t>ЗЕМНА МИНУЧІСТЬ&lt;br /&gt;</w:t>
        <w:br/>
        <w:t>ГОДИНА БОЛЮ&lt;br /&gt;</w:t>
        <w:br/>
        <w:t>БЕЗСВІТНИЙ БЕРЕГ&lt;br /&gt;</w:t>
        <w:br/>
        <w:t>СПОДІВАННЯ КОРАБЛЯ&lt;br /&gt;</w:t>
        <w:br/>
        <w:t>ПРИБУТТЯ&lt;br /&gt;</w:t>
        <w:br/>
        <w:t>ГОДИНА РОЗЛУКИ&lt;br /&gt;</w:t>
        <w:br/>
        <w:t>ІНША ЗУСТРІЧ&lt;br /&gt;</w:t>
        <w:br/>
        <w:t>ПРОХОЛОДИ&lt;br /&gt;</w:t>
        <w:br/>
        <w:t>ОСВІТЛЕНИЙ ОСТРІВ&lt;br /&gt;</w:t>
        <w:br/>
        <w:t>ВЕЧЕРІШНІСТЬ&lt;br /&gt;</w:t>
        <w:br/>
        <w:t>ТРАВИ МОРЯ&lt;br /&gt;</w:t>
        <w:br/>
        <w:t>КВІТКОВЕ СВІТЛО&lt;br /&gt;</w:t>
        <w:br/>
        <w:t>ПРОЩАННЯ&lt;br /&gt;</w:t>
        <w:br/>
        <w:t>ПРИГАДАНИЙ ЧАС</w:t>
      </w:r>
    </w:p>
    <w:p>
      <w:r>
        <w:br/>
        <w:t>БІЛЯ ОСТРОВА&lt;br /&gt;</w:t>
        <w:br/>
        <w:t>ПРИ САМОТІ&lt;br /&gt;</w:t>
        <w:br/>
        <w:t>СНІГОПАДОВИЙ СПОКІЙ&lt;br /&gt;</w:t>
        <w:br/>
        <w:t>НЕДОБРОЧАСНИЙ ДОЩ&lt;br /&gt;</w:t>
        <w:br/>
        <w:t>СПОДІВАНИЙ БЕРЕГ&lt;br /&gt;</w:t>
        <w:br/>
        <w:t>НАДВЕЧІРНІСТЬ МОРЯ&lt;br /&gt;</w:t>
        <w:br/>
        <w:t>СВІТАНКОВИЙ ВЕРЕГ&lt;br /&gt;</w:t>
        <w:br/>
        <w:t>ПРИОКЕАННЯ—ЗАХІД&lt;br /&gt;</w:t>
        <w:br/>
        <w:t>НЕСМУТОК&lt;br /&gt;</w:t>
        <w:br/>
        <w:t>СПОДІВАННЯ СТРІЧІ&lt;br /&gt;</w:t>
        <w:br/>
        <w:t>ОСВІТЛЕНИЙ ОСТРІВЕЦЬ&lt;br /&gt;</w:t>
        <w:br/>
        <w:t>НАДБЕРЕЖЖЯ&lt;br /&gt;</w:t>
        <w:br/>
        <w:t>ЖДАНА ЗУСТРІЧ&lt;br /&gt;</w:t>
        <w:br/>
        <w:t>ЖУРБА&lt;br /&gt;</w:t>
        <w:br/>
        <w:t>ТЯЖКІСТЬ&lt;br /&gt;</w:t>
        <w:br/>
        <w:t>ЧОВНИ&lt;br /&gt;</w:t>
        <w:br/>
        <w:t>ОКЕАН З КВІТКАМИ: ЩО НА ДНІ ....&lt;br /&gt;</w:t>
        <w:br/>
        <w:t>ВІТРЯНИЙ ВІДХІД&lt;br /&gt;</w:t>
        <w:br/>
        <w:t>ПОСВІТЛЕНІСТЬ&lt;br /&gt;</w:t>
        <w:br/>
        <w:t>ВІДКРИТА НАПІВНЕГОДА&lt;br /&gt;</w:t>
        <w:br/>
        <w:t>ПРИБЕРЕЖНИЙ ДЕНЬ&lt;br /&gt;</w:t>
        <w:br/>
        <w:t>СХІДНІЙ МІСЯЦЬ&lt;br /&gt;</w:t>
        <w:br/>
        <w:t>ПОВЕРНЕННЯ&lt;br /&gt;</w:t>
        <w:br/>
        <w:t>ДОЛЯ, ЩО З МОРЯ&lt;br /&gt;</w:t>
        <w:br/>
        <w:t>ВІДХІД БУРІ&lt;br /&gt;</w:t>
        <w:br/>
        <w:t>ПРИОЗЕРНИЙ ОБРАЗ&lt;br /&gt;</w:t>
        <w:br/>
        <w:t>НАПРОТИ НЕРАДІСНОГО&lt;br /&gt;</w:t>
        <w:br/>
        <w:t>ПРИХІД ХВИЛЬ&lt;br /&gt;</w:t>
        <w:br/>
        <w:t>ПОСТІЙНА ТРИВОГА&lt;br /&gt;</w:t>
        <w:br/>
        <w:t>ДОЧАСНІСТЬ&lt;br /&gt;</w:t>
        <w:br/>
        <w:t>ОГНИК ПРИПЛИВУ&lt;br /&gt;</w:t>
        <w:br/>
        <w:t>ВІДКРИТИЙ ВЕЧІР&lt;br /&gt;</w:t>
        <w:br/>
        <w:t>ОКЕАН: ІНШИЙ&lt;br /&gt;</w:t>
        <w:br/>
        <w:t>ТОБІ&lt;br /&gt;</w:t>
        <w:br/>
        <w:t>ДЗЕРКАЛО МОРЯ&lt;br /&gt;</w:t>
        <w:br/>
        <w:t>ВІДМІННІСТЬ&lt;br /&gt;</w:t>
        <w:br/>
        <w:t>ВИСОКА хвиля&lt;br /&gt;</w:t>
        <w:br/>
        <w:t>ОСТРІВНИЙ КРАЙ&lt;br /&gt;</w:t>
        <w:br/>
        <w:t>ТЕЧІЙНІСТЬ&lt;br /&gt;</w:t>
        <w:br/>
        <w:t>ПРИБУТТЯ&lt;br /&gt;</w:t>
        <w:br/>
        <w:t>ПЕРЕДЧАС ОСЕНИ&lt;br /&gt;</w:t>
        <w:br/>
        <w:t>ДОЖИДАННЯ ОБНОВ&lt;br /&gt;</w:t>
        <w:br/>
        <w:t>САМОТНІСТЬ&lt;br /&gt;</w:t>
        <w:br/>
        <w:t>ПРИБЕРЕЖНИЙ ПІВКРУГ&lt;br /&gt;</w:t>
        <w:br/>
        <w:t>ВІДГОМІН МИНУЛОГО&lt;br /&gt;</w:t>
        <w:br/>
        <w:t>ПРИКМЕТА ГРОЗОВИЦІ&lt;br /&gt;</w:t>
        <w:br/>
        <w:t>ЗВЕРХНІСТЬ СВІТЛА&lt;br /&gt;</w:t>
        <w:br/>
        <w:t>ІМЕНА КВІТОК І СТЕЖКА&lt;br /&gt;</w:t>
        <w:br/>
        <w:t>ПОСТІЙНІСТЬ&lt;br /&gt;</w:t>
        <w:br/>
        <w:t>БЕЗМІРНІСТЬ ВЕЧОРА&lt;br /&gt;</w:t>
        <w:br/>
        <w:t>ВИСОКА ОСІНЬ&lt;br /&gt;</w:t>
        <w:br/>
        <w:t>НАДВЕЧІР'Я ВЕРЕСНЯ&lt;br /&gt;</w:t>
        <w:br/>
        <w:t>ВИРІШЕННЯ ОСЕНИ&lt;br /&gt;</w:t>
        <w:br/>
        <w:t>РОЗЛУЧНИЦЯ—ОСІНЬ&lt;br /&gt;</w:t>
        <w:br/>
        <w:t>НЕТЕПЛИЙ ПРИПЛИВ&lt;br /&gt;</w:t>
        <w:br/>
        <w:t>ЗУСТРІЧ МІСЦЯ&lt;br /&gt;</w:t>
        <w:br/>
        <w:t>ГОДИНА БУРХЛИВОСТИ&lt;br /&gt;</w:t>
        <w:br/>
        <w:t>РУЇНИ МОРЯ&lt;br /&gt;</w:t>
        <w:br/>
        <w:t>ВРАНІШНЯ СВІТЛОТА&lt;br /&gt;</w:t>
        <w:br/>
        <w:t>КАМЕНІ (їх найнетривалішість) ...&lt;br /&gt;</w:t>
        <w:br/>
        <w:t>ПЕРЕДКВІТНЕВЕ СВІТЛО&lt;br /&gt;</w:t>
        <w:br/>
        <w:t>ПРОЗЕЛЕНЬ ВЕСНИ&lt;br /&gt;</w:t>
        <w:br/>
        <w:t>ВИДНОКРУГ КВІТОК&lt;br /&gt;</w:t>
        <w:br/>
        <w:t>ЗРОСТАННЯ ВЕСНИ&lt;br /&gt;</w:t>
        <w:br/>
        <w:t>ВІДРОДЖЕНІ КВІТИ&lt;br /&gt;</w:t>
        <w:br/>
        <w:t>НАША ВЕСНА&lt;br /&gt;</w:t>
        <w:br/>
        <w:t>СВІТЛИЙ ВЕЧІР&lt;br /&gt;</w:t>
        <w:br/>
        <w:t>РОЗКВІТ МОРЯ&lt;br /&gt;</w:t>
        <w:br/>
        <w:t>КВІТНЕВА РОСЛИНА&lt;br /&gt;</w:t>
        <w:br/>
        <w:t>ПОДИХ КВІТНЯ&lt;br /&gt;</w:t>
        <w:br/>
        <w:t>ДОВІР'Я&lt;br /&gt;</w:t>
        <w:br/>
        <w:t>ЗВІСТКА БУРІ&lt;br /&gt;</w:t>
        <w:br/>
        <w:t>ПТАШИНИЙ ГОМІН&lt;br /&gt;</w:t>
        <w:br/>
        <w:t>СВІТАНОК&lt;br /&gt;</w:t>
        <w:br/>
        <w:t>НЕРАННІЙ РОЗКВІТ&lt;br /&gt;</w:t>
        <w:br/>
        <w:t>ТРИВОЖНИЙ БЕРЕГ&lt;br /&gt;</w:t>
        <w:br/>
        <w:t>ПРА-КРОТКІСТЬ (Вечір)&lt;br /&gt;</w:t>
        <w:br/>
        <w:t>КРУГОДЕННІСТЬ ЛІТА&lt;br /&gt;</w:t>
        <w:br/>
        <w:t>ПОПЕРЕДЖЕННЯ МОРЯ&lt;br /&gt;</w:t>
        <w:br/>
        <w:t>ПУСТЕЛЯ&lt;br /&gt;</w:t>
        <w:br/>
        <w:t>НАБЛИЖЕННЯ СВІТЛА&lt;br /&gt;</w:t>
        <w:br/>
        <w:t>ПОСИЛЕННЯ ПРИПЛИВУ&lt;br /&gt;</w:t>
        <w:br/>
        <w:t>НАБЛИЖЕННЯ МОРЯ&lt;br /&gt;</w:t>
        <w:br/>
        <w:t>РОЗБУРХАНИЙ СТАН&lt;br /&gt;</w:t>
        <w:br/>
        <w:t>ЛІТНЯ ЛІЛЕЯ&lt;br /&gt;</w:t>
        <w:br/>
        <w:t>ВІКНО&lt;br /&gt;</w:t>
        <w:br/>
        <w:t>ДОСВІТНІЙ ДОКІР&lt;br /&gt;</w:t>
        <w:br/>
        <w:t>СПРАВДЖЕННЯ ВОДОСПАДУ....&lt;br /&gt;</w:t>
        <w:br/>
        <w:t>НАДГІР'Я&lt;br /&gt;</w:t>
        <w:br/>
        <w:t>ВИСОКА ХВИЛЯ&lt;br /&gt;</w:t>
        <w:br/>
        <w:t>КОРАБЕЛЬНИЙ КРАЙ&lt;br /&gt;</w:t>
        <w:br/>
        <w:t>ПОРИВНА ХВИЛЯ&lt;br /&gt;</w:t>
        <w:br/>
        <w:t>ЗУСТРІЧ РІЧКИ І МОРЯ&lt;br /&gt;</w:t>
        <w:br/>
        <w:t>РОЗВИТОК ГРОЗИ&lt;br /&gt;</w:t>
        <w:br/>
        <w:t>БЛИЗКІСТЬ&lt;br /&gt;</w:t>
        <w:br/>
        <w:t>ЧАЇНИЙ ЧАС&lt;br /&gt;</w:t>
        <w:br/>
        <w:t>СХВИЛЬОВАНІСТЬ МОРЯ&lt;br /&gt;</w:t>
        <w:br/>
        <w:t>ПРИБЕРЕЖНИЙ ВЕЧІР&lt;br /&gt;</w:t>
        <w:br/>
        <w:t>МАЛЮНОК НЕГОДИ&lt;br /&gt;</w:t>
        <w:br/>
        <w:t>НЕМИНУЧА ВТРАТА&lt;br /&gt;</w:t>
        <w:br/>
        <w:t>ЗАХІД&lt;br /&gt;</w:t>
        <w:br/>
        <w:t>ЛІТНЯ НАДБЕРЕЖНІСТЬ&lt;br /&gt;</w:t>
        <w:br/>
        <w:t>ПРИБЕРЕЖНИЙ КАМІНЬ&lt;br /&gt;</w:t>
        <w:br/>
        <w:t>ЖДАНИЙ ПЕРЕХІД&lt;br /&gt;</w:t>
        <w:br/>
        <w:t>ПЕРЕБУТТЯ&lt;br /&gt;</w:t>
        <w:br/>
        <w:t>МОЛИТОВНИЙ РАНОК&lt;br /&gt;</w:t>
        <w:br/>
        <w:t>ЧАС МЕДУЗ&lt;br /&gt;</w:t>
        <w:br/>
        <w:t>ПЕРСТЕНЬ&lt;br /&gt;</w:t>
        <w:br/>
        <w:t>ЗМІННИЙ ОКЕАН&lt;br /&gt;</w:t>
        <w:br/>
        <w:t>ПОРТРЕТ РОСЛИНОК, ЩО ЦВІТУТЬ . .&lt;br /&gt;</w:t>
        <w:br/>
        <w:t>НАДРІЧНИЙ ВЕЧІР&lt;br /&gt;</w:t>
        <w:br/>
        <w:t>СОНЯЧНИЙ ВОДОЗБІР&lt;br /&gt;</w:t>
        <w:br/>
        <w:t>ДЕРЕВО (в сторінці)&lt;br /&gt;</w:t>
        <w:br/>
        <w:t>ВИСОКОГРАННИК СТАРОВИНИ&lt;br /&gt;</w:t>
        <w:br/>
        <w:t>МАЙБУТНЯ ЗГАДКА&lt;br /&gt;</w:t>
        <w:br/>
        <w:t>ПОРИВНИЙ ПРИПЛИВ&lt;br /&gt;</w:t>
        <w:br/>
        <w:t>ВІДЧУТТЯ З ПЕРЕДГРОЗЗЯ&lt;br /&gt;</w:t>
        <w:br/>
        <w:t>НАДБЕРЕЖНА ГРЯДКА&lt;br /&gt;</w:t>
        <w:br/>
        <w:t>ПОГРОЗА ХУРТОВИНИ&lt;br /&gt;</w:t>
        <w:br/>
        <w:t>ДЖЕРЕЛО БІЛЯ ЧАСОВНІ&lt;br /&gt;</w:t>
        <w:br/>
        <w:t>ЧАЇНИЙ ВІРШ&lt;br /&gt;</w:t>
        <w:br/>
        <w:t>НАДВЕЧІРНІСТЬ&lt;br /&gt;</w:t>
        <w:br/>
        <w:t>ТРИВОЖНИЙ БЕРЕГ&lt;br /&gt;</w:t>
        <w:br/>
        <w:t>ЖИТТЯ ДОЛИНИ&lt;br /&gt;</w:t>
        <w:br/>
        <w:t>ТОПОЛЯ&lt;br /&gt;</w:t>
        <w:br/>
        <w:t>ПЕРЕДСНІЖНИЙ НАСТРІЙ&lt;br /&gt;</w:t>
        <w:br/>
        <w:t>ЛИСТОПАД&lt;br /&gt;</w:t>
        <w:br/>
        <w:t>ОСІННІСТЬ&lt;br /&gt;</w:t>
        <w:br/>
        <w:t>ЗИМІЄ ОКЕАН&lt;br /&gt;</w:t>
        <w:br/>
        <w:t>БЕРЕЗА&lt;br /&gt;</w:t>
        <w:br/>
        <w:t>В ЛІТУЧІЙ ЛИСТКАМИ КНИЖЦІ&lt;br /&gt;</w:t>
        <w:br/>
        <w:t>ВІДМІНА ГЛИБОЧИНИ&lt;br /&gt;</w:t>
        <w:br/>
        <w:t>ВЕЧІР ЧАЙОК&lt;br /&gt;</w:t>
        <w:br/>
        <w:t>ПРИСМЕРК МОРЯ&lt;br /&gt;</w:t>
        <w:br/>
        <w:t>ПО КРУГУ ТИШИНИ&lt;br /&gt;</w:t>
        <w:br/>
        <w:t>ГЛИБОКА ОСІНЬ&lt;br /&gt;</w:t>
        <w:br/>
        <w:t>ОСТАННИЙ ЛИСТОК&lt;br /&gt;</w:t>
        <w:br/>
        <w:t>ПЕРЕМІНА ЗИМИ&lt;br /&gt;</w:t>
        <w:br/>
        <w:t>ДОЖИДАННЯ ВЕСНИ&lt;br /&gt;</w:t>
        <w:br/>
        <w:t>ЗИМОВИЙ ДОЩ</w:t>
      </w:r>
    </w:p>
    <w:p>
      <w:r>
        <w:br/>
        <w:t>ГОРІННЯ ГІЛОК&lt;br /&gt;</w:t>
        <w:br/>
        <w:t>ПЕРЕДВЕСІННЯ СВІЖІСТЬ&lt;br /&gt;</w:t>
        <w:br/>
        <w:t>НАДІЯ—ПРОТИ ЗИМИ&lt;br /&gt;</w:t>
        <w:br/>
        <w:t>ПРИБЕРЕЖЖЯ ОСТРОВІВ&lt;br /&gt;</w:t>
        <w:br/>
        <w:t>ОКРИЛЕНИЙ ОСТРІВ&lt;br /&gt;</w:t>
        <w:br/>
        <w:t>СОНЦЕ ІДОЛЯ&lt;br /&gt;</w:t>
        <w:br/>
        <w:t>ВИСОЧИНА ВЕСНИ&lt;br /&gt;</w:t>
        <w:br/>
        <w:t>ВЕСНА САДІВ&lt;br /&gt;</w:t>
        <w:br/>
        <w:t>НЕСПОКІЙ ВЕСНИ&lt;br /&gt;</w:t>
        <w:br/>
        <w:t>ВІКНО ВАШІНҐТОНА&lt;br /&gt;</w:t>
        <w:br/>
        <w:t>ВІДНОВА БЕРЕГА&lt;br /&gt;</w:t>
        <w:br/>
        <w:t>ПЕРЕМІННІСТЬ&lt;br /&gt;</w:t>
        <w:br/>
        <w:t>НАДГІРНИЙ РАНОК&lt;br /&gt;</w:t>
        <w:br/>
        <w:t>ВЕЧІР ПЕРЕДЧУТТЯ&lt;br /&gt;</w:t>
        <w:br/>
        <w:t>НАДІЯ БЕРЕГА&lt;br /&gt;</w:t>
        <w:br/>
        <w:t>НЕТИХИЙ ОКЕАН&lt;br /&gt;</w:t>
        <w:br/>
        <w:t>БУРЯ&lt;br /&gt;</w:t>
        <w:br/>
        <w:t>ТУРБОТА&lt;br /&gt;</w:t>
        <w:br/>
        <w:t>МАЙБУТНІ РОСЛИНИ&lt;br /&gt;</w:t>
        <w:br/>
        <w:t>ЖАЛЬ&lt;br /&gt;</w:t>
        <w:br/>
        <w:t>ПОГРОЗЗЯ ОКЕАНУ&lt;br /&gt;</w:t>
        <w:br/>
        <w:t>ПЕРЕХІДНИЙ БЕРЕГ&lt;br /&gt;</w:t>
        <w:br/>
        <w:t>НАДВЕЧІР'Я&lt;br /&gt;</w:t>
        <w:br/>
        <w:t>ПІСОК&lt;br /&gt;</w:t>
        <w:br/>
        <w:t>ІСПИТ&lt;br /&gt;</w:t>
        <w:br/>
        <w:t>НАБЛИЖЕННЯ&lt;br /&gt;</w:t>
        <w:br/>
        <w:t>ТИШИНА&lt;br /&gt;</w:t>
        <w:br/>
        <w:t>ПРОХОДИТЬ ВОЛЯ&lt;br /&gt;</w:t>
        <w:br/>
        <w:t>ВЕЧІР ОСЕНИ&lt;br /&gt;</w:t>
        <w:br/>
        <w:t>НАПРОТИ НЕГОДИ&lt;br /&gt;</w:t>
        <w:br/>
        <w:t>ТИХИЙ ВЕЧІР&lt;br /&gt;</w:t>
        <w:br/>
        <w:t>ОКЕАНІЧНИЙ ХІД&lt;br /&gt;</w:t>
        <w:br/>
        <w:t>МОГУТНІСТЬ&lt;br /&gt;</w:t>
        <w:br/>
        <w:t>ВОСКРЕСІННЯ СОНЦЯ&lt;br /&gt;</w:t>
        <w:br/>
        <w:t>НЕСАМОВИТІСТЬ&lt;br /&gt;</w:t>
        <w:br/>
        <w:t>ПРИБІЙ ХОЛОДНИЙ&lt;br /&gt;</w:t>
        <w:br/>
        <w:t>РОЗСВІТ МОРЯ&lt;br /&gt;</w:t>
        <w:br/>
        <w:t>ПРИБЕРЕЖНИЙ ДОСВІТ&lt;br /&gt;</w:t>
        <w:br/>
        <w:t>ПОЧАТОК ЗИМИ&lt;br /&gt;</w:t>
        <w:br/>
        <w:t>ГОРІННЯ ЖУРБИ&lt;br /&gt;</w:t>
        <w:br/>
        <w:t>ПЕРЕДВЕЧІР'Я&lt;br /&gt;</w:t>
        <w:br/>
        <w:t>ОБЛИЧЧЯ МІСЯЦЯ&lt;br /&gt;</w:t>
        <w:br/>
        <w:t>ВІДХІД&lt;br /&gt;</w:t>
        <w:br/>
        <w:t>НІЧ&lt;br /&gt;</w:t>
        <w:br/>
        <w:t>ПЕРЕРСВІТАНОК&lt;br /&gt;</w:t>
        <w:br/>
        <w:t>СТИХІЯ МОРЯ&lt;br /&gt;</w:t>
        <w:br/>
        <w:t>НАДБЕРЕЖНА ЗАВІЯ&lt;br /&gt;</w:t>
        <w:br/>
        <w:t>ЛЬОДОВИЙ ПРИПЛИВ&lt;br /&gt;</w:t>
        <w:br/>
        <w:t>ПЕРЕДБУР'Я&lt;br /&gt;</w:t>
        <w:br/>
        <w:t>ВТІШЕННЯ&lt;br /&gt;</w:t>
        <w:br/>
        <w:t>ПОЛОНЕНІСТЬ І НАДІЯ&lt;br /&gt;</w:t>
        <w:br/>
        <w:t>СНІГ&lt;br /&gt;</w:t>
        <w:br/>
        <w:t>ЗИМОВА ПТАШКА&lt;br /&gt;</w:t>
        <w:br/>
        <w:t>ТРАВИ З ВЕЧІРНЬОГО ПРИБОЮ ..&lt;br /&gt;</w:t>
        <w:br/>
        <w:t>ПРАВДА МОРЯ&lt;br /&gt;</w:t>
        <w:br/>
        <w:t>СВІТЛО&lt;br /&gt;</w:t>
        <w:br/>
        <w:t>ВІДТВОРЕННЯ МОРЯ&lt;br /&gt;</w:t>
        <w:br/>
        <w:t>ПЕРВОЦВІТОК&lt;br /&gt;</w:t>
        <w:br/>
        <w:t>ВЕЛИКДЕНЬ&lt;br /&gt;</w:t>
        <w:br/>
        <w:t>ПОГРОЗА НОЧІ&lt;br /&gt;</w:t>
        <w:br/>
        <w:t>ПРИКМЕТА ТРАВНЯ&lt;br /&gt;</w:t>
        <w:br/>
        <w:t>РАННІЙ ЧАС&lt;br /&gt;</w:t>
        <w:br/>
        <w:t>СОНЦЕ&lt;br /&gt;</w:t>
        <w:br/>
        <w:t>ВОДОСПАД&lt;br /&gt;</w:t>
        <w:br/>
        <w:t>МАК&lt;br /&gt;</w:t>
        <w:br/>
        <w:t>ПОЧАТОК ПЕРЕБОРЕННЯ&lt;br /&gt;</w:t>
        <w:br/>
        <w:t>ЛЕБЕДІ МОРЯ&lt;br /&gt;</w:t>
        <w:br/>
        <w:t>НИВА&lt;br /&gt;</w:t>
        <w:br/>
        <w:t>ВЕРБИЧКА&lt;br /&gt;</w:t>
        <w:br/>
        <w:t>ГРОЗОВИЙ ЗАХІД&lt;br /&gt;</w:t>
        <w:br/>
        <w:t>ПОРУШЕНА ХВИЛЯ&lt;br /&gt;</w:t>
        <w:br/>
        <w:t>ТУРБОТНИЙ ОКЕАН&lt;br /&gt;</w:t>
        <w:br/>
        <w:t>ПІДЗЕМ'Я ДИВОВИЖ&lt;br /&gt;</w:t>
        <w:br/>
        <w:t>СЕРПНЕВИЙ ПОЛУДЕНЬ&lt;br /&gt;</w:t>
        <w:br/>
        <w:t>ДОРОГОЦІННІСТЬ ПОЛЯ&lt;br /&gt;</w:t>
        <w:br/>
        <w:t>ПЕРЕДВІСТЯ&lt;br /&gt;</w:t>
        <w:br/>
        <w:t>НЕВИЧЕРПНІСТЬ&lt;br /&gt;</w:t>
        <w:br/>
        <w:t>СТЕЖКА СЕРПНЯ&lt;br /&gt;</w:t>
        <w:br/>
        <w:t>КВІТ&lt;br /&gt;</w:t>
        <w:br/>
        <w:t>СВІТОВА ЗОРЯ&lt;br /&gt;</w:t>
        <w:br/>
        <w:t>НАДЗЕМНА ДОРОГА, ЩО—вночі . ,&lt;br /&gt;</w:t>
        <w:br/>
        <w:t>ДЕРЕВО&lt;br /&gt;</w:t>
        <w:br/>
        <w:t>ПЕРЕДСВІТ&lt;br /&gt;</w:t>
        <w:br/>
        <w:t>ПРИСМИРЕНА ХИЖІСТЬ&lt;br /&gt;</w:t>
        <w:br/>
        <w:t>САМОТНЯ СОСНА&lt;br /&gt;</w:t>
        <w:br/>
        <w:t>СВІТАНКОВИЙ ЛАН&lt;br /&gt;</w:t>
        <w:br/>
        <w:t>ОСІННІЙ ПРИБІЙ&lt;br /&gt;</w:t>
        <w:br/>
        <w:t>ПРАГНЕННЯ РАНКІВ&lt;br /&gt;</w:t>
        <w:br/>
        <w:t>ТЕПЛО&lt;br /&gt;</w:t>
        <w:br/>
        <w:t>НОВИННИЙ ПРИПЛИВ&lt;br /&gt;</w:t>
        <w:br/>
        <w:t>МОВА МОРЯ&lt;br /&gt;</w:t>
        <w:br/>
        <w:t>ПРИХІД&lt;br /&gt;</w:t>
        <w:br/>
        <w:t>СПОМИН ПРО ТИХИЙ ОКЕАН. . .</w:t>
      </w:r>
    </w:p>
    <w:p>
      <w:r>
        <w:br/>
        <w:t>ЧАСТИНА ДРУГА</w:t>
      </w:r>
    </w:p>
    <w:p>
      <w:r>
        <w:br/>
        <w:t>"Бачите нині, бачите, що це Я,—і&lt;br /&gt;</w:t>
        <w:br/>
        <w:t>нема Бога, крім мене. Я умертвляю&lt;br /&gt;</w:t>
        <w:br/>
        <w:t>і оживляю, Я поражаю і Я сціляю,&lt;br /&gt;</w:t>
        <w:br/>
        <w:t>і ніхто не вибавить від руки Моєї".&lt;br /&gt;</w:t>
        <w:br/>
        <w:t>(Второзакония 32:39)</w:t>
      </w:r>
    </w:p>
    <w:p>
      <w:r>
        <w:br/>
        <w:t>НЕВІДОМИЙ ВІДХІД</w:t>
      </w:r>
    </w:p>
    <w:p>
      <w:r>
        <w:br/>
        <w:t>Ти в тойсвітті! серце недосяжне&lt;br /&gt;</w:t>
        <w:br/>
        <w:t>посмутніє з білих снів.&lt;br /&gt;</w:t>
        <w:br/>
        <w:t>Чи від надвіконня спомин згасне? —&lt;br /&gt;</w:t>
        <w:br/>
        <w:t>вже в світильній стороні.</w:t>
      </w:r>
    </w:p>
    <w:p>
      <w:r>
        <w:br/>
        <w:t>Мов до стрічі: лан дівочний, любий! —&lt;br /&gt;</w:t>
        <w:br/>
        <w:t>з поля кличучи, в сім'ю:&lt;br /&gt;</w:t>
        <w:br/>
        <w:t>легіт—лан конвалій приголубить,&lt;br /&gt;</w:t>
        <w:br/>
        <w:t>і сколише в тінь твою.</w:t>
      </w:r>
    </w:p>
    <w:p>
      <w:r>
        <w:br/>
        <w:t>Чи істота рідна, з бурі чайка,&lt;br /&gt;</w:t>
        <w:br/>
        <w:t>близиться в обвал зірок?..&lt;br /&gt;</w:t>
        <w:br/>
        <w:t>Де з ночей пожежа нескричанна—&lt;br /&gt;</w:t>
        <w:br/>
        <w:t>мчить: від звірів чотирьох.</w:t>
      </w:r>
    </w:p>
    <w:p>
      <w:r>
        <w:br/>
        <w:t>Невидимо,—чути кров'ю в листі&lt;br /&gt;</w:t>
        <w:br/>
        <w:t>до пташин, як відсвіт, чути! —&lt;br /&gt;</w:t>
        <w:br/>
        <w:t>блискавки на плечах пломенистих&lt;br /&gt;</w:t>
        <w:br/>
        <w:t>рушать нари через тучі.</w:t>
      </w:r>
    </w:p>
    <w:p>
      <w:r>
        <w:br/>
        <w:t>Там любов мина, на груди склавши&lt;br /&gt;</w:t>
        <w:br/>
        <w:t>згаслі руки: галузки...&lt;br /&gt;</w:t>
        <w:br/>
        <w:t>Щестикрилля горличинок, з ласки,&lt;br /&gt;</w:t>
        <w:br/>
        <w:t>відведуть огонь близький.&lt;br /&gt;</w:t>
        <w:br/>
        <w:t>Чи з години горя, чисту згадку&lt;br /&gt;</w:t>
        <w:br/>
        <w:t>в книгу океан склада...&lt;br /&gt;</w:t>
        <w:br/>
        <w:t>Чи забуто душу неспоглядну? —&lt;br /&gt;</w:t>
        <w:br/>
        <w:t>що пройшла, в страшних садах.&lt;br /&gt;</w:t>
        <w:br/>
        <w:t>16,23.V.64</w:t>
      </w:r>
    </w:p>
    <w:p>
      <w:r>
        <w:br/>
        <w:t>з&lt;br /&gt;</w:t>
        <w:br/>
        <w:t>ВІСТКА НЕПОГОДИ</w:t>
      </w:r>
    </w:p>
    <w:p>
      <w:r>
        <w:br/>
        <w:t>Поруйнований ребром, на морок —&lt;br /&gt;</w:t>
        <w:br/>
        <w:t>бідний корабель поблід.&lt;br /&gt;</w:t>
        <w:br/>
        <w:t>І в негоді доцвітавши кротко,&lt;br /&gt;</w:t>
        <w:br/>
        <w:t>не озветься вишня вслід.</w:t>
      </w:r>
    </w:p>
    <w:p>
      <w:r>
        <w:br/>
        <w:t>Складені, як сном, труна замкнула&lt;br /&gt;</w:t>
        <w:br/>
        <w:t>неживі на грудях руки.&lt;br /&gt;</w:t>
        <w:br/>
        <w:t>Не погляне скарга, й крізь безум'я,&lt;br /&gt;</w:t>
        <w:br/>
        <w:t>зором тиха! біль спокутний.</w:t>
      </w:r>
    </w:p>
    <w:p>
      <w:r>
        <w:br/>
        <w:t>Марево до мене пломінь водить:&lt;br /&gt;</w:t>
        <w:br/>
        <w:t>біля каменя розлити,—&lt;br /&gt;</w:t>
        <w:br/>
        <w:t>мучиться від смутку; спогад жодний&lt;br /&gt;</w:t>
        <w:br/>
        <w:t>зойком не замовкне в зіллі...</w:t>
      </w:r>
    </w:p>
    <w:p>
      <w:r>
        <w:br/>
        <w:t>проситься, всивівши, в час нещастя,&lt;br /&gt;</w:t>
        <w:br/>
        <w:t>й душу з таємиці кличе:&lt;br /&gt;</w:t>
        <w:br/>
        <w:t>море скорбне! почина ячати,&lt;br /&gt;</w:t>
        <w:br/>
        <w:t>в кручі вдариться найближче.&lt;br /&gt;</w:t>
        <w:br/>
        <w:t>29.У.64&lt;br /&gt;</w:t>
        <w:br/>
        <w:t>ПЕРЕМІНА СМУТКУ</w:t>
      </w:r>
    </w:p>
    <w:p>
      <w:r>
        <w:br/>
        <w:t>Зелениться скеля—мшисто вбрана,&lt;br /&gt;</w:t>
        <w:br/>
        <w:t>розбива з припливу блиски.&lt;br /&gt;</w:t>
        <w:br/>
        <w:t>Знов безодню моря, в свіжих ранах,&lt;br /&gt;</w:t>
        <w:br/>
        <w:t>зрушено від болю звідкись.&lt;br /&gt;</w:t>
        <w:br/>
        <w:t>Після жертви в сплеск течій сліпучих,&lt;br /&gt;</w:t>
        <w:br/>
        <w:t>движеться: як ріллі й ризи.&lt;br /&gt;</w:t>
        <w:br/>
        <w:t>Стрічних— синню, ніби спис, розлучить&lt;br /&gt;</w:t>
        <w:br/>
        <w:t>доля біля східців грізних.</w:t>
      </w:r>
    </w:p>
    <w:p>
      <w:r>
        <w:br/>
        <w:t>Серце, самотою згіркле серце: —&lt;br /&gt;</w:t>
        <w:br/>
        <w:t>до замків труни миритись.&lt;br /&gt;</w:t>
        <w:br/>
        <w:t>Проти моря на біді померкне&lt;br /&gt;</w:t>
        <w:br/>
        <w:t>твій квітник, слізьми краплистиій.&lt;br /&gt;</w:t>
        <w:br/>
        <w:t>Звідси сполохи відмечуть повні—&lt;br /&gt;</w:t>
        <w:br/>
        <w:t>перстень: ти згубила в днях.&lt;br /&gt;</w:t>
        <w:br/>
        <w:t>А окрайчик райдуги промовить&lt;br /&gt;</w:t>
        <w:br/>
        <w:t>добрістю, що скорб зміня.&lt;br /&gt;</w:t>
        <w:br/>
        <w:t>30.У.64&lt;br /&gt;</w:t>
        <w:br/>
        <w:t>ЖЕРТОВНИЙ ЧАС</w:t>
      </w:r>
    </w:p>
    <w:p>
      <w:r>
        <w:br/>
        <w:t>Ми не знали, де благословиться&lt;br /&gt;</w:t>
        <w:br/>
        <w:t>на холмі навік надія:&lt;br /&gt;</w:t>
        <w:br/>
        <w:t>в огнищі, відкіль—як віття з липня,&lt;br /&gt;</w:t>
        <w:br/>
        <w:t>іспит мукою завіяв.</w:t>
      </w:r>
    </w:p>
    <w:p>
      <w:r>
        <w:br/>
        <w:t>Де не згледіти біди нікому,&lt;br /&gt;</w:t>
        <w:br/>
        <w:t>вся спалахкотіла в південь;&lt;br /&gt;</w:t>
        <w:br/>
        <w:t>де кладуться в терні війковому&lt;br /&gt;</w:t>
        <w:br/>
        <w:t>рани, і терзання ввійдуть.</w:t>
      </w:r>
    </w:p>
    <w:p>
      <w:r>
        <w:br/>
        <w:t>Де за тебе хресно і за мене&lt;br /&gt;</w:t>
        <w:br/>
        <w:t>в храмі всіх небес, до жнив—&lt;br /&gt;</w:t>
        <w:br/>
        <w:t>жертвою огню життя священне&lt;br /&gt;</w:t>
        <w:br/>
        <w:t>внесено! і пломенить.&lt;br /&gt;</w:t>
        <w:br/>
        <w:t>Так: на кров безгрішного заколють&lt;br /&gt;</w:t>
        <w:br/>
        <w:t>агнця—за ціну провин,&lt;br /&gt;</w:t>
        <w:br/>
        <w:t>що зложили ми, ворожі полю&lt;br /&gt;</w:t>
        <w:br/>
        <w:t>правди в колосків живих.</w:t>
      </w:r>
    </w:p>
    <w:p>
      <w:r>
        <w:br/>
        <w:t>А воскресне серце неба, з смерти,&lt;br /&gt;</w:t>
        <w:br/>
        <w:t>всвітлює до сонця—зміст:&lt;br /&gt;</w:t>
        <w:br/>
        <w:t>пурпуром, як бризний вінчик терній! —&lt;br /&gt;</w:t>
        <w:br/>
        <w:t>пітьму подолати зміг.</w:t>
      </w:r>
    </w:p>
    <w:p>
      <w:r>
        <w:br/>
        <w:t>І зверхзоряні звесніли кручі:&lt;br /&gt;</w:t>
        <w:br/>
        <w:t>в знак, що з-над могил не втратять&lt;br /&gt;</w:t>
        <w:br/>
        <w:t>згадки! до ясминних сліз зворушить&lt;br /&gt;</w:t>
        <w:br/>
        <w:t>і, як віск, жаріє крапля.&lt;br /&gt;</w:t>
        <w:br/>
        <w:t>І збагрівши, океан з терпіння&lt;br /&gt;</w:t>
        <w:br/>
        <w:t>в розсвіт крилами боронить,&lt;br /&gt;</w:t>
        <w:br/>
        <w:t>де кривавиться ціна безмірна—&lt;br /&gt;</w:t>
        <w:br/>
        <w:t>викупити кожен гробик.&lt;br /&gt;</w:t>
        <w:br/>
        <w:t>Де—в любов, офіру—цар предвічний:&lt;br /&gt;</w:t>
        <w:br/>
        <w:t>з виплати заліз пестерпних,&lt;br /&gt;</w:t>
        <w:br/>
        <w:t>як з огню, на смерть прибитий тричі! —&lt;br /&gt;</w:t>
        <w:br/>
        <w:t>сповнює: первосвященик.&lt;br /&gt;</w:t>
        <w:br/>
        <w:t>5.VI.64&lt;br /&gt;</w:t>
        <w:br/>
        <w:t>НАДІЯ МИНУЧИХ</w:t>
      </w:r>
    </w:p>
    <w:p>
      <w:r>
        <w:br/>
        <w:t>Корабель чи вквітчано гіллястий:&lt;br /&gt;</w:t>
        <w:br/>
        <w:t>вирости в сузір'я любі? —&lt;br /&gt;</w:t>
        <w:br/>
        <w:t>і через розбурхану проклятість,&lt;br /&gt;</w:t>
        <w:br/>
        <w:t>хоч і місяць ниті губить.&lt;br /&gt;</w:t>
        <w:br/>
        <w:t>Чи з прощання привид не померкне?&lt;br /&gt;</w:t>
        <w:br/>
        <w:t>мов браслетний сплеск, примор'я...&lt;br /&gt;</w:t>
        <w:br/>
        <w:t>І журбою журавлини, в серпень,&lt;br /&gt;</w:t>
        <w:br/>
        <w:t>просвіти з грози говорять:&lt;br /&gt;</w:t>
        <w:br/>
        <w:t>де, на протисмертному затоні,&lt;br /&gt;</w:t>
        <w:br/>
        <w:t>паруси вести безмовно,—&lt;br /&gt;</w:t>
        <w:br/>
        <w:t>безгоміння тайною полонить&lt;br /&gt;</w:t>
        <w:br/>
        <w:t>бідних, за кленком і мостом.</w:t>
      </w:r>
    </w:p>
    <w:p>
      <w:r>
        <w:br/>
        <w:t>А з холма небес, огнем незриме,&lt;br /&gt;</w:t>
        <w:br/>
        <w:t>над сліпими могилками,&lt;br /&gt;</w:t>
        <w:br/>
        <w:t>мучиться! жаліє! кров'ю йтиме—&lt;br /&gt;</w:t>
        <w:br/>
        <w:t>сонце, від хреста, скликавши...</w:t>
      </w:r>
    </w:p>
    <w:p>
      <w:r>
        <w:br/>
        <w:t>звідти й квіття, пахощем невтомне,&lt;br /&gt;</w:t>
        <w:br/>
        <w:t>зводить—коло хвиль простерти.&lt;br /&gt;</w:t>
        <w:br/>
        <w:t>На безодні гробик не потоне&lt;br /&gt;</w:t>
        <w:br/>
        <w:t>при його пресвітлім серці.&lt;br /&gt;</w:t>
        <w:br/>
        <w:t>6. VI.64</w:t>
      </w:r>
    </w:p>
    <w:p>
      <w:r>
        <w:br/>
        <w:t>ВСЕЛЕНСЬКА ОБОРОНА</w:t>
      </w:r>
    </w:p>
    <w:p>
      <w:r>
        <w:br/>
        <w:t>Віється тобі листок відчаю&lt;br /&gt;</w:t>
        <w:br/>
        <w:t>по ріллі течій смутних.&lt;br /&gt;</w:t>
        <w:br/>
        <w:t>А крізь сон і явори читають&lt;br /&gt;</w:t>
        <w:br/>
        <w:t>з блиску—про святий світник.</w:t>
      </w:r>
    </w:p>
    <w:p>
      <w:r>
        <w:br/>
        <w:t>Бо труну від поривання звіра&lt;br /&gt;</w:t>
        <w:br/>
        <w:t>при безодні ватрок сизих,&lt;br /&gt;</w:t>
        <w:br/>
        <w:t>потурбовану, мов човен вирвавсь!—&lt;br /&gt;</w:t>
        <w:br/>
        <w:t>дужі зберігають Жизни:&lt;br /&gt;</w:t>
        <w:br/>
        <w:t>Жизни! в пламінь крильми лебедині&lt;br /&gt;</w:t>
        <w:br/>
        <w:t>при будівлі, що не вмре,&lt;br /&gt;</w:t>
        <w:br/>
        <w:t>а на три господи розгодинить,&lt;br /&gt;</w:t>
        <w:br/>
        <w:t>висотою: в білий хрест.</w:t>
      </w:r>
    </w:p>
    <w:p>
      <w:r>
        <w:br/>
        <w:t>Він основою над смерть постанув,&lt;br /&gt;</w:t>
        <w:br/>
        <w:t>аж до поля зорениць—&lt;br /&gt;</w:t>
        <w:br/>
        <w:t>від неспомного від океану&lt;br /&gt;</w:t>
        <w:br/>
        <w:t>з прірви, де горіти зріс.</w:t>
      </w:r>
    </w:p>
    <w:p>
      <w:r>
        <w:br/>
        <w:t>Та від перекладини—руками&lt;br /&gt;</w:t>
        <w:br/>
        <w:t>сили неба невидимі&lt;br /&gt;</w:t>
        <w:br/>
        <w:t>хресно просіяли! й розмикати—&lt;br /&gt;</w:t>
        <w:br/>
        <w:t>смертників кайдани з міді.</w:t>
      </w:r>
    </w:p>
    <w:p>
      <w:r>
        <w:br/>
        <w:t>При верхів'ї розсуд просвітлівся:&lt;br /&gt;</w:t>
        <w:br/>
        <w:t>при істотах, що з огню —&lt;br /&gt;</w:t>
        <w:br/>
        <w:t>повіваючи в три пари крилля,&lt;br /&gt;</w:t>
        <w:br/>
        <w:t>зором нас не проминуть.&lt;br /&gt;</w:t>
        <w:br/>
        <w:t>7,VI.64&lt;br /&gt;</w:t>
        <w:br/>
        <w:t>ПОСТІЙНИЙ СВІТЛОКРУГ</w:t>
      </w:r>
    </w:p>
    <w:p>
      <w:r>
        <w:br/>
        <w:t>Де тремтить нестерпна зірковиця,&lt;br /&gt;</w:t>
        <w:br/>
        <w:t>збігши на вали безодні,—&lt;br /&gt;</w:t>
        <w:br/>
        <w:t>непорушно в сон труна сповита,&lt;br /&gt;</w:t>
        <w:br/>
        <w:t>в спокій! мов кораблик зовні.</w:t>
      </w:r>
    </w:p>
    <w:p>
      <w:r>
        <w:br/>
        <w:t>Хай чорнотами зловісні брили&lt;br /&gt;</w:t>
        <w:br/>
        <w:t>покришила смерть, як хліб.&lt;br /&gt;</w:t>
        <w:br/>
        <w:t>Коло берега в припливи милі&lt;br /&gt;</w:t>
        <w:br/>
        <w:t>бризнеться і сонце вслід...</w:t>
      </w:r>
    </w:p>
    <w:p>
      <w:r>
        <w:br/>
        <w:t>Гляне ласкою на домовину,&lt;br /&gt;</w:t>
        <w:br/>
        <w:t>з гілки викличе, з небес,&lt;br /&gt;</w:t>
        <w:br/>
        <w:t>не зорю падучу! — дзвоном дзвінну&lt;br /&gt;</w:t>
        <w:br/>
        <w:t>пташку: втішити тебе.&lt;br /&gt;</w:t>
        <w:br/>
        <w:t>Відсвітивши в чисті повноводдя&lt;br /&gt;</w:t>
        <w:br/>
        <w:t>від чола вишневу кров,&lt;br /&gt;</w:t>
        <w:br/>
        <w:t>подарує, де рідня недомна—&lt;br /&gt;</w:t>
        <w:br/>
        <w:t>з вечора свячений корм.</w:t>
      </w:r>
    </w:p>
    <w:p>
      <w:r>
        <w:br/>
        <w:t>Скоро зійде, безконечно блідний,&lt;br /&gt;</w:t>
        <w:br/>
        <w:t>в просинь скорбі—молодик:&lt;br /&gt;</w:t>
        <w:br/>
        <w:t>наче брат, жаліти з гір! бо звідти&lt;br /&gt;</w:t>
        <w:br/>
        <w:t>до життя й струмок збудивсь.&lt;br /&gt;</w:t>
        <w:br/>
        <w:t>11.VI.64&lt;br /&gt;</w:t>
        <w:br/>
        <w:t>МІСЯЧНИЙ ВЕЧІР</w:t>
      </w:r>
    </w:p>
    <w:p>
      <w:r>
        <w:br/>
        <w:t>Горнуться тумани й сповивають&lt;br /&gt;</w:t>
        <w:br/>
        <w:t>сон безвинний твій, твій гробик.&lt;br /&gt;</w:t>
        <w:br/>
        <w:t>Помира пурпурністю без краю&lt;br /&gt;</w:t>
        <w:br/>
        <w:t>вечір: вечір добрий, добрий!</w:t>
      </w:r>
    </w:p>
    <w:p>
      <w:r>
        <w:br/>
        <w:t>На фіялках скатерті морської—&lt;br /&gt;</w:t>
        <w:br/>
        <w:t>місяцева скибка хлібна:&lt;br /&gt;</w:t>
        <w:br/>
        <w:t>в поминання дар! вінець подвоїть&lt;br /&gt;</w:t>
        <w:br/>
        <w:t>при воді, що в смерть поблідла.&lt;br /&gt;</w:t>
        <w:br/>
        <w:t>Ждатиму, аж доки знак небесний&lt;br /&gt;</w:t>
        <w:br/>
        <w:t>з блисками почне скликати.&lt;br /&gt;</w:t>
        <w:br/>
        <w:t>І в нетлінній течії присестрить&lt;br /&gt;</w:t>
        <w:br/>
        <w:t>голуб, світністю крилатий.&lt;br /&gt;</w:t>
        <w:br/>
        <w:t>Все при невзоримій глибочіні&lt;br /&gt;</w:t>
        <w:br/>
        <w:t>ждатиму німіш від скелі:&lt;br /&gt;</w:t>
        <w:br/>
        <w:t>звідси двері в зустрічі розчинить&lt;br /&gt;</w:t>
        <w:br/>
        <w:t>погляд сонця—двері теплі.&lt;br /&gt;</w:t>
        <w:br/>
        <w:t>20.VI.64&lt;br /&gt;</w:t>
        <w:br/>
        <w:t>БУРХЛИВИЙ ЗАХІД</w:t>
      </w:r>
    </w:p>
    <w:p>
      <w:r>
        <w:br/>
        <w:t>Множена, як і тривожна, входить,&lt;br /&gt;</w:t>
        <w:br/>
        <w:t>розливаючи згорання—&lt;br /&gt;</w:t>
        <w:br/>
        <w:t>воля моря! коло тебе в подих&lt;br /&gt;</w:t>
        <w:br/>
        <w:t>повені, мов зелень, звана...</w:t>
      </w:r>
    </w:p>
    <w:p>
      <w:r>
        <w:br/>
        <w:t>Відкриваючи й твої недавні&lt;br /&gt;</w:t>
        <w:br/>
        <w:t>спогади, що перейшли.&lt;br /&gt;</w:t>
        <w:br/>
        <w:t>Я не чув, бо з кручами найдалі&lt;br /&gt;</w:t>
        <w:br/>
        <w:t>розділя пожар ялин.</w:t>
      </w:r>
    </w:p>
    <w:p>
      <w:r>
        <w:br/>
        <w:t>І тепер—неначе скеля стигне&lt;br /&gt;</w:t>
        <w:br/>
        <w:t>в мох! то домовина в горе...&lt;br /&gt;</w:t>
        <w:br/>
        <w:t>Де привиддя вічно негостинне,&lt;br /&gt;</w:t>
        <w:br/>
        <w:t>мечеться, з негоди зморне.</w:t>
      </w:r>
    </w:p>
    <w:p>
      <w:r>
        <w:br/>
        <w:t>Раптом чайка, крильцями висока,&lt;br /&gt;</w:t>
        <w:br/>
        <w:t>в трепеті спадає, з тайни —&lt;br /&gt;</w:t>
        <w:br/>
        <w:t>провіщаючи: твій сон в оковах&lt;br /&gt;</w:t>
        <w:br/>
        <w:t>весь лампадками рознятий.&lt;br /&gt;</w:t>
        <w:br/>
        <w:t>28.VI.64&lt;br /&gt;</w:t>
        <w:br/>
        <w:t>ВЕЧІР ВЕСНИ</w:t>
      </w:r>
    </w:p>
    <w:p>
      <w:r>
        <w:br/>
        <w:t>Небо—гніт засвітить, зором кротке;&lt;br /&gt;</w:t>
        <w:br/>
        <w:t>жар при лісі голубім.&lt;br /&gt;</w:t>
        <w:br/>
        <w:t>З дітьми попрощається наокрест&lt;br /&gt;</w:t>
        <w:br/>
        <w:t>і призначить вік тобі.</w:t>
      </w:r>
    </w:p>
    <w:p>
      <w:r>
        <w:br/>
        <w:t>Де замок, що блискавки чотири,&lt;br /&gt;</w:t>
        <w:br/>
        <w:t>з полум'я ключів одвічних:&lt;br /&gt;</w:t>
        <w:br/>
        <w:t>на труну—на віко, в смерть закрили! —&lt;br /&gt;</w:t>
        <w:br/>
        <w:t>вже любов твоя посвідчить.</w:t>
      </w:r>
    </w:p>
    <w:p>
      <w:r>
        <w:br/>
        <w:t>Дохлюпнеться й найрідніший шепіт,&lt;br /&gt;</w:t>
        <w:br/>
        <w:t>де ліхтарний мріє міст.&lt;br /&gt;</w:t>
        <w:br/>
        <w:t>Мирно в смерті—проліски найперші,&lt;br /&gt;</w:t>
        <w:br/>
        <w:t>з криги: до грудей візьміть.&lt;br /&gt;</w:t>
        <w:br/>
        <w:t>Це—даровано напроти болів,&lt;br /&gt;</w:t>
        <w:br/>
        <w:t>з воскресіння: знаком хресне.&lt;br /&gt;</w:t>
        <w:br/>
        <w:t>Небо! тільки твій приплив дозволить&lt;br /&gt;</w:t>
        <w:br/>
        <w:t>відновити сяйво з весен.&lt;br /&gt;</w:t>
        <w:br/>
        <w:t>28.VI.64&lt;br /&gt;</w:t>
        <w:br/>
        <w:t>ЧИСТА ПРИБЕРЕЖНІСТЬ</w:t>
      </w:r>
    </w:p>
    <w:p>
      <w:r>
        <w:br/>
        <w:t>По карнизах світла— дощик ходить,&lt;br /&gt;</w:t>
        <w:br/>
        <w:t>сизими руками сіє...&lt;br /&gt;</w:t>
        <w:br/>
        <w:t>Випити ж, душе! згубивши гордість,—&lt;br /&gt;</w:t>
        <w:br/>
        <w:t>зілля моря невесільне.&lt;br /&gt;</w:t>
        <w:br/>
        <w:t>Все—злетить, над жовчну зеленизну,&lt;br /&gt;</w:t>
        <w:br/>
        <w:t>вибух сивий: розбивати,&lt;br /&gt;</w:t>
        <w:br/>
        <w:t>ніби в кару, кручу серця бідну,&lt;br /&gt;</w:t>
        <w:br/>
        <w:t>з болями через обвали.</w:t>
      </w:r>
    </w:p>
    <w:p>
      <w:r>
        <w:br/>
        <w:t>Всюди твій несплаканий пристанок&lt;br /&gt;</w:t>
        <w:br/>
        <w:t>видно над ланами моря,&lt;br /&gt;</w:t>
        <w:br/>
        <w:t>серед огнища плачів, що брано—&lt;br /&gt;</w:t>
        <w:br/>
        <w:t>з бурі: в грудях відговорять.&lt;br /&gt;</w:t>
        <w:br/>
        <w:t>І повтори кружністю поткались,&lt;br /&gt;</w:t>
        <w:br/>
        <w:t>бігши—скойку заливати.&lt;br /&gt;</w:t>
        <w:br/>
        <w:t>До гробів горить небесна жалість:&lt;br /&gt;</w:t>
        <w:br/>
        <w:t>обмива в собор посвятний.&lt;br /&gt;</w:t>
        <w:br/>
        <w:t>3.VII.64&lt;br /&gt;</w:t>
        <w:br/>
        <w:t>ОКЕАНОВЕ ДОСВІТТЯ</w:t>
      </w:r>
    </w:p>
    <w:p>
      <w:r>
        <w:br/>
        <w:t>Доля найбіліший гнів пророчить,&lt;br /&gt;</w:t>
        <w:br/>
        <w:t>зводячи долоні з бризку,&lt;br /&gt;</w:t>
        <w:br/>
        <w:t>де руїну від каміння ночі,&lt;br /&gt;</w:t>
        <w:br/>
        <w:t>сіру: розпали закриють.</w:t>
      </w:r>
    </w:p>
    <w:p>
      <w:r>
        <w:br/>
        <w:t>А в сусідстві спочуття кривавне&lt;br /&gt;</w:t>
        <w:br/>
        <w:t>б'ється з блиску течією...&lt;br /&gt;</w:t>
        <w:br/>
        <w:t>ні! мов сірка, зеляно не в'яне—&lt;br /&gt;</w:t>
        <w:br/>
        <w:t>мчати чергою своєю.</w:t>
      </w:r>
    </w:p>
    <w:p>
      <w:r>
        <w:br/>
        <w:t>Береже з біди незнаний острів,&lt;br /&gt;</w:t>
        <w:br/>
        <w:t>як часовню мідних трун:&lt;br /&gt;</w:t>
        <w:br/>
        <w:t>там—вістки, метеличинки прості,&lt;br /&gt;</w:t>
        <w:br/>
        <w:t>небо в полум'я вберуть.</w:t>
      </w:r>
    </w:p>
    <w:p>
      <w:r>
        <w:br/>
        <w:t>І не мучитиме смертна стужа&lt;br /&gt;</w:t>
        <w:br/>
        <w:t>від пісків—забуте серце:&lt;br /&gt;</w:t>
        <w:br/>
        <w:t>без зірок забуте! де подужа&lt;br /&gt;</w:t>
        <w:br/>
        <w:t>біль, аж поки кров воскресне.</w:t>
      </w:r>
    </w:p>
    <w:p>
      <w:r>
        <w:br/>
        <w:t>Десь: останні, з берегів не згиньте&lt;br /&gt;</w:t>
        <w:br/>
        <w:t>спомини від юних стріч!...&lt;br /&gt;</w:t>
        <w:br/>
        <w:t>все—в свічадності вино розлите,&lt;br /&gt;</w:t>
        <w:br/>
        <w:t>все, немов стихар, стремтить.&lt;br /&gt;</w:t>
        <w:br/>
        <w:t>4. VII.64&lt;br /&gt;</w:t>
        <w:br/>
        <w:t>НЕЗНАНИЙ ПЕРЕХІД</w:t>
      </w:r>
    </w:p>
    <w:p>
      <w:r>
        <w:br/>
        <w:t>Глибина: в грозу, як пряжу, вбрана,&lt;br /&gt;</w:t>
        <w:br/>
        <w:t>як в ожинник, і синіша,&lt;br /&gt;</w:t>
        <w:br/>
        <w:t>розділила! з липня чайок зграя—&lt;br /&gt;</w:t>
        <w:br/>
        <w:t>при біді твоїй страшиться.</w:t>
      </w:r>
    </w:p>
    <w:p>
      <w:r>
        <w:br/>
        <w:t>І прокинувши гілля далеке,&lt;br /&gt;</w:t>
        <w:br/>
        <w:t>в сторону, де вмерла юність:&lt;br /&gt;</w:t>
        <w:br/>
        <w:t>ти погас, мов ґнотик, білоклене! —&lt;br /&gt;</w:t>
        <w:br/>
        <w:t>серед змій, вінцем отруйних.</w:t>
      </w:r>
    </w:p>
    <w:p>
      <w:r>
        <w:br/>
        <w:t>Розділила: з книги хвиль значити&lt;br /&gt;</w:t>
        <w:br/>
        <w:t>межі смерти, як і моря,&lt;br /&gt;</w:t>
        <w:br/>
        <w:t>де душа згадає сни в'язничні,&lt;br /&gt;</w:t>
        <w:br/>
        <w:t>а кістяк гріхи розорять.</w:t>
      </w:r>
    </w:p>
    <w:p>
      <w:r>
        <w:br/>
        <w:t>Звідси, загубивши жовклий череп,—&lt;br /&gt;</w:t>
        <w:br/>
        <w:t>линути без крил на тойбік.&lt;br /&gt;</w:t>
        <w:br/>
        <w:t>І великій схимі все чернече&lt;br /&gt;</w:t>
        <w:br/>
        <w:t>скорбництво себе вподобить.</w:t>
      </w:r>
    </w:p>
    <w:p>
      <w:r>
        <w:br/>
        <w:t>Вернуті на сплески світла кличні:&lt;br /&gt;</w:t>
        <w:br/>
        <w:t>до потлілих трун, всі—вдруге,&lt;br /&gt;</w:t>
        <w:br/>
        <w:t>здіймуться з воскресної каплички,&lt;br /&gt;</w:t>
        <w:br/>
        <w:t>відболівши море трудне.&lt;br /&gt;</w:t>
        <w:br/>
        <w:t>Вал димить, як бразолінні печі,&lt;br /&gt;</w:t>
        <w:br/>
        <w:t>звівши серебро в ікону.&lt;br /&gt;</w:t>
        <w:br/>
        <w:t>Вечір; і твоя коса полегшить—&lt;br /&gt;</w:t>
        <w:br/>
        <w:t>смутки: на плечі світкому.&lt;br /&gt;</w:t>
        <w:br/>
        <w:t>5. VII. 64&lt;br /&gt;</w:t>
        <w:br/>
        <w:t>НАПРЯМОК ВЕЧОРА</w:t>
      </w:r>
    </w:p>
    <w:p>
      <w:r>
        <w:br/>
        <w:t>Шлях—збирає огнища розлиті:&lt;br /&gt;</w:t>
        <w:br/>
        <w:t>в коливання скиб вишневих.&lt;br /&gt;</w:t>
        <w:br/>
        <w:t>Доле моя! з моря, як з молитви,&lt;br /&gt;</w:t>
        <w:br/>
        <w:t>зводяться в кадильність меви.&lt;br /&gt;</w:t>
        <w:br/>
        <w:t>А не відсвітити перстень свідчий,&lt;br /&gt;</w:t>
        <w:br/>
        <w:t>де він: чи з труни скотивсь?&lt;br /&gt;</w:t>
        <w:br/>
        <w:t>Крильми сизий вечір на відхідді&lt;br /&gt;</w:t>
        <w:br/>
        <w:t>в прірві спалить острівки.&lt;br /&gt;</w:t>
        <w:br/>
        <w:t>І сповивши крепом проти ночі,&lt;br /&gt;</w:t>
        <w:br/>
        <w:t>десь, при громі неземнім:&lt;br /&gt;</w:t>
        <w:br/>
        <w:t>похорон—плечей і снів жіночих,&lt;br /&gt;</w:t>
        <w:br/>
        <w:t>не зрида дощів над ним.&lt;br /&gt;</w:t>
        <w:br/>
        <w:t>Доля моя, тиха і невчасна:&lt;br /&gt;</w:t>
        <w:br/>
        <w:t>через океан, як плач—&lt;br /&gt;</w:t>
        <w:br/>
        <w:t>полум'ям і чайками звінчався&lt;br /&gt;</w:t>
        <w:br/>
        <w:t>шлях, що душі розлуча.</w:t>
      </w:r>
    </w:p>
    <w:p>
      <w:r>
        <w:br/>
        <w:t>Протечуть сузір'я в обрис кутий,&lt;br /&gt;</w:t>
        <w:br/>
        <w:t>зріючи: гвоздичок ватри.&lt;br /&gt;</w:t>
        <w:br/>
        <w:t>Не для мене серпик! зійде з пустки—&lt;br /&gt;</w:t>
        <w:br/>
        <w:t>сині колоски зібрати.&lt;br /&gt;</w:t>
        <w:br/>
        <w:t>11.VII.64&lt;br /&gt;</w:t>
        <w:br/>
        <w:t>ПРИМАРНІСТЬ</w:t>
      </w:r>
    </w:p>
    <w:p>
      <w:r>
        <w:br/>
        <w:t>Мріється, що тихо ти до мене&lt;br /&gt;</w:t>
        <w:br/>
        <w:t>стала при швидкому вітрі.&lt;br /&gt;</w:t>
        <w:br/>
        <w:t>Море: мов ялини в незміренне&lt;br /&gt;</w:t>
        <w:br/>
        <w:t>поривання звалить литись.</w:t>
      </w:r>
    </w:p>
    <w:p>
      <w:r>
        <w:br/>
        <w:t>І від місяцевих ти мирніша&lt;br /&gt;</w:t>
        <w:br/>
        <w:t>від вінків: їх цвітів сім.&lt;br /&gt;</w:t>
        <w:br/>
        <w:t>Дні травневі, з-між гілок верніться&lt;br /&gt;</w:t>
        <w:br/>
        <w:t>і при розпачі своїм...</w:t>
      </w:r>
    </w:p>
    <w:p>
      <w:r>
        <w:br/>
        <w:t>Там: як лірникові пальці вбогі&lt;br /&gt;</w:t>
        <w:br/>
        <w:t>рельне струння в пітьмі рвуть.&lt;br /&gt;</w:t>
        <w:br/>
        <w:t>Поруч ти, ласкава, проти болів,&lt;br /&gt;</w:t>
        <w:br/>
        <w:t>брала руту білоруч.</w:t>
      </w:r>
    </w:p>
    <w:p>
      <w:r>
        <w:br/>
        <w:t>Свідок біля неба—тільки світоч,&lt;br /&gt;</w:t>
        <w:br/>
        <w:t>виткавши рукав: спалати...&lt;br /&gt;</w:t>
        <w:br/>
        <w:t>через світниці! там жар пролито—&lt;br /&gt;</w:t>
        <w:br/>
        <w:t>з хвиль, як маки мимо хатки.</w:t>
      </w:r>
    </w:p>
    <w:p>
      <w:r>
        <w:br/>
        <w:t>Зводяться вали — прозорі скелі,&lt;br /&gt;</w:t>
        <w:br/>
        <w:t>жаль розбити свій навіки:&lt;br /&gt;</w:t>
        <w:br/>
        <w:t>в повів, з кров'ю громовою —вельми,&lt;br /&gt;</w:t>
        <w:br/>
        <w:t>до грядок на синій виклик.&lt;br /&gt;</w:t>
        <w:br/>
        <w:t>Тільки тойбік, мов скарбистий розсип—&lt;br /&gt;</w:t>
        <w:br/>
        <w:t>від човнів! коло віконниць,&lt;br /&gt;</w:t>
        <w:br/>
        <w:t>віє, та з долонь, сльозами росних,&lt;br /&gt;</w:t>
        <w:br/>
        <w:t>зірка—дивину наклонить.&lt;br /&gt;</w:t>
        <w:br/>
        <w:t>18.VII.64&lt;br /&gt;</w:t>
        <w:br/>
        <w:t>ЖАЛЬ</w:t>
      </w:r>
    </w:p>
    <w:p>
      <w:r>
        <w:br/>
        <w:t>Вкруг заморено в замкову строгість&lt;br /&gt;</w:t>
        <w:br/>
        <w:t>біле речення сердечне...&lt;br /&gt;</w:t>
        <w:br/>
        <w:t>Бо, схмарнівши, звичай семирогий&lt;br /&gt;</w:t>
        <w:br/>
        <w:t>кине в страм і в сміхи вмече.</w:t>
      </w:r>
    </w:p>
    <w:p>
      <w:r>
        <w:br/>
        <w:t>Проти нього: квітчик моря змовчить;&lt;br /&gt;</w:t>
        <w:br/>
        <w:t>від грудей, мов чайка навзліт...&lt;br /&gt;</w:t>
        <w:br/>
        <w:t>Не признаємось ні в рідні очі:&lt;br /&gt;</w:t>
        <w:br/>
        <w:t>при гордині—кручі ржавій.</w:t>
      </w:r>
    </w:p>
    <w:p>
      <w:r>
        <w:br/>
        <w:t>Тільки, аж страшна завіса пройде,&lt;br /&gt;</w:t>
        <w:br/>
        <w:t>і не стрінемось ніколи,—&lt;br /&gt;</w:t>
        <w:br/>
        <w:t>душі бачать: як життя холодне&lt;br /&gt;</w:t>
        <w:br/>
        <w:t>змарнували в мертвім полі.&lt;br /&gt;</w:t>
        <w:br/>
        <w:t>Пустка стане! ні річками айстри&lt;br /&gt;</w:t>
        <w:br/>
        <w:t>не погасять муки серця,&lt;br /&gt;</w:t>
        <w:br/>
        <w:t>а рвемось між ірії найстарші,&lt;br /&gt;</w:t>
        <w:br/>
        <w:t>там: куди мороз не вдерся.&lt;br /&gt;</w:t>
        <w:br/>
        <w:t>І жалі з невороття докликнуть&lt;br /&gt;</w:t>
        <w:br/>
        <w:t>легіт і комусь присниться:&lt;br /&gt;</w:t>
        <w:br/>
        <w:t>поривати скрізь вишневу гілку,&lt;br /&gt;</w:t>
        <w:br/>
        <w:t>сиплячи росою в лиця.&lt;br /&gt;</w:t>
        <w:br/>
        <w:t>23.VII.64</w:t>
      </w:r>
    </w:p>
    <w:p>
      <w:r>
        <w:br/>
        <w:t>ГОДИНА НЕГОДИ</w:t>
      </w:r>
    </w:p>
    <w:p>
      <w:r>
        <w:br/>
        <w:t>Доганя, в ридання забирати:&lt;br /&gt;</w:t>
        <w:br/>
        <w:t>камінь смерти, косий череп,&lt;br /&gt;</w:t>
        <w:br/>
        <w:t>на потоп розбившися по втраті! —&lt;br /&gt;</w:t>
        <w:br/>
        <w:t>надвечір'я невичерпне.</w:t>
      </w:r>
    </w:p>
    <w:p>
      <w:r>
        <w:br/>
        <w:t>А в грозьбі звірніючи руками,&lt;br /&gt;</w:t>
        <w:br/>
        <w:t>розрива криваві сосни —&lt;br /&gt;</w:t>
        <w:br/>
        <w:t>через скелю і громами спрямить:&lt;br /&gt;</w:t>
        <w:br/>
        <w:t>сніжністю розливши в поспіх.</w:t>
      </w:r>
    </w:p>
    <w:p>
      <w:r>
        <w:br/>
        <w:t>Відкриває, від гріхів невтішні,&lt;br /&gt;</w:t>
        <w:br/>
        <w:t>ребра та з валами здвиже.&lt;br /&gt;</w:t>
        <w:br/>
        <w:t>Женучи, мов кречети, наспішить&lt;br /&gt;</w:t>
        <w:br/>
        <w:t>гнів! під неземелля нижче.&lt;br /&gt;</w:t>
        <w:br/>
        <w:t>Димне з гробівця грудей пророчить&lt;br /&gt;</w:t>
        <w:br/>
        <w:t>горе: місяців забудець,—&lt;br /&gt;</w:t>
        <w:br/>
        <w:t>навіть ниви в передсмертні корчі&lt;br /&gt;</w:t>
        <w:br/>
        <w:t>котить, як виття прилюдне.</w:t>
      </w:r>
    </w:p>
    <w:p>
      <w:r>
        <w:br/>
        <w:t>І на скатерть розкида скипіти&lt;br /&gt;</w:t>
        <w:br/>
        <w:t>гнів, гіркіший від труни:&lt;br /&gt;</w:t>
        <w:br/>
        <w:t>кружачи під голосіння в плити—&lt;br /&gt;</w:t>
        <w:br/>
        <w:t>цвинтаря, де біль приник.</w:t>
      </w:r>
    </w:p>
    <w:p>
      <w:r>
        <w:br/>
        <w:t>Все напроти тебе: в пітьмі сивій,&lt;br /&gt;</w:t>
        <w:br/>
        <w:t>де стежки огню замкнули.&lt;br /&gt;</w:t>
        <w:br/>
        <w:t>Тільки вісників крилата милость&lt;br /&gt;</w:t>
        <w:br/>
        <w:t>визволя в надзір'я—з смутків.&lt;br /&gt;</w:t>
        <w:br/>
        <w:t>25.VII.64&lt;br /&gt;</w:t>
        <w:br/>
        <w:t>ПРИБЕРЕЖНИЙ ГОЛОС</w:t>
      </w:r>
    </w:p>
    <w:p>
      <w:r>
        <w:br/>
        <w:t>Міряється в громі строга правда—&lt;br /&gt;</w:t>
        <w:br/>
        <w:t>в білому: що й гілка яблунь.&lt;br /&gt;</w:t>
        <w:br/>
        <w:t>Чи впокорена їй зграя страдна&lt;br /&gt;</w:t>
        <w:br/>
        <w:t>чайок, де суди проглянуть?&lt;br /&gt;</w:t>
        <w:br/>
        <w:t>Я не знаю, чи пташки тихіші—&lt;br /&gt;</w:t>
        <w:br/>
        <w:t>дві, що в парі прилетіли:&lt;br /&gt;</w:t>
        <w:br/>
        <w:t>скрито звістять, по піску пробігши,&lt;br /&gt;</w:t>
        <w:br/>
        <w:t>про жалі! не роси милі.&lt;br /&gt;</w:t>
        <w:br/>
        <w:t>їх не вернемо, кущів рожевих,&lt;br /&gt;</w:t>
        <w:br/>
        <w:t>до вікна—звести багаття;&lt;br /&gt;</w:t>
        <w:br/>
        <w:t>ні туманів при горі: бо в жеврій,&lt;br /&gt;</w:t>
        <w:br/>
        <w:t>мов з іконостасів знята.&lt;br /&gt;</w:t>
        <w:br/>
        <w:t>Пронесуть рисунок горя—ризи,&lt;br /&gt;</w:t>
        <w:br/>
        <w:t>палені в пісок по скойках.&lt;br /&gt;</w:t>
        <w:br/>
        <w:t>Там і голубий обвал наблизить&lt;br /&gt;</w:t>
        <w:br/>
        <w:t>спогади до болів кротких.</w:t>
      </w:r>
    </w:p>
    <w:p>
      <w:r>
        <w:br/>
        <w:t>Коливаються безмежно й вінця&lt;br /&gt;</w:t>
        <w:br/>
        <w:t>моря, зметані за сонце...&lt;br /&gt;</w:t>
        <w:br/>
        <w:t>де—в недень:до мене відкликнися! —&lt;br /&gt;</w:t>
        <w:br/>
        <w:t>зійде квіття високосне.&lt;br /&gt;</w:t>
        <w:br/>
        <w:t>Все до безгоміння мимо мене—&lt;br /&gt;</w:t>
        <w:br/>
        <w:t>зілля: все прозоре, лившись,&lt;br /&gt;</w:t>
        <w:br/>
        <w:t>німо сплаче, відсвітом надземне,&lt;br /&gt;</w:t>
        <w:br/>
        <w:t>з грядки згадок найлюбіших.&lt;br /&gt;</w:t>
        <w:br/>
        <w:t>26.VII.&lt;br /&gt;</w:t>
        <w:br/>
        <w:t>ПРИПЛИВНА ХВИЛЯ</w:t>
      </w:r>
    </w:p>
    <w:p>
      <w:r>
        <w:br/>
        <w:t>Скружена, як рельний вал, негода:&lt;br /&gt;</w:t>
        <w:br/>
        <w:t>старчикові сонця в клопіт.&lt;br /&gt;</w:t>
        <w:br/>
        <w:t>Котять голосні безодні! сходять,&lt;br /&gt;</w:t>
        <w:br/>
        <w:t>сиві, до пожеж потопних.</w:t>
      </w:r>
    </w:p>
    <w:p>
      <w:r>
        <w:br/>
        <w:t>Понад їхнім димом коло пальців,&lt;br /&gt;</w:t>
        <w:br/>
        <w:t>що біжать, перекипівши,&lt;br /&gt;</w:t>
        <w:br/>
        <w:t>мева: сирота злетить припасти&lt;br /&gt;</w:t>
        <w:br/>
        <w:t>до грудей крайнеба щирих.&lt;br /&gt;</w:t>
        <w:br/>
        <w:t>Розгоряється в пломінну пряжу&lt;br /&gt;</w:t>
        <w:br/>
        <w:t>блискавок, на зорах смерти—&lt;br /&gt;</w:t>
        <w:br/>
        <w:t>синява могильна, звідки в'яжуть&lt;br /&gt;</w:t>
        <w:br/>
        <w:t>берег: тінню серця мерхлий.</w:t>
      </w:r>
    </w:p>
    <w:p>
      <w:r>
        <w:br/>
        <w:t>Складено не в наші зорі тайну,&lt;br /&gt;</w:t>
        <w:br/>
        <w:t>при віках—як вал, прилитих,—&lt;br /&gt;</w:t>
        <w:br/>
        <w:t>де тобі спочити! де впадають&lt;br /&gt;</w:t>
        <w:br/>
        <w:t>різно думи: всі трилистки.</w:t>
      </w:r>
    </w:p>
    <w:p>
      <w:r>
        <w:br/>
        <w:t>Жеврій сплесками коси від гробу&lt;br /&gt;</w:t>
        <w:br/>
        <w:t>литиметься через любі—&lt;br /&gt;</w:t>
        <w:br/>
        <w:t>черги моря: в долю безборонну,&lt;br /&gt;</w:t>
        <w:br/>
        <w:t>що хреста свого не згубить.&lt;br /&gt;</w:t>
        <w:br/>
        <w:t>26.VII.64&lt;br /&gt;</w:t>
        <w:br/>
        <w:t>ВІДХІД НЕГОДИ</w:t>
      </w:r>
    </w:p>
    <w:p>
      <w:r>
        <w:br/>
        <w:t>Палено ланами з надвечір'я —&lt;br /&gt;</w:t>
        <w:br/>
        <w:t>звали, де дитя втече:&lt;br /&gt;</w:t>
        <w:br/>
        <w:t>налякалося! бо бризком вітрять&lt;br /&gt;</w:t>
        <w:br/>
        <w:t>звірі сині на плече.</w:t>
      </w:r>
    </w:p>
    <w:p>
      <w:r>
        <w:br/>
        <w:t>Щире—рідне, в слові не сказати! —&lt;br /&gt;</w:t>
        <w:br/>
        <w:t>світлиться від сонця з кручі:&lt;br /&gt;</w:t>
        <w:br/>
        <w:t>що, як мати, станувши на захід,&lt;br /&gt;</w:t>
        <w:br/>
        <w:t>гляне до валів ревучих.&lt;br /&gt;</w:t>
        <w:br/>
        <w:t>Бережися, шире! грізні гриви&lt;br /&gt;</w:t>
        <w:br/>
        <w:t>мечуться з ланів на камінь.&lt;br /&gt;</w:t>
        <w:br/>
        <w:t>Бо недоля, леви покоривши,&lt;br /&gt;</w:t>
        <w:br/>
        <w:t>зводить—як прибій вулканний.</w:t>
      </w:r>
    </w:p>
    <w:p>
      <w:r>
        <w:br/>
        <w:t>З віолетної, мов шлюбний ірис,&lt;br /&gt;</w:t>
        <w:br/>
        <w:t>браний до світлиці в глечик —&lt;br /&gt;</w:t>
        <w:br/>
        <w:t>з глибочіні скісся смерти мірить&lt;br /&gt;</w:t>
        <w:br/>
        <w:t>тінями: від змій не легші.</w:t>
      </w:r>
    </w:p>
    <w:p>
      <w:r>
        <w:br/>
        <w:t>Чорністю і джмелик грому гасне&lt;br /&gt;</w:t>
        <w:br/>
        <w:t>в смутку, потканому з півдня...&lt;br /&gt;</w:t>
        <w:br/>
        <w:t>де— надсмертний дзвін, де вже ні ясен,&lt;br /&gt;</w:t>
        <w:br/>
        <w:t>світний, щебету не звіда.&lt;br /&gt;</w:t>
        <w:br/>
        <w:t>Тільки милісто в ріллі немерклій —&lt;br /&gt;</w:t>
        <w:br/>
        <w:t>вії сонцеві, з освяти,&lt;br /&gt;</w:t>
        <w:br/>
        <w:t>як торкнули твій рукав, крізь межі,&lt;br /&gt;</w:t>
        <w:br/>
        <w:t>впали в згір'я неба згаслі.&lt;br /&gt;</w:t>
        <w:br/>
        <w:t>Дожидатиметься думка, взнавши досвіт,&lt;br /&gt;</w:t>
        <w:br/>
        <w:t>при вікні; тополь подружжя.&lt;br /&gt;</w:t>
        <w:br/>
        <w:t>І розбивсь пожар! плачі відносить&lt;br /&gt;</w:t>
        <w:br/>
        <w:t>сніжні—нива хвиль найдужа.&lt;br /&gt;</w:t>
        <w:br/>
        <w:t>2.VIII.64&lt;br /&gt;</w:t>
        <w:br/>
        <w:t>НЕЗНАНИЙ ПРИПЛИВ</w:t>
      </w:r>
    </w:p>
    <w:p>
      <w:r>
        <w:br/>
        <w:t>Смертні савани змиває з волі—&lt;br /&gt;</w:t>
        <w:br/>
        <w:t>на розрив, до скель ростучи;&lt;br /&gt;</w:t>
        <w:br/>
        <w:t>скрізь летить! із мірри славословить:&lt;br /&gt;</w:t>
        <w:br/>
        <w:t>розпал стотисячоустий.</w:t>
      </w:r>
    </w:p>
    <w:p>
      <w:r>
        <w:br/>
        <w:t>Пригадаю комірець в узорі,&lt;br /&gt;</w:t>
        <w:br/>
        <w:t>в папороті жовтня з гір...&lt;br /&gt;</w:t>
        <w:br/>
        <w:t>і твоя коса: огненник добрий—&lt;br /&gt;</w:t>
        <w:br/>
        <w:t>з ним, струмуючи, горів.&lt;br /&gt;</w:t>
        <w:br/>
        <w:t>І живим, як мак, світанком глянуть&lt;br /&gt;</w:t>
        <w:br/>
        <w:t>очі карі; снів двозір'я.&lt;br /&gt;</w:t>
        <w:br/>
        <w:t>Знов із моря синій голос лану&lt;br /&gt;</w:t>
        <w:br/>
        <w:t>входить, мов пожежа бистра:&lt;br /&gt;</w:t>
        <w:br/>
        <w:t>тут і поридає гірко—в спомин,&lt;br /&gt;</w:t>
        <w:br/>
        <w:t>кинутий з біди твоєї!&lt;br /&gt;</w:t>
        <w:br/>
        <w:t>В грудях дзвони носить похоронні&lt;br /&gt;</w:t>
        <w:br/>
        <w:t>море—до труни й лілеї...&lt;br /&gt;</w:t>
        <w:br/>
        <w:t>тут їй скрапати слізьми в самітну&lt;br /&gt;</w:t>
        <w:br/>
        <w:t>мову сонця і загоїть—&lt;br /&gt;</w:t>
        <w:br/>
        <w:t>скорб: чернець прийма велику схиму,&lt;br /&gt;</w:t>
        <w:br/>
        <w:t>в скит між колоски з грозою.&lt;br /&gt;</w:t>
        <w:br/>
        <w:t>Ватри валяться в планетні плити,&lt;br /&gt;</w:t>
        <w:br/>
        <w:t>біжучи, де скатерть горне.&lt;br /&gt;</w:t>
        <w:br/>
        <w:t>Братство! — чару принесуть напитись,&lt;br /&gt;</w:t>
        <w:br/>
        <w:t>і згоря чуття гріховне.&lt;br /&gt;</w:t>
        <w:br/>
        <w:t>З моря вершники рокочуть бистрі,&lt;br /&gt;</w:t>
        <w:br/>
        <w:t>вороного поля сточать.&lt;br /&gt;</w:t>
        <w:br/>
        <w:t>Бідна чайко, чайко вбога! виспів&lt;br /&gt;</w:t>
        <w:br/>
        <w:t>ткати при могильних скойках...&lt;br /&gt;</w:t>
        <w:br/>
        <w:t>Він мережками з кругів проллється,&lt;br /&gt;</w:t>
        <w:br/>
        <w:t>проти хмари—домовини.&lt;br /&gt;</w:t>
        <w:br/>
        <w:t>Чистий висвіт: наче рана хресна,&lt;br /&gt;</w:t>
        <w:br/>
        <w:t>серце з горя відновити.&lt;br /&gt;</w:t>
        <w:br/>
        <w:t>З.У111.64&lt;br /&gt;</w:t>
        <w:br/>
        <w:t>БІЛІ ЖИЗНИ</w:t>
      </w:r>
    </w:p>
    <w:p>
      <w:r>
        <w:br/>
        <w:t>І</w:t>
      </w:r>
    </w:p>
    <w:p>
      <w:r>
        <w:br/>
        <w:t>На сторожі трону: висповідні,—&lt;br /&gt;</w:t>
        <w:br/>
        <w:t>четверо молебень правлять.&lt;br /&gt;</w:t>
        <w:br/>
        <w:t>І ні поступами блискавиці&lt;br /&gt;</w:t>
        <w:br/>
        <w:t>не змістити їх крилатість.</w:t>
      </w:r>
    </w:p>
    <w:p>
      <w:r>
        <w:br/>
        <w:t>І не спиниться на мить, не стихне&lt;br /&gt;</w:t>
        <w:br/>
        <w:t>серце, в славлення палавши:&lt;br /&gt;</w:t>
        <w:br/>
        <w:t>милостю, мов смолоскип, світильне—&lt;br /&gt;</w:t>
        <w:br/>
        <w:t>до недолі душ болящих.</w:t>
      </w:r>
    </w:p>
    <w:p>
      <w:r>
        <w:br/>
        <w:t>Невгасиме над морями часу&lt;br /&gt;</w:t>
        <w:br/>
        <w:t>і живим огнем безсонне,&lt;br /&gt;</w:t>
        <w:br/>
        <w:t>знає чашу від Отця причасну,&lt;br /&gt;</w:t>
        <w:br/>
        <w:t>скрізь їх серце—богоносець.&lt;br /&gt;</w:t>
        <w:br/>
        <w:t>Чисту в груди беручи потужність,&lt;br /&gt;</w:t>
        <w:br/>
        <w:t>мов магнолії при морі,&lt;br /&gt;</w:t>
        <w:br/>
        <w:t>лібединням крил зверхсвітно рушить&lt;br /&gt;</w:t>
        <w:br/>
        <w:t>кожна: в благості соборній.&lt;br /&gt;</w:t>
        <w:br/>
        <w:t>3.VIII.64&lt;br /&gt;</w:t>
        <w:br/>
        <w:t>Відмикаються моря в дорозі—&lt;br /&gt;</w:t>
        <w:br/>
        <w:t>де четвірний крильник бистрий.&lt;br /&gt;</w:t>
        <w:br/>
        <w:t>Тлін землі ні тінню не погрозить&lt;br /&gt;</w:t>
        <w:br/>
        <w:t>бігти на хрещатий листик.&lt;br /&gt;</w:t>
        <w:br/>
        <w:t>їм лазур'я в людській долі зморній&lt;br /&gt;</w:t>
        <w:br/>
        <w:t>знизу мриться: шатра шиті.&lt;br /&gt;</w:t>
        <w:br/>
        <w:t>І зворушить, проказавши, громик—&lt;br /&gt;</w:t>
        <w:br/>
        <w:t>з незабудками при житі!&lt;br /&gt;</w:t>
        <w:br/>
        <w:t>І нетлінний семибарвних чуда&lt;br /&gt;</w:t>
        <w:br/>
        <w:t>креслиться в олтар при службі.&lt;br /&gt;</w:t>
        <w:br/>
        <w:t>В степ стихіру радісну доручать,&lt;br /&gt;</w:t>
        <w:br/>
        <w:t>вівши з океанів, любі.&lt;br /&gt;</w:t>
        <w:br/>
        <w:t>Зорів повні в зірковій істоті—&lt;br /&gt;</w:t>
        <w:br/>
        <w:t>вкруг, і повні: з храмин серця;&lt;br /&gt;</w:t>
        <w:br/>
        <w:t>білі Жизни від країв престольних&lt;br /&gt;</w:t>
        <w:br/>
        <w:t>землю в сполохи похрестять:</w:t>
      </w:r>
    </w:p>
    <w:p>
      <w:r>
        <w:br/>
        <w:t>Крильми в пошестірний помах кружний&lt;br /&gt;</w:t>
        <w:br/>
        <w:t>шлях для ангелів провівши.&lt;br /&gt;</w:t>
        <w:br/>
        <w:t>Кубки присудів—зорями, в служність! —&lt;br /&gt;</w:t>
        <w:br/>
        <w:t>їм яскрять, нести: як віщі.&lt;br /&gt;</w:t>
        <w:br/>
        <w:t>3.VIII.64&lt;br /&gt;</w:t>
        <w:br/>
        <w:t>ПРОБУДЖЕННЯ</w:t>
      </w:r>
    </w:p>
    <w:p>
      <w:r>
        <w:br/>
        <w:t>Скорбі мої, скорбі! вкруг—вітрильні,&lt;br /&gt;</w:t>
        <w:br/>
        <w:t>з блисками вістки ведучи...&lt;br /&gt;</w:t>
        <w:br/>
        <w:t>Проліскова в храмі синь, приливши,&lt;br /&gt;</w:t>
        <w:br/>
        <w:t>думи прибира димучі.</w:t>
      </w:r>
    </w:p>
    <w:p>
      <w:r>
        <w:br/>
        <w:t>Біля скроні в тебе: над погрози,&lt;br /&gt;</w:t>
        <w:br/>
        <w:t>вже семицвітинник дійде.&lt;br /&gt;</w:t>
        <w:br/>
        <w:t>Скружений, ні згадки не розорить—&lt;br /&gt;</w:t>
        <w:br/>
        <w:t>про ласкав'я, зірці рідне.&lt;br /&gt;</w:t>
        <w:br/>
        <w:t>Зводи: світлі, як найстарша правда;&lt;br /&gt;</w:t>
        <w:br/>
        <w:t>чергами чуття проходять.&lt;br /&gt;</w:t>
        <w:br/>
        <w:t>Тільки з моря повінь виноградна&lt;br /&gt;</w:t>
        <w:br/>
        <w:t>в камінь пінить біловоддя.</w:t>
      </w:r>
    </w:p>
    <w:p>
      <w:r>
        <w:br/>
        <w:t>Сонце! повели, щоб знак почався&lt;br /&gt;</w:t>
        <w:br/>
        <w:t>в замкнутім, як гробик, морі.&lt;br /&gt;</w:t>
        <w:br/>
        <w:t>Піднеси і дискос до причастя,&lt;br /&gt;</w:t>
        <w:br/>
        <w:t>в пальцях світла: збір накормить.&lt;br /&gt;</w:t>
        <w:br/>
        <w:t>4.VIII.64&lt;br /&gt;</w:t>
        <w:br/>
        <w:t>НАПРОТИ НЕГОДДЯ</w:t>
      </w:r>
    </w:p>
    <w:p>
      <w:r>
        <w:br/>
        <w:t>Чи власкавлено орлів синіших,&lt;br /&gt;</w:t>
        <w:br/>
        <w:t>аніж клич волошки в берег?&lt;br /&gt;</w:t>
        <w:br/>
        <w:t>Трублять! а вона ні снів не стишить&lt;br /&gt;</w:t>
        <w:br/>
        <w:t>від труни в надсвіття вербне.&lt;br /&gt;</w:t>
        <w:br/>
        <w:t>Бо сповіщено про дні прийдешні,&lt;br /&gt;</w:t>
        <w:br/>
        <w:t>серед смерти: йдуть вітрильця—&lt;br /&gt;</w:t>
        <w:br/>
        <w:t>з бурі, де, завісою роздершись,&lt;br /&gt;</w:t>
        <w:br/>
        <w:t>лоно в білі птиці вкрила.&lt;br /&gt;</w:t>
        <w:br/>
        <w:t>Зводять на склепіння до малюнків—&lt;br /&gt;</w:t>
        <w:br/>
        <w:t>звіт про серце: при жалобі.&lt;br /&gt;</w:t>
        <w:br/>
        <w:t>Острів—там ні круків не кленучи,&lt;br /&gt;</w:t>
        <w:br/>
        <w:t>скриньок не замкнули жодних.&lt;br /&gt;</w:t>
        <w:br/>
        <w:t>Полеліє, прогорнувши в ніжність,&lt;br /&gt;</w:t>
        <w:br/>
        <w:t>полум'я лідеї! — згладить&lt;br /&gt;</w:t>
        <w:br/>
        <w:t>По піску лазур'ю з нив свіжівши,&lt;br /&gt;</w:t>
        <w:br/>
        <w:t>відплива на люстро далі.</w:t>
      </w:r>
    </w:p>
    <w:p>
      <w:r>
        <w:br/>
        <w:t>Досвітля прозору згадку й тоне;&lt;br /&gt;</w:t>
        <w:br/>
        <w:t>враз відсеребриться в мерхіт.&lt;br /&gt;</w:t>
        <w:br/>
        <w:t>Відплеск! як печаль: коли тривожне&lt;br /&gt;</w:t>
        <w:br/>
        <w:t>відгорить гілля—примерти.</w:t>
      </w:r>
    </w:p>
    <w:p>
      <w:r>
        <w:br/>
        <w:t>Острів: значеннями повні з'яви&lt;br /&gt;</w:t>
        <w:br/>
        <w:t>від життя ланів тойбічних.&lt;br /&gt;</w:t>
        <w:br/>
        <w:t>Бо душі в кайдани не зв'язали&lt;br /&gt;</w:t>
        <w:br/>
        <w:t>звірі, від глибин прибігши.&lt;br /&gt;</w:t>
        <w:br/>
        <w:t>5.VIII.64&lt;br /&gt;</w:t>
        <w:br/>
        <w:t>ПОРИВНІСТЬ</w:t>
      </w:r>
    </w:p>
    <w:p>
      <w:r>
        <w:br/>
        <w:t>Побудує в згір'я і приносить&lt;br /&gt;</w:t>
        <w:br/>
        <w:t>грозові покоси з м'яти:&lt;br /&gt;</w:t>
        <w:br/>
        <w:t>мевам і лампадкам суголосні,&lt;br /&gt;</w:t>
        <w:br/>
        <w:t>разом звалить—розбиватись.</w:t>
      </w:r>
    </w:p>
    <w:p>
      <w:r>
        <w:br/>
        <w:t>Скрізь розсіє: з ворожби, до ризок,&lt;br /&gt;</w:t>
        <w:br/>
        <w:t>молочай могил припливний.&lt;br /&gt;</w:t>
        <w:br/>
        <w:t>І пожежине обличчя низько&lt;br /&gt;</w:t>
        <w:br/>
        <w:t>сплаче огняні краплини.</w:t>
      </w:r>
    </w:p>
    <w:p>
      <w:r>
        <w:br/>
        <w:t>Леви неба, сторожкі на водах,&lt;br /&gt;</w:t>
        <w:br/>
        <w:t>вісники від райдуг—з варти.&lt;br /&gt;</w:t>
        <w:br/>
        <w:t>Мчать круги рятунку і знаходять&lt;br /&gt;</w:t>
        <w:br/>
        <w:t>потопельників стобратніх.</w:t>
      </w:r>
    </w:p>
    <w:p>
      <w:r>
        <w:br/>
        <w:t>Черги значаться в ткання свячене,&lt;br /&gt;</w:t>
        <w:br/>
        <w:t>з гречки: найчистіші черги.&lt;br /&gt;</w:t>
        <w:br/>
        <w:t>Нацвіте і вибухами змече&lt;br /&gt;</w:t>
        <w:br/>
        <w:t>жаль від скрипок невичерпний.&lt;br /&gt;</w:t>
        <w:br/>
        <w:t>6.VIII.64&lt;br /&gt;</w:t>
        <w:br/>
        <w:t>ВИСОКА НАДІЯ</w:t>
      </w:r>
    </w:p>
    <w:p>
      <w:r>
        <w:br/>
        <w:t>Ніч навісила замків чотири—&lt;br /&gt;</w:t>
        <w:br/>
        <w:t>чорно, в світові кінці.&lt;br /&gt;</w:t>
        <w:br/>
        <w:t>Мов з віконця в'язневого мріти&lt;br /&gt;</w:t>
        <w:br/>
        <w:t>місяць віями зміцнів.</w:t>
      </w:r>
    </w:p>
    <w:p>
      <w:r>
        <w:br/>
        <w:t>І повиростала скорбна зелень,&lt;br /&gt;</w:t>
        <w:br/>
        <w:t>іриси іскряться з моря.&lt;br /&gt;</w:t>
        <w:br/>
        <w:t>Все, при смолоскипах незліченне,&lt;br /&gt;</w:t>
        <w:br/>
        <w:t>де щити не посоромлять...</w:t>
      </w:r>
    </w:p>
    <w:p>
      <w:r>
        <w:br/>
        <w:t>барвлено герби на них небесні,&lt;br /&gt;</w:t>
        <w:br/>
        <w:t>і від списів погримлять.&lt;br /&gt;</w:t>
        <w:br/>
        <w:t>Сполох, як на церкві в семихресті,&lt;br /&gt;</w:t>
        <w:br/>
        <w:t>внесено в надсмертний шлях.</w:t>
      </w:r>
    </w:p>
    <w:p>
      <w:r>
        <w:br/>
        <w:t>І полки: владичні, з охорони—&lt;br /&gt;</w:t>
        <w:br/>
        <w:t>кожному, в спокутній скорбі.&lt;br /&gt;</w:t>
        <w:br/>
        <w:t>Движний океан огню промовив&lt;br /&gt;</w:t>
        <w:br/>
        <w:t>і крізь камені надгробні.</w:t>
      </w:r>
    </w:p>
    <w:p>
      <w:r>
        <w:br/>
        <w:t>Ліліє труни в правиці сонця,&lt;br /&gt;</w:t>
        <w:br/>
        <w:t>збудишся на берег любий!.,&lt;br /&gt;</w:t>
        <w:br/>
        <w:t>і вдочерять вірних і всиновлять&lt;br /&gt;</w:t>
        <w:br/>
        <w:t>небеса в сузірних бурях.&lt;br /&gt;</w:t>
        <w:br/>
        <w:t>7.VIII.64&lt;br /&gt;</w:t>
        <w:br/>
        <w:t>ДВОКРИЛЕЦЬ МОРЯ</w:t>
      </w:r>
    </w:p>
    <w:p>
      <w:r>
        <w:br/>
        <w:t>Не замориться і не притане&lt;br /&gt;</w:t>
        <w:br/>
        <w:t>кров'ю в глиняну байдужість:&lt;br /&gt;</w:t>
        <w:br/>
        <w:t>голуб! доле моя, він відчайне&lt;br /&gt;</w:t>
        <w:br/>
        <w:t>свідчення веде і служить.</w:t>
      </w:r>
    </w:p>
    <w:p>
      <w:r>
        <w:br/>
        <w:t>Бо життя, немов пелюстка з воску&lt;br /&gt;</w:t>
        <w:br/>
        <w:t>й з нитки—пломенить, як пурпур:&lt;br /&gt;</w:t>
        <w:br/>
        <w:t>згинути, б'ючи стрілками в млосну&lt;br /&gt;</w:t>
        <w:br/>
        <w:t>мертвоту й трутизну трупну.&lt;br /&gt;</w:t>
        <w:br/>
        <w:t>Хто, коли в дими кострів, склинавши,&lt;br /&gt;</w:t>
        <w:br/>
        <w:t>до стовпа ганьби прив'яжуть:&lt;br /&gt;</w:t>
        <w:br/>
        <w:t>не зміня думок на скарби навіть,&lt;br /&gt;</w:t>
        <w:br/>
        <w:t>вибравши зорю найважчу!&lt;br /&gt;</w:t>
        <w:br/>
        <w:t>Хоч калічено в неволі здавна&lt;br /&gt;</w:t>
        <w:br/>
        <w:t>каменем невір і цепом:&lt;br /&gt;</w:t>
        <w:br/>
        <w:t>і чуття і очі між тумання—&lt;br /&gt;</w:t>
        <w:br/>
        <w:t>в гріх! до ребер серце стерплось.</w:t>
      </w:r>
    </w:p>
    <w:p>
      <w:r>
        <w:br/>
        <w:t>Вирвана криваво з демонизни,&lt;br /&gt;</w:t>
        <w:br/>
        <w:t>через двері смерти й чуда,&lt;br /&gt;</w:t>
        <w:br/>
        <w:t>вже диханням і слізьми відрізнить&lt;br /&gt;</w:t>
        <w:br/>
        <w:t>зерно дня—душа відлюдна.</w:t>
      </w:r>
    </w:p>
    <w:p>
      <w:r>
        <w:br/>
        <w:t>Бо життя щораз: як жертва справжня,&lt;br /&gt;</w:t>
        <w:br/>
        <w:t>терплячи від іклів—ревів...&lt;br /&gt;</w:t>
        <w:br/>
        <w:t>на каміннім крузі в лютих стражнях —&lt;br /&gt;</w:t>
        <w:br/>
        <w:t>страх при хижості царевій.&lt;br /&gt;</w:t>
        <w:br/>
        <w:t>Поряд поспіша вертати грішних —&lt;br /&gt;</w:t>
        <w:br/>
        <w:t>нестомима сила, в спокій;&lt;br /&gt;</w:t>
        <w:br/>
        <w:t>крізь негоду—просвіти приливши,&lt;br /&gt;</w:t>
        <w:br/>
        <w:t>тлін ромашкою потопить.&lt;br /&gt;</w:t>
        <w:br/>
        <w:t>8.VIII.64&lt;br /&gt;</w:t>
        <w:br/>
        <w:t>ЗОРЯНИЙ ПРИПЛИВ</w:t>
      </w:r>
    </w:p>
    <w:p>
      <w:r>
        <w:br/>
        <w:t>Море—як в іконі: неба повне,&lt;br /&gt;</w:t>
        <w:br/>
        <w:t>чергами світніє в чуді.&lt;br /&gt;</w:t>
        <w:br/>
        <w:t>Поклонімось, гості всіх часовень,&lt;br /&gt;</w:t>
        <w:br/>
        <w:t>звідки хресний хід почути.&lt;br /&gt;</w:t>
        <w:br/>
        <w:t>Творче, із світлиці правди Отче! —&lt;br /&gt;</w:t>
        <w:br/>
        <w:t>движеш кораблі світів;&lt;br /&gt;</w:t>
        <w:br/>
        <w:t>кожне море кобзами рокоче,&lt;br /&gt;</w:t>
        <w:br/>
        <w:t>славлячи, з ключів твоїх.</w:t>
      </w:r>
    </w:p>
    <w:p>
      <w:r>
        <w:br/>
        <w:t>Від крила сузірників неспішних&lt;br /&gt;</w:t>
        <w:br/>
        <w:t>до страшин, де й квіт на дні,—&lt;br /&gt;</w:t>
        <w:br/>
        <w:t>при твоїх знаменнях пада грішник,&lt;br /&gt;</w:t>
        <w:br/>
        <w:t>бо в невірстві зголоднів.&lt;br /&gt;</w:t>
        <w:br/>
        <w:t>Воля: знов перлинно проколосить,&lt;br /&gt;</w:t>
        <w:br/>
        <w:t>кіньми скотить голубими.&lt;br /&gt;</w:t>
        <w:br/>
        <w:t>А до серця—стовп огню, й крізь осінь&lt;br /&gt;</w:t>
        <w:br/>
        <w:t>віє семибарвно димик.</w:t>
      </w:r>
    </w:p>
    <w:p>
      <w:r>
        <w:br/>
        <w:t>Зоряного колеса крізь ночі—&lt;br /&gt;</w:t>
        <w:br/>
        <w:t>хід над океан дзеркальний:&lt;br /&gt;</w:t>
        <w:br/>
        <w:t>аж до ниви, де журба причорнить&lt;br /&gt;</w:t>
        <w:br/>
        <w:t>косу, й журавлів скликати.&lt;br /&gt;</w:t>
        <w:br/>
        <w:t>9.VIII.64&lt;br /&gt;</w:t>
        <w:br/>
        <w:t>ЗНАК НЕЗАБУТИХ</w:t>
      </w:r>
    </w:p>
    <w:p>
      <w:r>
        <w:br/>
        <w:t>І</w:t>
      </w:r>
    </w:p>
    <w:p>
      <w:r>
        <w:br/>
        <w:t>Від стрімчастого лиця відтоки —&lt;br /&gt;</w:t>
        <w:br/>
        <w:t>в острова, з очей, на плечі:&lt;br /&gt;</w:t>
        <w:br/>
        <w:t>слідом мідного ридання — досі:&lt;br /&gt;</w:t>
        <w:br/>
        <w:t>заберуть піски притерплі.</w:t>
      </w:r>
    </w:p>
    <w:p>
      <w:r>
        <w:br/>
        <w:t>Розрива погребну свиту, з бризок—&lt;br /&gt;</w:t>
        <w:br/>
        <w:t>нитями від скель скипати.&lt;br /&gt;</w:t>
        <w:br/>
        <w:t>Поболіє в камінці, що дрібно,&lt;br /&gt;</w:t>
        <w:br/>
        <w:t>як сльоза: гримлять між пальці.</w:t>
      </w:r>
    </w:p>
    <w:p>
      <w:r>
        <w:br/>
        <w:t>Грозовиці дикий льон повергли;&lt;br /&gt;</w:t>
        <w:br/>
        <w:t>найдимнішу барву тратить.&lt;br /&gt;</w:t>
        <w:br/>
        <w:t>Мов сторінку світла з книги мертвих&lt;br /&gt;</w:t>
        <w:br/>
        <w:t>прочитати в хмарній хаті.</w:t>
      </w:r>
    </w:p>
    <w:p>
      <w:r>
        <w:br/>
        <w:t>Човен самоти! в безодні човен:&lt;br /&gt;</w:t>
        <w:br/>
        <w:t>гойдано з огненних травок.&lt;br /&gt;</w:t>
        <w:br/>
        <w:t>Небо псалтиря, все—хоруговне,&lt;br /&gt;</w:t>
        <w:br/>
        <w:t>в кіновар трояндну вбрано.&lt;br /&gt;</w:t>
        <w:br/>
        <w:t>Під склепіння: в пароси гойдатись,&lt;br /&gt;</w:t>
        <w:br/>
        <w:t>небо! допусти і гробик;&lt;br /&gt;</w:t>
        <w:br/>
        <w:t>і зогріється проти лампадки,&lt;br /&gt;</w:t>
        <w:br/>
        <w:t>шепчучи—прощення просить.&lt;br /&gt;</w:t>
        <w:br/>
        <w:t>11.VIII.64&lt;br /&gt;</w:t>
        <w:br/>
        <w:t>Світоч миру! в небі тайни, зглянься:&lt;br /&gt;</w:t>
        <w:br/>
        <w:t>на рабу, на тінь убогу;&lt;br /&gt;</w:t>
        <w:br/>
        <w:t>в дворик до надзоряного вбранства&lt;br /&gt;</w:t>
        <w:br/>
        <w:t>глянути дозволь без боргу.&lt;br /&gt;</w:t>
        <w:br/>
        <w:t>В сон—півмісяць нивовий схилявся&lt;br /&gt;</w:t>
        <w:br/>
        <w:t>серповинкою збагріти:&lt;br /&gt;</w:t>
        <w:br/>
        <w:t>в сон, від найбризкучішого вала&lt;br /&gt;</w:t>
        <w:br/>
        <w:t>мідних колісниць при вітрі.</w:t>
      </w:r>
    </w:p>
    <w:p>
      <w:r>
        <w:br/>
        <w:t>Море—келія; свічнить святиня&lt;br /&gt;</w:t>
        <w:br/>
        <w:t>і приймає сонця паску—&lt;br /&gt;</w:t>
        <w:br/>
        <w:t>з храму! де крізь пахощі ясниться&lt;br /&gt;</w:t>
        <w:br/>
        <w:t>горлиця в снагу посвятну.</w:t>
      </w:r>
    </w:p>
    <w:p>
      <w:r>
        <w:br/>
        <w:t>Вкруг розлуками зросла звіщати&lt;br /&gt;</w:t>
        <w:br/>
        <w:t>бистрина пожеж безмежна;&lt;br /&gt;</w:t>
        <w:br/>
        <w:t>а дитя піднесено до чаші&lt;br /&gt;</w:t>
        <w:br/>
        <w:t>в черешневій зливі неба.&lt;br /&gt;</w:t>
        <w:br/>
        <w:t>12.VIII.64&lt;br /&gt;</w:t>
        <w:br/>
        <w:t>ПЕРЕМІННІСТЬ МОРЯ</w:t>
      </w:r>
    </w:p>
    <w:p>
      <w:r>
        <w:br/>
        <w:t>І</w:t>
      </w:r>
    </w:p>
    <w:p>
      <w:r>
        <w:br/>
        <w:t>Зблизивши дим'янки в сині схили,&lt;br /&gt;</w:t>
        <w:br/>
        <w:t>спалює жага надлюдська.&lt;br /&gt;</w:t>
        <w:br/>
        <w:t>Це—як смертний скрик з могили вилив&lt;br /&gt;</w:t>
        <w:br/>
        <w:t>муки сну: рядами збудять.</w:t>
      </w:r>
    </w:p>
    <w:p>
      <w:r>
        <w:br/>
        <w:t>Враз аж до жорстокого підніжжя&lt;br /&gt;</w:t>
        <w:br/>
        <w:t>порвано, в лану страждати —&lt;br /&gt;</w:t>
        <w:br/>
        <w:t>жалощів квітки! що й звіра ніжать,&lt;br /&gt;</w:t>
        <w:br/>
        <w:t>за краплинку неба вдячні.</w:t>
      </w:r>
    </w:p>
    <w:p>
      <w:r>
        <w:br/>
        <w:t>Мислі моря на дзеркальній скрипці;&lt;br /&gt;</w:t>
        <w:br/>
        <w:t>сіє в борозни недонні.&lt;br /&gt;</w:t>
        <w:br/>
        <w:t>Не відстане й спомин покипіти&lt;br /&gt;</w:t>
        <w:br/>
        <w:t>в біль, обкрапавши долоні.</w:t>
      </w:r>
    </w:p>
    <w:p>
      <w:r>
        <w:br/>
        <w:t>А сама журбою проти хмар'я&lt;br /&gt;</w:t>
        <w:br/>
        <w:t>з острова скружила клична —&lt;br /&gt;</w:t>
        <w:br/>
        <w:t>чайка! й соняшник небес прорвався:&lt;br /&gt;</w:t>
        <w:br/>
        <w:t>в бризки воску з кругосвіччя.&lt;br /&gt;</w:t>
        <w:br/>
        <w:t>До прощення поклики спокутні—&lt;br /&gt;</w:t>
        <w:br/>
        <w:t>в блідну стежку при негодах.&lt;br /&gt;</w:t>
        <w:br/>
        <w:t>Ніби сироти голодні з пустки&lt;br /&gt;</w:t>
        <w:br/>
        <w:t>попід хатою проходять.&lt;br /&gt;</w:t>
        <w:br/>
        <w:t>13.VIII.64&lt;br /&gt;</w:t>
        <w:br/>
        <w:t>Ти, мов тінь, чаїно! немаєтна:&lt;br /&gt;</w:t>
        <w:br/>
        <w:t>харч на буруні збирати.&lt;br /&gt;</w:t>
        <w:br/>
        <w:t>Жаровими море не минеться&lt;br /&gt;</w:t>
        <w:br/>
        <w:t>в пил колесами—без брами.</w:t>
      </w:r>
    </w:p>
    <w:p>
      <w:r>
        <w:br/>
        <w:t>А бідніша і від тебе вбогість,&lt;br /&gt;</w:t>
        <w:br/>
        <w:t>як—метеликова! в зливі:&lt;br /&gt;</w:t>
        <w:br/>
        <w:t>ніби взорчасту пелюстку гонить&lt;br /&gt;</w:t>
        <w:br/>
        <w:t>буря, від троянди звівши.</w:t>
      </w:r>
    </w:p>
    <w:p>
      <w:r>
        <w:br/>
        <w:t>Він злидніший! ні гнізда, як птиця,—&lt;br /&gt;</w:t>
        <w:br/>
        <w:t>не придбає в скромну поміч.&lt;br /&gt;</w:t>
        <w:br/>
        <w:t>І минеться, мов з огню стремтіти&lt;br /&gt;</w:t>
        <w:br/>
        <w:t>в повороті сонця мовчки.</w:t>
      </w:r>
    </w:p>
    <w:p>
      <w:r>
        <w:br/>
        <w:t>Вип'є слід на кремені—від краплі:&lt;br /&gt;</w:t>
        <w:br/>
        <w:t>часом при ліхтарні квітки.&lt;br /&gt;</w:t>
        <w:br/>
        <w:t>Через прірву долю відкривати,&lt;br /&gt;</w:t>
        <w:br/>
        <w:t>над вітрильця! й розговітись.</w:t>
      </w:r>
    </w:p>
    <w:p>
      <w:r>
        <w:br/>
        <w:t>А вже видно: кров'ю від крайнеба,&lt;br /&gt;</w:t>
        <w:br/>
        <w:t>червонять грози легені.&lt;br /&gt;</w:t>
        <w:br/>
        <w:t>Збігла й громовиця гребінцева,&lt;br /&gt;</w:t>
        <w:br/>
        <w:t>чешучи моря липневі.</w:t>
      </w:r>
    </w:p>
    <w:p>
      <w:r>
        <w:br/>
        <w:t>Чи постріти смерть на роздоріжжі,&lt;br /&gt;</w:t>
        <w:br/>
        <w:t>де про суд громи говорять:&lt;br /&gt;</w:t>
        <w:br/>
        <w:t>буде правда! і сповістя свіжі—&lt;br /&gt;</w:t>
        <w:br/>
        <w:t>з голосних воріт надмор'я.&lt;br /&gt;</w:t>
        <w:br/>
        <w:t>Там присвічено знамення волі,&lt;br /&gt;</w:t>
        <w:br/>
        <w:t>крильця до псалма спахнуть:&lt;br /&gt;</w:t>
        <w:br/>
        <w:t>як співатиметься в спів престольний,&lt;br /&gt;</w:t>
        <w:br/>
        <w:t>чашу славлячи страсну.&lt;br /&gt;</w:t>
        <w:br/>
        <w:t>14.VIII.64&lt;br /&gt;</w:t>
        <w:br/>
        <w:t>ПОВНИЙ ЧАС</w:t>
      </w:r>
    </w:p>
    <w:p>
      <w:r>
        <w:br/>
        <w:t>Море—чайкою піднявши дзьобик,&lt;br /&gt;</w:t>
        <w:br/>
        <w:t>напилося в сході, в руднях...&lt;br /&gt;</w:t>
        <w:br/>
        <w:t>празникус з миру! скелю дробить;&lt;br /&gt;</w:t>
        <w:br/>
        <w:t>гріє дзеркальця надгрудні.</w:t>
      </w:r>
    </w:p>
    <w:p>
      <w:r>
        <w:br/>
        <w:t>І врожевіла кора берези—&lt;br /&gt;</w:t>
        <w:br/>
        <w:t>ширена в гаї надземні...&lt;br /&gt;</w:t>
        <w:br/>
        <w:t>Ткань хмаристу відгорта на безмір&lt;br /&gt;</w:t>
        <w:br/>
        <w:t>немовля з вікна в щоденність.</w:t>
      </w:r>
    </w:p>
    <w:p>
      <w:r>
        <w:br/>
        <w:t>А проривно радістю влилися&lt;br /&gt;</w:t>
        <w:br/>
        <w:t>з пряжами свічин, почати:&lt;br /&gt;</w:t>
        <w:br/>
        <w:t>всі сліпучі пасма в добровістя —&lt;br /&gt;</w:t>
        <w:br/>
        <w:t>мов з амвона при читанні...&lt;br /&gt;</w:t>
        <w:br/>
        <w:t>Там і мевок семеро, мов сніжні,&lt;br /&gt;</w:t>
        <w:br/>
        <w:t>з'єднано в незриму сіть—&lt;br /&gt;</w:t>
        <w:br/>
        <w:t>мчаться глибочінню, без обніжків;&lt;br /&gt;</w:t>
        <w:br/>
        <w:t>мур огню на дні стоїть.&lt;br /&gt;</w:t>
        <w:br/>
        <w:t>14.VIII.64&lt;br /&gt;</w:t>
        <w:br/>
        <w:t>РОСЯНІСТЬ</w:t>
      </w:r>
    </w:p>
    <w:p>
      <w:r>
        <w:br/>
        <w:t>Раптом: тиша! білиться в крайнебі,&lt;br /&gt;</w:t>
        <w:br/>
        <w:t>з ліркою бджоли легкої;&lt;br /&gt;</w:t>
        <w:br/>
        <w:t>свят-Іванів цвіт і всі серпневі&lt;br /&gt;</w:t>
        <w:br/>
        <w:t>півголосся ліс присвоїв.&lt;br /&gt;</w:t>
        <w:br/>
        <w:t>А пребагряніші рани краплють:&lt;br /&gt;</w:t>
        <w:br/>
        <w:t>від гілок і на щирицю.&lt;br /&gt;</w:t>
        <w:br/>
        <w:t>Скрізь розпалено терпіння в спраглу&lt;br /&gt;</w:t>
        <w:br/>
        <w:t>росок—глибину гористу.</w:t>
      </w:r>
    </w:p>
    <w:p>
      <w:r>
        <w:br/>
        <w:t>Свячено собор тісних ялинок,&lt;br /&gt;</w:t>
        <w:br/>
        <w:t>їм суцвітини не згірчать:&lt;br /&gt;</w:t>
        <w:br/>
        <w:t>мов офіра, в білостан приливно&lt;br /&gt;</w:t>
        <w:br/>
        <w:t>зібрані на взір сузір'я...</w:t>
      </w:r>
    </w:p>
    <w:p>
      <w:r>
        <w:br/>
        <w:t>Мов—самі від крейди чистотою&lt;br /&gt;</w:t>
        <w:br/>
        <w:t>привиди в причілків хатніх.&lt;br /&gt;</w:t>
        <w:br/>
        <w:t>Із проквітненістю пилковою&lt;br /&gt;</w:t>
        <w:br/>
        <w:t>в судній правді не стихати.&lt;br /&gt;</w:t>
        <w:br/>
        <w:t>17.VIII.64&lt;br /&gt;</w:t>
        <w:br/>
        <w:t>ВИСОКИЙ ПОТІК</w:t>
      </w:r>
    </w:p>
    <w:p>
      <w:r>
        <w:br/>
        <w:t>З грозовинности, від нетрів сильних,&lt;br /&gt;</w:t>
        <w:br/>
        <w:t>проз колібрі з олтарів:&lt;br /&gt;</w:t>
        <w:br/>
        <w:t>голосний! на скелянисті схили —&lt;br /&gt;</w:t>
        <w:br/>
        <w:t>струмовизник пролетів.&lt;br /&gt;</w:t>
        <w:br/>
        <w:t>Через пропасті та перекати,&lt;br /&gt;</w:t>
        <w:br/>
        <w:t>мимо скрушених соснин,&lt;br /&gt;</w:t>
        <w:br/>
        <w:t>де орелля припада скликати:&lt;br /&gt;</w:t>
        <w:br/>
        <w:t>хто з дрімотности звільнивсь?</w:t>
      </w:r>
    </w:p>
    <w:p>
      <w:r>
        <w:br/>
        <w:t>Поміж камнеспади з бурелому,&lt;br /&gt;</w:t>
        <w:br/>
        <w:t>дужчаючи в кров громів...&lt;br /&gt;</w:t>
        <w:br/>
        <w:t>на небрамний океан додому:&lt;br /&gt;</w:t>
        <w:br/>
        <w:t>шаблик місяця повів.</w:t>
      </w:r>
    </w:p>
    <w:p>
      <w:r>
        <w:br/>
        <w:t>Квіт споріднено в стежині стати,&lt;br /&gt;</w:t>
        <w:br/>
        <w:t>позбира престольна добрість;&lt;br /&gt;</w:t>
        <w:br/>
        <w:t>як до перемог села з хрестами&lt;br /&gt;</w:t>
        <w:br/>
        <w:t>ВІДНОВИТИСЯ СПОДОбиТЬ. VIII ,</w:t>
      </w:r>
    </w:p>
    <w:p>
      <w:r>
        <w:br/>
        <w:t>СВІДЧЕННЯ КВІТІВ</w:t>
      </w:r>
    </w:p>
    <w:p>
      <w:r>
        <w:br/>
        <w:t>На нитині—на струні найтоншій,&lt;br /&gt;</w:t>
        <w:br/>
        <w:t>від червінця колір бравши:&lt;br /&gt;</w:t>
        <w:br/>
        <w:t>вірно тайну саквеня хоронить,&lt;br /&gt;</w:t>
        <w:br/>
        <w:t>зміряну в значки скарлатні.&lt;br /&gt;</w:t>
        <w:br/>
        <w:t>Знизу два, від півдня пурпурові,&lt;br /&gt;</w:t>
        <w:br/>
        <w:t>на поріжок звати,— крильця.&lt;br /&gt;</w:t>
        <w:br/>
        <w:t>Згадку про єпітрахіль відновить&lt;br /&gt;</w:t>
        <w:br/>
        <w:t>барва їх пилків жариста.&lt;br /&gt;</w:t>
        <w:br/>
        <w:t>їх дашок вершить жовтогарячість&lt;br /&gt;</w:t>
        <w:br/>
        <w:t>і під ним ліхтарик блідний;&lt;br /&gt;</w:t>
        <w:br/>
        <w:t>і ні зливний попіл не потратить&lt;br /&gt;</w:t>
        <w:br/>
        <w:t>стежки: через тінь до східців.&lt;br /&gt;</w:t>
        <w:br/>
        <w:t>А джерел посланник добромовний,&lt;br /&gt;</w:t>
        <w:br/>
        <w:t>океанові при учті—&lt;br /&gt;</w:t>
        <w:br/>
        <w:t>сповістив про квітковинний домик,&lt;br /&gt;</w:t>
        <w:br/>
        <w:t>де з дощу про нього чути...</w:t>
      </w:r>
    </w:p>
    <w:p>
      <w:r>
        <w:br/>
        <w:t>Бо на мшистому обриві в розплив,&lt;br /&gt;</w:t>
        <w:br/>
        <w:t>як по найдревнішій міді,&lt;br /&gt;</w:t>
        <w:br/>
        <w:t>розбиває сім течій перлових—&lt;br /&gt;</w:t>
        <w:br/>
        <w:t>пасмами в каскади ділить.&lt;br /&gt;</w:t>
        <w:br/>
        <w:t>Збоку мшіє острівцева гряда,&lt;br /&gt;</w:t>
        <w:br/>
        <w:t>з каменя, в дитячу травність.&lt;br /&gt;</w:t>
        <w:br/>
        <w:t>Там: як свічничок, билина врядна&lt;br /&gt;</w:t>
        <w:br/>
        <w:t>цвітністю молебень править.&lt;br /&gt;</w:t>
        <w:br/>
        <w:t>18.УІИ.6&lt;br /&gt;</w:t>
        <w:br/>
        <w:t>БЛИЗЬКІСТЬ</w:t>
      </w:r>
    </w:p>
    <w:p>
      <w:r>
        <w:br/>
        <w:t>Чи приносить сонце з синіх нетрів—&lt;br /&gt;</w:t>
        <w:br/>
        <w:t>хрест палання в двері вбогі,&lt;br /&gt;</w:t>
        <w:br/>
        <w:t>то прикмета! від небес простерті&lt;br /&gt;</w:t>
        <w:br/>
        <w:t>руки: визволити гробик.&lt;br /&gt;</w:t>
        <w:br/>
        <w:t>Чи струмок приведено з вершиння:&lt;br /&gt;</w:t>
        <w:br/>
        <w:t>при іконці нас напоїть...&lt;br /&gt;</w:t>
        <w:br/>
        <w:t>знак! що зорі чашу всім відчинять;&lt;br /&gt;</w:t>
        <w:br/>
        <w:t>всім в олтар,—з біди сліпої.</w:t>
      </w:r>
    </w:p>
    <w:p>
      <w:r>
        <w:br/>
        <w:t>Чи вітає світло шестикрильне,&lt;br /&gt;</w:t>
        <w:br/>
        <w:t>в церкві, як провісток перший,&lt;br /&gt;</w:t>
        <w:br/>
        <w:t>то прикмета: до безсмертя кличе&lt;br /&gt;</w:t>
        <w:br/>
        <w:t>серце—від розп'яття в жертві.</w:t>
      </w:r>
    </w:p>
    <w:p>
      <w:r>
        <w:br/>
        <w:t>Від розп'яття з терну знов галузка,&lt;br /&gt;</w:t>
        <w:br/>
        <w:t>в збір сузір'їв, квіт—кривавець.&lt;br /&gt;</w:t>
        <w:br/>
        <w:t>Над світами з цвяхів краплі ллються;&lt;br /&gt;</w:t>
        <w:br/>
        <w:t>хрест, що небо відкриває.&lt;br /&gt;</w:t>
        <w:br/>
        <w:t>20.VIII.64&lt;br /&gt;</w:t>
        <w:br/>
        <w:t>ВЕРХОГІРНИЙ НАПРЯМОК</w:t>
      </w:r>
    </w:p>
    <w:p>
      <w:r>
        <w:br/>
        <w:t>Півбезумна стежка вгору в'ється,&lt;br /&gt;</w:t>
        <w:br/>
        <w:t>в скельні сходи—в ритми мшисті,&lt;br /&gt;</w:t>
        <w:br/>
        <w:t>в стукоти замореного серця! —&lt;br /&gt;</w:t>
        <w:br/>
        <w:t>гіркота себе не стишить.&lt;br /&gt;</w:t>
        <w:br/>
        <w:t>Брили звітрено: маризни в обкруг&lt;br /&gt;</w:t>
        <w:br/>
        <w:t>стали, мов дими криласті.&lt;br /&gt;</w:t>
        <w:br/>
        <w:t>Під вороноту склепіння вогку&lt;br /&gt;</w:t>
        <w:br/>
        <w:t>лист могли понаскладати.&lt;br /&gt;</w:t>
        <w:br/>
        <w:t>Полозами корені з обривів&lt;br /&gt;</w:t>
        <w:br/>
        <w:t>аж до зойку камінь душать.&lt;br /&gt;</w:t>
        <w:br/>
        <w:t>Навіть кручі, ребер не вберігши,&lt;br /&gt;</w:t>
        <w:br/>
        <w:t>стогонами рвуться пущах.&lt;br /&gt;</w:t>
        <w:br/>
        <w:t>Круто! в'ється стежка несходима;&lt;br /&gt;</w:t>
        <w:br/>
        <w:t>кров дорожньому натомить.&lt;br /&gt;</w:t>
        <w:br/>
        <w:t>Аж перемандрує дощик ридма&lt;br /&gt;</w:t>
        <w:br/>
        <w:t>цвинтарями вітроломів.&lt;br /&gt;</w:t>
        <w:br/>
        <w:t>При обривах, жевріючи, круглі,&lt;br /&gt;</w:t>
        <w:br/>
        <w:t>тяжко ягоди синіють.&lt;br /&gt;</w:t>
        <w:br/>
        <w:t>І надгір'я— мов прихмарні груди&lt;br /&gt;</w:t>
        <w:br/>
        <w:t>вкрито в мантію огнисту.&lt;br /&gt;</w:t>
        <w:br/>
        <w:t>Часто карані грозою сосни—&lt;br /&gt;</w:t>
        <w:br/>
        <w:t>зустрічаються страждати:&lt;br /&gt;</w:t>
        <w:br/>
        <w:t>чорно, з вугілля сльозинок гострих,&lt;br /&gt;</w:t>
        <w:br/>
        <w:t>значаться гріхи недавні.&lt;br /&gt;</w:t>
        <w:br/>
        <w:t>Брили на півкрок притьма здригнуться,&lt;br /&gt;</w:t>
        <w:br/>
        <w:t>погрозивши серцюв зморі.&lt;br /&gt;</w:t>
        <w:br/>
        <w:t>Близько, блискавши, з вершин могутня&lt;br /&gt;</w:t>
        <w:br/>
        <w:t>діядема охоронить.&lt;br /&gt;</w:t>
        <w:br/>
        <w:t>21-22. VIII.64</w:t>
      </w:r>
    </w:p>
    <w:p>
      <w:r>
        <w:br/>
        <w:t>ТРУДНИЙ ПЕРЕХІД</w:t>
      </w:r>
    </w:p>
    <w:p>
      <w:r>
        <w:br/>
        <w:t>Дошик сивий: з торбою, мов хмара! —&lt;br /&gt;</w:t>
        <w:br/>
        <w:t>десь дверима загремить...&lt;br /&gt;</w:t>
        <w:br/>
        <w:t>просячи хоч крихот, що не стратять&lt;br /&gt;</w:t>
        <w:br/>
        <w:t>світлости сільських хрестин.</w:t>
      </w:r>
    </w:p>
    <w:p>
      <w:r>
        <w:br/>
        <w:t>І мольбою покропля пороги,&lt;br /&gt;</w:t>
        <w:br/>
        <w:t>в сині, з кручами палаци—&lt;br /&gt;</w:t>
        <w:br/>
        <w:t>прошептавши: сонце вже нестроге&lt;br /&gt;</w:t>
        <w:br/>
        <w:t>старцеві борги заплатить.&lt;br /&gt;</w:t>
        <w:br/>
        <w:t>І димучим горем став кадити,&lt;br /&gt;</w:t>
        <w:br/>
        <w:t>звавши, як черниці—сосни,&lt;br /&gt;</w:t>
        <w:br/>
        <w:t>де на глинищі зірник тендітний&lt;br /&gt;</w:t>
        <w:br/>
        <w:t>проти спраги бризку просить.</w:t>
      </w:r>
    </w:p>
    <w:p>
      <w:r>
        <w:br/>
        <w:t>Дощ! він борошно негоди сіє&lt;br /&gt;</w:t>
        <w:br/>
        <w:t>просяне—через галуззя.&lt;br /&gt;</w:t>
        <w:br/>
        <w:t>Світло з білістю смичків: сусіднє,&lt;br /&gt;</w:t>
        <w:br/>
        <w:t>мшисті скелі не розлучать.&lt;br /&gt;</w:t>
        <w:br/>
        <w:t>Люблячи його, потоки скорі&lt;br /&gt;</w:t>
        <w:br/>
        <w:t>скрикнули проз камінь брамок:&lt;br /&gt;</w:t>
        <w:br/>
        <w:t>мов прозріннями з огню пророки —&lt;br /&gt;</w:t>
        <w:br/>
        <w:t>братні, до сердець немарно.</w:t>
      </w:r>
    </w:p>
    <w:p>
      <w:r>
        <w:br/>
        <w:t>Поряд, звалені, мов книгозбірня,&lt;br /&gt;</w:t>
        <w:br/>
        <w:t>брана від сліпців духовних:&lt;br /&gt;</w:t>
        <w:br/>
        <w:t>мертво камені зіницю ширять,&lt;br /&gt;</w:t>
        <w:br/>
        <w:t>горді! з горя на відході. _ __ттт л&lt;br /&gt;</w:t>
        <w:br/>
        <w:t>ПРИМІТИ жовтня</w:t>
      </w:r>
    </w:p>
    <w:p>
      <w:r>
        <w:br/>
        <w:t>Зводить очі океан, добігши&lt;br /&gt;</w:t>
        <w:br/>
        <w:t>до могил, але не врадить.&lt;br /&gt;</w:t>
        <w:br/>
        <w:t>Сірі! мук розп'ятого найближчих&lt;br /&gt;</w:t>
        <w:br/>
        <w:t>ми не пожаліли справді.&lt;br /&gt;</w:t>
        <w:br/>
        <w:t>Тяжко, падаючи, вкрай заслонять&lt;br /&gt;</w:t>
        <w:br/>
        <w:t>пасма винограду—камінь:&lt;br /&gt;</w:t>
        <w:br/>
        <w:t>горючи з багризни, мов на скронях&lt;br /&gt;</w:t>
        <w:br/>
        <w:t>сонця—в скорбі нескричанній.</w:t>
      </w:r>
    </w:p>
    <w:p>
      <w:r>
        <w:br/>
        <w:t>Любі небесам, як немовлята,&lt;br /&gt;</w:t>
        <w:br/>
        <w:t>ниви, з поклику безвинні—&lt;br /&gt;</w:t>
        <w:br/>
        <w:t>так зеленими слізьми димляться&lt;br /&gt;</w:t>
        <w:br/>
        <w:t>спочувати! день розвиднив.&lt;br /&gt;</w:t>
        <w:br/>
        <w:t>Змучився, розкривши пальці блідні&lt;br /&gt;</w:t>
        <w:br/>
        <w:t>в игертву з воскресіння повну—&lt;br /&gt;</w:t>
        <w:br/>
        <w:t>спогад гробовий: Хто кротко свідчить,&lt;br /&gt;</w:t>
        <w:br/>
        <w:t>на залізі вмерши кров'ю.&lt;br /&gt;</w:t>
        <w:br/>
        <w:t>Пробудився в зверхнебесній страді,&lt;br /&gt;</w:t>
        <w:br/>
        <w:t>сходячи між ниви хресні.&lt;br /&gt;</w:t>
        <w:br/>
        <w:t>Голосами в колосках прибратись&lt;br /&gt;</w:t>
        <w:br/>
        <w:t>тайні! — зв'язана, як перстень.&lt;br /&gt;</w:t>
        <w:br/>
        <w:t>24,25.Х.64&lt;br /&gt;</w:t>
        <w:br/>
        <w:t>СЕДЬМИРИЦЯ</w:t>
      </w:r>
    </w:p>
    <w:p>
      <w:r>
        <w:br/>
        <w:t>їх серця з любови, зверхбвітами,&lt;br /&gt;</w:t>
        <w:br/>
        <w:t>рвуться, висповідь ведучи:&lt;br /&gt;</w:t>
        <w:br/>
        <w:t>що Отець наш Бог,— і відмикати,&lt;br /&gt;</w:t>
        <w:br/>
        <w:t>з ланцюгів підсвіття, душі.&lt;br /&gt;</w:t>
        <w:br/>
        <w:t>До всезем'я їх провістя завжди,&lt;br /&gt;</w:t>
        <w:br/>
        <w:t>в сонмі духів короговних:&lt;br /&gt;</w:t>
        <w:br/>
        <w:t>линуть! мрії, що, небесно справжні,&lt;br /&gt;</w:t>
        <w:br/>
        <w:t>з олтаря огонь оновить.&lt;br /&gt;</w:t>
        <w:br/>
        <w:t>Там, промінячи в жаринній ризі—&lt;br /&gt;</w:t>
        <w:br/>
        <w:t>раною грудей і кров'ю,&lt;br /&gt;</w:t>
        <w:br/>
        <w:t>сходить на престол Суддя: розкрити&lt;br /&gt;</w:t>
        <w:br/>
        <w:t>книгу з хресністю живою.&lt;br /&gt;</w:t>
        <w:br/>
        <w:t>Сім перед очима: сім найближчих&lt;br /&gt;</w:t>
        <w:br/>
        <w:t>звісників, при брамі церкви;&lt;br /&gt;</w:t>
        <w:br/>
        <w:t>їх серця в палких високосвіччях,&lt;br /&gt;</w:t>
        <w:br/>
        <w:t>виспівами невичерпні.</w:t>
      </w:r>
    </w:p>
    <w:p>
      <w:r>
        <w:br/>
        <w:t>Там обличчя: ввік незаходиме:&lt;br /&gt;</w:t>
        <w:br/>
        <w:t>світоч скіній надвселенських.&lt;br /&gt;</w:t>
        <w:br/>
        <w:t>І до нього славлення ростиме—&lt;br /&gt;</w:t>
        <w:br/>
        <w:t>океан лілей при скелях.</w:t>
      </w:r>
    </w:p>
    <w:p>
      <w:r>
        <w:br/>
        <w:t>Над святими кручами світанків&lt;br /&gt;</w:t>
        <w:br/>
        <w:t>і річками трунних жнив,&lt;br /&gt;</w:t>
        <w:br/>
        <w:t>біла літургія в несказанних&lt;br /&gt;</w:t>
        <w:br/>
        <w:t>тайнах чаші—світ снажить.&lt;br /&gt;</w:t>
        <w:br/>
        <w:t>Сторожі—сповідниками в царствах,&lt;br /&gt;</w:t>
        <w:br/>
        <w:t>пламенними! сім: глядять;&lt;br /&gt;</w:t>
        <w:br/>
        <w:t>і не стихне правда світлодарча,&lt;br /&gt;</w:t>
        <w:br/>
        <w:t>з ними в жизняних садах.&lt;br /&gt;</w:t>
        <w:br/>
        <w:t>27-29. VIII.64&lt;br /&gt;</w:t>
        <w:br/>
        <w:t>СИЛИ ДОЖИДАННЯ</w:t>
      </w:r>
    </w:p>
    <w:p>
      <w:r>
        <w:br/>
        <w:t>Ми присуджені в круги при громі;&lt;br /&gt;</w:t>
        <w:br/>
        <w:t>тяжко грішних розділяють.&lt;br /&gt;</w:t>
        <w:br/>
        <w:t>А з огненних пальців сонце кормить&lt;br /&gt;</w:t>
        <w:br/>
        <w:t>океан, мов сизу чайку.</w:t>
      </w:r>
    </w:p>
    <w:p>
      <w:r>
        <w:br/>
        <w:t>Він обкинувся в найзеленішу&lt;br /&gt;</w:t>
        <w:br/>
        <w:t>одіж: до плеча, з пориву.&lt;br /&gt;</w:t>
        <w:br/>
        <w:t>І, в хрещатій, діяманти впишуть&lt;br /&gt;</w:t>
        <w:br/>
        <w:t>знак— цро тишину розкриту.</w:t>
      </w:r>
    </w:p>
    <w:p>
      <w:r>
        <w:br/>
        <w:t>Миро в склянчинці несуть пречисте—&lt;br /&gt;</w:t>
        <w:br/>
        <w:t>з хвиль прочани, в біль спокути:&lt;br /&gt;</w:t>
        <w:br/>
        <w:t>тільки полюбіть! і тільки кличте&lt;br /&gt;</w:t>
        <w:br/>
        <w:t>враз до серця сколихнутись.&lt;br /&gt;</w:t>
        <w:br/>
        <w:t>Невидимі йдуть вітрила в світі,&lt;br /&gt;</w:t>
        <w:br/>
        <w:t>вістячи з грози, на розсвіт —&lt;br /&gt;</w:t>
        <w:br/>
        <w:t>тронний вирок: про серця, сповиті&lt;br /&gt;</w:t>
        <w:br/>
        <w:t>в небо, над гроби морозні.</w:t>
      </w:r>
    </w:p>
    <w:p>
      <w:r>
        <w:br/>
        <w:t>Бо вгорі навік тернова гілка&lt;br /&gt;</w:t>
        <w:br/>
        <w:t>через світ, як меч простерта—&lt;br /&gt;</w:t>
        <w:br/>
        <w:t>в слово блискавки, і смертно згіркла:&lt;br /&gt;</w:t>
        <w:br/>
        <w:t>до чола при грізник дверях.</w:t>
      </w:r>
    </w:p>
    <w:p>
      <w:r>
        <w:br/>
        <w:t>Страшно море сліпить, грима страшно&lt;br /&gt;</w:t>
        <w:br/>
        <w:t>в синю мідь коло гробниці,&lt;br /&gt;</w:t>
        <w:br/>
        <w:t>звідки,— серце преднебес найстарше! —&lt;br /&gt;</w:t>
        <w:br/>
        <w:t>сходиш: дітьми приріднити.&lt;br /&gt;</w:t>
        <w:br/>
        <w:t>Як моря з святою течією,&lt;br /&gt;</w:t>
        <w:br/>
        <w:t>близиться в круги життя—&lt;br /&gt;</w:t>
        <w:br/>
        <w:t>вічність! айстрістю росить своєю:&lt;br /&gt;</w:t>
        <w:br/>
        <w:t>всіх до чаші дожида.&lt;br /&gt;</w:t>
        <w:br/>
        <w:t>21,27.IX.64&lt;br /&gt;</w:t>
        <w:br/>
        <w:t>ВІДНОВЛЕНИЙ ВІК</w:t>
      </w:r>
    </w:p>
    <w:p>
      <w:r>
        <w:br/>
        <w:t>Добра! що ділило з гіркотою,&lt;br /&gt;</w:t>
        <w:br/>
        <w:t>промина при стрічі в дверях.&lt;br /&gt;</w:t>
        <w:br/>
        <w:t>Слід образи зник перед тобою:&lt;br /&gt;</w:t>
        <w:br/>
        <w:t>в просвіті—як вітка мертва.&lt;br /&gt;</w:t>
        <w:br/>
        <w:t>Чужости листок згорів найлегший&lt;br /&gt;</w:t>
        <w:br/>
        <w:t>без докорів і без гніву.&lt;br /&gt;</w:t>
        <w:br/>
        <w:t>Згода в денній, що лилась на плечі,&lt;br /&gt;</w:t>
        <w:br/>
        <w:t>в ясності: зближа незмінну.</w:t>
      </w:r>
    </w:p>
    <w:p>
      <w:r>
        <w:br/>
        <w:t>Недовір'я з накипу на морі&lt;br /&gt;</w:t>
        <w:br/>
        <w:t>скинуто в піски назавжди.&lt;br /&gt;</w:t>
        <w:br/>
        <w:t>Мирні ми; сердечністю промовить&lt;br /&gt;</w:t>
        <w:br/>
        <w:t>дощ—понад прибій, діждавши.</w:t>
      </w:r>
    </w:p>
    <w:p>
      <w:r>
        <w:br/>
        <w:t>Чисто! що між нами тільки знане,&lt;br /&gt;</w:t>
        <w:br/>
        <w:t>збереглося в тихій тайні.&lt;br /&gt;</w:t>
        <w:br/>
        <w:t>Так огненна білість не зів'яне—&lt;br /&gt;</w:t>
        <w:br/>
        <w:t>пелюсткова, й не спитатись.</w:t>
      </w:r>
    </w:p>
    <w:p>
      <w:r>
        <w:br/>
        <w:t>Ти—первоцвіток, любов єдина;&lt;br /&gt;</w:t>
        <w:br/>
        <w:t>ти—двозір'я знов знайшов.&lt;br /&gt;</w:t>
        <w:br/>
        <w:t>Бо з полону голуба неділя&lt;br /&gt;</w:t>
        <w:br/>
        <w:t>вирвала: з гілок, як кров.&lt;br /&gt;</w:t>
        <w:br/>
        <w:t>Нам любов—світильниця несмертних,&lt;br /&gt;</w:t>
        <w:br/>
        <w:t>а розвага: іскра в трунність.&lt;br /&gt;</w:t>
        <w:br/>
        <w:t>Над гробничний дощ, навіки меви! —&lt;br /&gt;</w:t>
        <w:br/>
        <w:t>відлітати в круг спокутний.&lt;br /&gt;</w:t>
        <w:br/>
        <w:t>НАПРОТИ ЗИМИ</w:t>
      </w:r>
    </w:p>
    <w:p>
      <w:r>
        <w:br/>
        <w:t>Біля сонця перейшли, обнявшись,&lt;br /&gt;</w:t>
        <w:br/>
        <w:t>пари: зріднені, без смерти.&lt;br /&gt;</w:t>
        <w:br/>
        <w:t>Там до грядки радощі, мов наші,&lt;br /&gt;</w:t>
        <w:br/>
        <w:t>горнуть пальці хризантемні.</w:t>
      </w:r>
    </w:p>
    <w:p>
      <w:r>
        <w:br/>
        <w:t>Де моя порада? в межі люті&lt;br /&gt;</w:t>
        <w:br/>
        <w:t>вбризкано залізо скарги.&lt;br /&gt;</w:t>
        <w:br/>
        <w:t>Бо замкнули згадку—в сніг розлуки,&lt;br /&gt;</w:t>
        <w:br/>
        <w:t>в кістяки квіток підкарних.</w:t>
      </w:r>
    </w:p>
    <w:p>
      <w:r>
        <w:br/>
        <w:t>Кличу в гори, без відмови кличу,&lt;br /&gt;</w:t>
        <w:br/>
        <w:t>серцем на прощання блідна...&lt;br /&gt;</w:t>
        <w:br/>
        <w:t>Вже: сестрою! в зірку вже найближчу—&lt;br /&gt;</w:t>
        <w:br/>
        <w:t>звістку засвіти на східцях.&lt;br /&gt;</w:t>
        <w:br/>
        <w:t>Чути в борі з темністю верхів'я&lt;br /&gt;</w:t>
        <w:br/>
        <w:t>від снігів дихання строге.&lt;br /&gt;</w:t>
        <w:br/>
        <w:t>Чистий голос! рукави відхилять&lt;br /&gt;</w:t>
        <w:br/>
        <w:t>від вікна—огненне горе.&lt;br /&gt;</w:t>
        <w:br/>
        <w:t>29.IX.64&lt;br /&gt;</w:t>
        <w:br/>
        <w:t>ОСІННІЙ ХІД</w:t>
      </w:r>
    </w:p>
    <w:p>
      <w:r>
        <w:br/>
        <w:t>Вже і осінь: пурпур від галузки—&lt;br /&gt;</w:t>
        <w:br/>
        <w:t>спалить, віяний листками.&lt;br /&gt;</w:t>
        <w:br/>
        <w:t>І в тривозі душі нерозлучні,&lt;br /&gt;</w:t>
        <w:br/>
        <w:t>почали грози лякатись.</w:t>
      </w:r>
    </w:p>
    <w:p>
      <w:r>
        <w:br/>
        <w:t>Знов до жарової став криниці&lt;br /&gt;</w:t>
        <w:br/>
        <w:t>жовтень! — воскова жалоба.&lt;br /&gt;</w:t>
        <w:br/>
        <w:t>Ллють волошки з моря блиск: мов снитись;&lt;br /&gt;</w:t>
        <w:br/>
        <w:t>привиди в дощі ворожать.</w:t>
      </w:r>
    </w:p>
    <w:p>
      <w:r>
        <w:br/>
        <w:t>Ніби пари шлюбні на доріжках,&lt;br /&gt;</w:t>
        <w:br/>
        <w:t>діти в почеті ведучи...&lt;br /&gt;</w:t>
        <w:br/>
        <w:t>Там —жоржинністю, з туманів, ближча—&lt;br /&gt;</w:t>
        <w:br/>
        <w:t>наречена: в слід медунки.&lt;br /&gt;</w:t>
        <w:br/>
        <w:t>З моря, як дзвіницями, розсвіття;&lt;br /&gt;</w:t>
        <w:br/>
        <w:t>чути смуток невичерпний.&lt;br /&gt;</w:t>
        <w:br/>
        <w:t>І в стовпи горить вода правічна,&lt;br /&gt;</w:t>
        <w:br/>
        <w:t>проти скелі при чернецтві.</w:t>
      </w:r>
    </w:p>
    <w:p>
      <w:r>
        <w:br/>
        <w:t>Світоч твердо в полум'ї посвяти,&lt;br /&gt;</w:t>
        <w:br/>
        <w:t>на лазурність несходиму—&lt;br /&gt;</w:t>
        <w:br/>
        <w:t>підніма й хрестами бору ставить&lt;br /&gt;</w:t>
        <w:br/>
        <w:t>знаки про довічну схиму.&lt;br /&gt;</w:t>
        <w:br/>
        <w:t>З.Х.64&lt;br /&gt;</w:t>
        <w:br/>
        <w:t>З'ЯВА</w:t>
      </w:r>
    </w:p>
    <w:p>
      <w:r>
        <w:br/>
        <w:t>Вкруг отрутами злоба димить&lt;br /&gt;</w:t>
        <w:br/>
        <w:t>над руїною: рудими.&lt;br /&gt;</w:t>
        <w:br/>
        <w:t>Вкруг—яа мідь стара, сердита мідь:&lt;br /&gt;</w:t>
        <w:br/>
        <w:t>день без милости відмірить.</w:t>
      </w:r>
    </w:p>
    <w:p>
      <w:r>
        <w:br/>
        <w:t>Перетерплюй, серце! не скорися&lt;br /&gt;</w:t>
        <w:br/>
        <w:t>на піски до скорпіонів.&lt;br /&gt;</w:t>
        <w:br/>
        <w:t>Бо і ризницями кольориста&lt;br /&gt;</w:t>
        <w:br/>
        <w:t>осінь до стіни полонить.</w:t>
      </w:r>
    </w:p>
    <w:p>
      <w:r>
        <w:br/>
        <w:t>Осінь! горе нам спадає в груди,&lt;br /&gt;</w:t>
        <w:br/>
        <w:t>і крилатий крик, злетівши,&lt;br /&gt;</w:t>
        <w:br/>
        <w:t>ранить: бистриною крик нелюдський&lt;br /&gt;</w:t>
        <w:br/>
        <w:t>через міст і човник тиші.</w:t>
      </w:r>
    </w:p>
    <w:p>
      <w:r>
        <w:br/>
        <w:t>А ПОИГООНУТЬсиві, а поигоонуть.&lt;br /&gt;</w:t>
        <w:br/>
        <w:t>лившись хвилі: мимо лившись.&lt;br /&gt;</w:t>
        <w:br/>
        <w:t>Мов прозору—усмішку прозору&lt;br /&gt;</w:t>
        <w:br/>
        <w:t>світять немовлята милі.</w:t>
      </w:r>
    </w:p>
    <w:p>
      <w:r>
        <w:br/>
        <w:t>Що жемужні, любі! все повторять,&lt;br /&gt;</w:t>
        <w:br/>
        <w:t>хлюпаючи: в світні речі,—&lt;br /&gt;</w:t>
        <w:br/>
        <w:t>повів добрий над прогірклість горя,&lt;br /&gt;</w:t>
        <w:br/>
        <w:t>де ще квітик не почерствів.&lt;br /&gt;</w:t>
        <w:br/>
        <w:t>А черленістю листки зотліли—&lt;br /&gt;</w:t>
        <w:br/>
        <w:t>поміж камені, що пінять.&lt;br /&gt;</w:t>
        <w:br/>
        <w:t>І під вихор—болі підневільні&lt;br /&gt;</w:t>
        <w:br/>
        <w:t>трав: мов розридалась пісня...&lt;br /&gt;</w:t>
        <w:br/>
        <w:t>Зір, притоплена валами, клонить,&lt;br /&gt;</w:t>
        <w:br/>
        <w:t>а не гине в жовту кривду.&lt;br /&gt;</w:t>
        <w:br/>
        <w:t>Десь доріжка: біля гроз сокольних,&lt;br /&gt;</w:t>
        <w:br/>
        <w:t>дожида! і зерна зійдуть.</w:t>
      </w:r>
    </w:p>
    <w:p>
      <w:r>
        <w:br/>
        <w:t>Серце моє, хворе в сплеск нещастя,&lt;br /&gt;</w:t>
        <w:br/>
        <w:t>ти, серед примар скажених,&lt;br /&gt;</w:t>
        <w:br/>
        <w:t>стерплюй! привид соняшника знявся—&lt;br /&gt;</w:t>
        <w:br/>
        <w:t>в димі моря, ніби жертва.&lt;br /&gt;</w:t>
        <w:br/>
        <w:t>9.Х.64&lt;br /&gt;</w:t>
        <w:br/>
        <w:t>ПЕРЕДВІСТЯ ЗУСТРІЧІ</w:t>
      </w:r>
    </w:p>
    <w:p>
      <w:r>
        <w:br/>
        <w:t>З надвечір'я— змученість вишнев'я;&lt;br /&gt;</w:t>
        <w:br/>
        <w:t>ллється в схрещення віконне.&lt;br /&gt;</w:t>
        <w:br/>
        <w:t>Морем змірена біда на дев'ять&lt;br /&gt;</w:t>
        <w:br/>
        <w:t>голубих валів: не змовкне...</w:t>
      </w:r>
    </w:p>
    <w:p>
      <w:r>
        <w:br/>
        <w:t>а напроти, небозвід відкривши&lt;br /&gt;</w:t>
        <w:br/>
        <w:t>огністю громів збіліти:&lt;br /&gt;</w:t>
        <w:br/>
        <w:t>прийде Цар—суддя навік! кровини&lt;br /&gt;</w:t>
        <w:br/>
        <w:t>хрест несмертний пересвітлить.</w:t>
      </w:r>
    </w:p>
    <w:p>
      <w:r>
        <w:br/>
        <w:t>З незахідности знамен небесних,&lt;br /&gt;</w:t>
        <w:br/>
        <w:t>всім предвічне серце видно;&lt;br /&gt;</w:t>
        <w:br/>
        <w:t>серед янголів, брати і сестри! —&lt;br /&gt;</w:t>
        <w:br/>
        <w:t>хто за правду в поєдинок.&lt;br /&gt;</w:t>
        <w:br/>
        <w:t>Мов душа на схрещення прибита,&lt;br /&gt;</w:t>
        <w:br/>
        <w:t>дерево: про тебе, жде—&lt;br /&gt;</w:t>
        <w:br/>
        <w:t>в тьмі молитись! вістку з верховіття&lt;br /&gt;</w:t>
        <w:br/>
        <w:t>провеснить крізь кривду вдень.</w:t>
      </w:r>
    </w:p>
    <w:p>
      <w:r>
        <w:br/>
        <w:t>І тоді, тойбічніша, ніж місяць,&lt;br /&gt;</w:t>
        <w:br/>
        <w:t>але ближча і від братки:&lt;br /&gt;</w:t>
        <w:br/>
        <w:t>вже посвідчиш вірно несамітна—&lt;br /&gt;</w:t>
        <w:br/>
        <w:t>звідки всім навік стрічатись.&lt;br /&gt;</w:t>
        <w:br/>
        <w:t>10.Х.64&lt;br /&gt;</w:t>
        <w:br/>
        <w:t>МЕЖА ПРИБОЮ</w:t>
      </w:r>
    </w:p>
    <w:p>
      <w:r>
        <w:br/>
        <w:t>Чи синіша ніч: магнітну звівши&lt;br /&gt;</w:t>
        <w:br/>
        <w:t>силу з бігуна світитись? —&lt;br /&gt;</w:t>
        <w:br/>
        <w:t>ніж біда в пориви восьмизвірні&lt;br /&gt;</w:t>
        <w:br/>
        <w:t>звалиться на сиві свитки.</w:t>
      </w:r>
    </w:p>
    <w:p>
      <w:r>
        <w:br/>
        <w:t>І печаль тоді нечутно стисне,&lt;br /&gt;</w:t>
        <w:br/>
        <w:t>скине серце! з гіркотою.&lt;br /&gt;</w:t>
        <w:br/>
        <w:t>Проз дев'яте зло пройшла осіннє,&lt;br /&gt;</w:t>
        <w:br/>
        <w:t>чиста правда—мов чужою.</w:t>
      </w:r>
    </w:p>
    <w:p>
      <w:r>
        <w:br/>
        <w:t>Бо невгадана була завчасна,&lt;br /&gt;</w:t>
        <w:br/>
        <w:t>на містку життя глухому.&lt;br /&gt;</w:t>
        <w:br/>
        <w:t>Безліч лебедів над ниву мчаться—&lt;br /&gt;</w:t>
        <w:br/>
        <w:t>голосну, з біди, додому.&lt;br /&gt;</w:t>
        <w:br/>
        <w:t>Там: де вічність, льодовець нескрушний,&lt;br /&gt;</w:t>
        <w:br/>
        <w:t>крильми зблиснуть, спокій пивши...&lt;br /&gt;</w:t>
        <w:br/>
        <w:t>Любо! мимойдучи, сонця кущик&lt;br /&gt;</w:t>
        <w:br/>
        <w:t>найблаженніш віє в тиші.</w:t>
      </w:r>
    </w:p>
    <w:p>
      <w:r>
        <w:br/>
        <w:t>Тут і кроки квіткова могутність&lt;br /&gt;</w:t>
        <w:br/>
        <w:t>відміря, з грози проллється...&lt;br /&gt;</w:t>
        <w:br/>
        <w:t>будем, як веселку, поклик чути&lt;br /&gt;</w:t>
        <w:br/>
        <w:t>скоро—з воскресіння серця.&lt;br /&gt;</w:t>
        <w:br/>
        <w:t>ЗО.Х.64&lt;br /&gt;</w:t>
        <w:br/>
        <w:t>ВІДСВІТ ОСЕНИ</w:t>
      </w:r>
    </w:p>
    <w:p>
      <w:r>
        <w:br/>
        <w:t>Склониться чоло в багрянці: рани—&lt;br /&gt;</w:t>
        <w:br/>
        <w:t>вкружні, сточували довго...&lt;br /&gt;</w:t>
        <w:br/>
        <w:t>від кровин скипатися, від браних&lt;br /&gt;</w:t>
        <w:br/>
        <w:t>вістрям терну війкового.&lt;br /&gt;</w:t>
        <w:br/>
        <w:t>аж дотчеться терпкісто намітка&lt;br /&gt;</w:t>
        <w:br/>
        <w:t>сіра—часта: по обличчю.&lt;br /&gt;</w:t>
        <w:br/>
        <w:t>Вже росою смертною обмита—&lt;br /&gt;</w:t>
        <w:br/>
        <w:t>з поту понад тьму найближчу.&lt;br /&gt;</w:t>
        <w:br/>
        <w:t>І не зміряти жарою в зорях&lt;br /&gt;</w:t>
        <w:br/>
        <w:t>ні—що з сонця: прірви болю —&lt;br /&gt;</w:t>
        <w:br/>
        <w:t>в терзаного на хресті! як морять&lt;br /&gt;</w:t>
        <w:br/>
        <w:t>муки, склавши тінь глибоку.&lt;br /&gt;</w:t>
        <w:br/>
        <w:t>Жили на руках і стопах рвавши—&lt;br /&gt;</w:t>
        <w:br/>
        <w:t>скровленому в ніч безрадну.&lt;br /&gt;</w:t>
        <w:br/>
        <w:t>І прибитому на хрест найважчий:&lt;br /&gt;</w:t>
        <w:br/>
        <w:t>платою за всіх—до краю.</w:t>
      </w:r>
    </w:p>
    <w:p>
      <w:r>
        <w:br/>
        <w:t>В найзвірнішу зведено погибіль&lt;br /&gt;</w:t>
        <w:br/>
        <w:t>плоть пориту, доки в ребра&lt;br /&gt;</w:t>
        <w:br/>
        <w:t>внизано і спис—чи серце, вбитий—&lt;br /&gt;</w:t>
        <w:br/>
        <w:t>не зберіг? роздерти треба.</w:t>
      </w:r>
    </w:p>
    <w:p>
      <w:r>
        <w:br/>
        <w:t>Вже звершилось! кров'ю і водою&lt;br /&gt;</w:t>
        <w:br/>
        <w:t>свідчить, мертве—перед злими:&lt;br /&gt;</w:t>
        <w:br/>
        <w:t>серце, що пломінністю живою&lt;br /&gt;</w:t>
        <w:br/>
        <w:t>всіх веде, збудивши з глини.&lt;br /&gt;</w:t>
        <w:br/>
        <w:t>Всіх любило без кінця, прещедре;&lt;br /&gt;</w:t>
        <w:br/>
        <w:t>стануло! і небо з жаху—&lt;br /&gt;</w:t>
        <w:br/>
        <w:t>вмить світильними світами меркне:&lt;br /&gt;</w:t>
        <w:br/>
        <w:t>ринучи в біду неждану.&lt;br /&gt;</w:t>
        <w:br/>
        <w:t>І здригнулось до підвалин вічних,&lt;br /&gt;</w:t>
        <w:br/>
        <w:t>в грозові удари з ночі...&lt;br /&gt;</w:t>
        <w:br/>
        <w:t>мов—звалили Божий семисвічник—&lt;br /&gt;</w:t>
        <w:br/>
        <w:t>в олтарі: до слів пророчих.&lt;br /&gt;</w:t>
        <w:br/>
        <w:t>І обпалить материнські груди—&lt;br /&gt;</w:t>
        <w:br/>
        <w:t>кара, ніби меч злочинців.&lt;br /&gt;</w:t>
        <w:br/>
        <w:t>Що злопомсти їх, як скель, нікуди&lt;br /&gt;</w:t>
        <w:br/>
        <w:t>не минути! скель в'язничних.</w:t>
      </w:r>
    </w:p>
    <w:p>
      <w:r>
        <w:br/>
        <w:t>І довічно, поки в небі сходить&lt;br /&gt;</w:t>
        <w:br/>
        <w:t>мов сторіки, день безсмертний,&lt;br /&gt;</w:t>
        <w:br/>
        <w:t>буде смуток матері, крізь спогад,&lt;br /&gt;</w:t>
        <w:br/>
        <w:t>терпнути: огню не зменшить.</w:t>
      </w:r>
    </w:p>
    <w:p>
      <w:r>
        <w:br/>
        <w:t>Поклонімось, до зорі припавши,&lt;br /&gt;</w:t>
        <w:br/>
        <w:t>просячи—в хресті простити:&lt;br /&gt;</w:t>
        <w:br/>
        <w:t>ми! порушники його пропащі—&lt;br /&gt;</w:t>
        <w:br/>
        <w:t>ним відкуплені в досвітність.&lt;br /&gt;</w:t>
        <w:br/>
        <w:t>ТЕРПКІСТЬ МОРЯ</w:t>
      </w:r>
    </w:p>
    <w:p>
      <w:r>
        <w:br/>
        <w:t>І</w:t>
      </w:r>
    </w:p>
    <w:p>
      <w:r>
        <w:br/>
        <w:t>Оніміє день і не прокаже&lt;br /&gt;</w:t>
        <w:br/>
        <w:t>променя при силі—в осінь!&lt;br /&gt;</w:t>
        <w:br/>
        <w:t>Море не почує, мов несправжнє;&lt;br /&gt;</w:t>
        <w:br/>
        <w:t>сітку смерти переносить...</w:t>
      </w:r>
    </w:p>
    <w:p>
      <w:r>
        <w:br/>
        <w:t>покриває верби, зримі вдруге:&lt;br /&gt;</w:t>
        <w:br/>
        <w:t>з глибини вінцем погребні.&lt;br /&gt;</w:t>
        <w:br/>
        <w:t>Мов чуття брижіє все горюче—&lt;br /&gt;</w:t>
        <w:br/>
        <w:t>втопленицьгміж дим на берег.</w:t>
      </w:r>
    </w:p>
    <w:p>
      <w:r>
        <w:br/>
        <w:t>Тільки видно, де і наймолодші,&lt;br /&gt;</w:t>
        <w:br/>
        <w:t>в блиску радости на свята:&lt;br /&gt;</w:t>
        <w:br/>
        <w:t>діти граються, скали дійшовши—&lt;br /&gt;</w:t>
        <w:br/>
        <w:t>красно вся, мов храмик, знята.</w:t>
      </w:r>
    </w:p>
    <w:p>
      <w:r>
        <w:br/>
        <w:t>Близко ні труна не взеленіє,&lt;br /&gt;</w:t>
        <w:br/>
        <w:t>замкнута з огню в печатки.&lt;br /&gt;</w:t>
        <w:br/>
        <w:t>Ні кермек не зацвіте скорбніше:&lt;br /&gt;</w:t>
        <w:br/>
        <w:t>свідок ясирів дівчачих.&lt;br /&gt;</w:t>
        <w:br/>
        <w:t>7.XI.64&lt;br /&gt;</w:t>
        <w:br/>
        <w:t>Знов ключів'я чайок, налякавшись&lt;br /&gt;</w:t>
        <w:br/>
        <w:t>відгрому в руїнах тучі,—&lt;br /&gt;</w:t>
        <w:br/>
        <w:t>крильністю від завірюхи кращі,&lt;br /&gt;</w:t>
        <w:br/>
        <w:t>кружаться, і смутки чути.</w:t>
      </w:r>
    </w:p>
    <w:p>
      <w:r>
        <w:br/>
        <w:t>Чи в спокуті душі потойбічні&lt;br /&gt;</w:t>
        <w:br/>
        <w:t>так неспоглядимо в скаргу—&lt;br /&gt;</w:t>
        <w:br/>
        <w:t>з дожидання до святої стрічі,&lt;br /&gt;</w:t>
        <w:br/>
        <w:t>квилячи, над пітьму прагнуть?</w:t>
      </w:r>
    </w:p>
    <w:p>
      <w:r>
        <w:br/>
        <w:t>А печатка місяця прищербна:&lt;br /&gt;</w:t>
        <w:br/>
        <w:t>схиленою в сизий розпач—&lt;br /&gt;</w:t>
        <w:br/>
        <w:t>мерхне смертю черепів при дверях,&lt;br /&gt;</w:t>
        <w:br/>
        <w:t>де ліси жебрущі просять.</w:t>
      </w:r>
    </w:p>
    <w:p>
      <w:r>
        <w:br/>
        <w:t>Все—в скорботі, по страшнім відході,&lt;br /&gt;</w:t>
        <w:br/>
        <w:t>на хресті! залізо гостре.&lt;br /&gt;</w:t>
        <w:br/>
        <w:t>В глибині, де смерть кайдани зводить,&lt;br /&gt;</w:t>
        <w:br/>
        <w:t>ні кровина не простогне.</w:t>
      </w:r>
    </w:p>
    <w:p>
      <w:r>
        <w:br/>
        <w:t>З перекладини, що вічно святить,&lt;br /&gt;</w:t>
        <w:br/>
        <w:t>брали, в окрик неба блідний:&lt;br /&gt;</w:t>
        <w:br/>
        <w:t>вірні—збагреного в судні цвяхи,&lt;br /&gt;</w:t>
        <w:br/>
        <w:t>брали князя білих свідків.&lt;br /&gt;</w:t>
        <w:br/>
        <w:t>14.XI.64&lt;br /&gt;</w:t>
        <w:br/>
        <w:t>Дощ посіяно в туман озерний,&lt;br /&gt;</w:t>
        <w:br/>
        <w:t>від берези ще блідніте:&lt;br /&gt;</w:t>
        <w:br/>
        <w:t>краплями з повік самої смерти,&lt;br /&gt;</w:t>
        <w:br/>
        <w:t>над прозоре кладовище.&lt;br /&gt;</w:t>
        <w:br/>
        <w:t>Лебедів безвинна світить вічність&lt;br /&gt;</w:t>
        <w:br/>
        <w:t>при сторожі коло гробу.&lt;br /&gt;</w:t>
        <w:br/>
        <w:t>Ні скрапання вже не перелічить&lt;br /&gt;</w:t>
        <w:br/>
        <w:t>небо в зорях, вірне зроду.&lt;br /&gt;</w:t>
        <w:br/>
        <w:t>Вже, скорбото! стати на коліна,&lt;br /&gt;</w:t>
        <w:br/>
        <w:t>все—прощення в серце ждучи&lt;br /&gt;</w:t>
        <w:br/>
        <w:t>(простягається правиця млітна:&lt;br /&gt;</w:t>
        <w:br/>
        <w:t>жебракова в суд найдужчий).</w:t>
      </w:r>
    </w:p>
    <w:p>
      <w:r>
        <w:br/>
        <w:t>Милости, через безодню строгу—&lt;br /&gt;</w:t>
        <w:br/>
        <w:t>крихти в стогін покаянний:&lt;br /&gt;</w:t>
        <w:br/>
        <w:t>звати від воскресного чертогу,&lt;br /&gt;</w:t>
        <w:br/>
        <w:t>між погребними свічками.</w:t>
      </w:r>
    </w:p>
    <w:p>
      <w:r>
        <w:br/>
        <w:t>Нам озвуться голоси сирітські&lt;br /&gt;</w:t>
        <w:br/>
        <w:t>мевок—невидимо в небі.&lt;br /&gt;</w:t>
        <w:br/>
        <w:t>І туман прибрамний ждуть відкрити—&lt;br /&gt;</w:t>
        <w:br/>
        <w:t>сестри з озера служебні.&lt;br /&gt;</w:t>
        <w:br/>
        <w:t>Там ридати в листя вмить спинився,&lt;br /&gt;</w:t>
        <w:br/>
        <w:t>в листя, смутками нестямне—&lt;br /&gt;</w:t>
        <w:br/>
        <w:t>дощ: на горах, де горить гробниця&lt;br /&gt;</w:t>
        <w:br/>
        <w:t>сонцем і не перестане.&lt;br /&gt;</w:t>
        <w:br/>
        <w:t>СИВИЙ ДЕНЬ</w:t>
      </w:r>
    </w:p>
    <w:p>
      <w:r>
        <w:br/>
        <w:t>Все з тінизни—сніжністю закрите,&lt;br /&gt;</w:t>
        <w:br/>
        <w:t>все: закрите, біле, біле...&lt;br /&gt;</w:t>
        <w:br/>
        <w:t>Серця сестро! горе ще гіркіше—&lt;br /&gt;</w:t>
        <w:br/>
        <w:t>від жарин, де жертви хлібець.</w:t>
      </w:r>
    </w:p>
    <w:p>
      <w:r>
        <w:br/>
        <w:t>Видно—з неба льон, при наречених;&lt;br /&gt;</w:t>
        <w:br/>
        <w:t>а в озерах ніч холодна.&lt;br /&gt;</w:t>
        <w:br/>
        <w:t>Хлібець неньчиного сонця з печі—&lt;br /&gt;</w:t>
        <w:br/>
        <w:t>подарунок на долонях.</w:t>
      </w:r>
    </w:p>
    <w:p>
      <w:r>
        <w:br/>
        <w:t>Чи барилось неминуче горе&lt;br /&gt;</w:t>
        <w:br/>
        <w:t>з мертвими листками в пам'ять? —&lt;br /&gt;</w:t>
        <w:br/>
        <w:t>жовті! та тернин терпіння гостре:&lt;br /&gt;</w:t>
        <w:br/>
        <w:t>в місяця чоло обпалять.</w:t>
      </w:r>
    </w:p>
    <w:p>
      <w:r>
        <w:br/>
        <w:t>Тихе поле—як твоє тойсвіття,&lt;br /&gt;</w:t>
        <w:br/>
        <w:t>де родині до розлуки&lt;br /&gt;</w:t>
        <w:br/>
        <w:t>білі ластівки зірок—сповістять&lt;br /&gt;</w:t>
        <w:br/>
        <w:t>шестикрило: в стогін людський.</w:t>
      </w:r>
    </w:p>
    <w:p>
      <w:r>
        <w:br/>
        <w:t>Та крізь найблідніший морок смерти,&lt;br /&gt;</w:t>
        <w:br/>
        <w:t>над ялини днів, над безліч:&lt;br /&gt;</w:t>
        <w:br/>
        <w:t>ближчає, з огню кровин притерплих,&lt;br /&gt;</w:t>
        <w:br/>
        <w:t>вінчик на хресті—в молебень.&lt;br /&gt;</w:t>
        <w:br/>
        <w:t>20.XII.64&lt;br /&gt;</w:t>
        <w:br/>
        <w:t>МОЛИТОВНИЙ ВЕЧІР</w:t>
      </w:r>
    </w:p>
    <w:p>
      <w:r>
        <w:br/>
        <w:t>Вечір: мов ікони жар відкритий—&lt;br /&gt;</w:t>
        <w:br/>
        <w:t>скелями живого блиску.&lt;br /&gt;</w:t>
        <w:br/>
        <w:t>Всі в розхіддя! чи й кузнечні ріки&lt;br /&gt;</w:t>
        <w:br/>
        <w:t>спалять суєту землисту?</w:t>
      </w:r>
    </w:p>
    <w:p>
      <w:r>
        <w:br/>
        <w:t>Так блаженного на площі церква—&lt;br /&gt;</w:t>
        <w:br/>
        <w:t>так проти завій негорда:&lt;br /&gt;</w:t>
        <w:br/>
        <w:t>в обсвіті возвістями вбереться;&lt;br /&gt;</w:t>
        <w:br/>
        <w:t>мов зірок огненна згода.</w:t>
      </w:r>
    </w:p>
    <w:p>
      <w:r>
        <w:br/>
        <w:t>Зберегли тебе в несніжній шатрі,&lt;br /&gt;</w:t>
        <w:br/>
        <w:t>як склепіння сплесків добрих,—&lt;br /&gt;</w:t>
        <w:br/>
        <w:t>шестикрильні птиці світла старші;&lt;br /&gt;</w:t>
        <w:br/>
        <w:t>їхній зіркокруг приходить.</w:t>
      </w:r>
    </w:p>
    <w:p>
      <w:r>
        <w:br/>
        <w:t>Приклонімося в молитву боржну! —&lt;br /&gt;</w:t>
        <w:br/>
        <w:t>о моя жона: не буде&lt;br /&gt;</w:t>
        <w:br/>
        <w:t>воплів горя—прощені любов'ю,&lt;br /&gt;</w:t>
        <w:br/>
        <w:t>станемо на море судне.&lt;br /&gt;</w:t>
        <w:br/>
        <w:t>24.1.65&lt;br /&gt;</w:t>
        <w:br/>
        <w:t>ВЕЧІРНЯ ТИХІСТЬ</w:t>
      </w:r>
    </w:p>
    <w:p>
      <w:r>
        <w:br/>
        <w:t>І</w:t>
      </w:r>
    </w:p>
    <w:p>
      <w:r>
        <w:br/>
        <w:t>Димними руками доля в зводи—&lt;br /&gt;</w:t>
        <w:br/>
        <w:t>з полум'я квітник складала.&lt;br /&gt;</w:t>
        <w:br/>
        <w:t>Як при гробі: чайок сім'ї добрі;&lt;br /&gt;</w:t>
        <w:br/>
        <w:t>а лани сузірно ждані.</w:t>
      </w:r>
    </w:p>
    <w:p>
      <w:r>
        <w:br/>
        <w:t>Чи забуде, в спомини сестринські&lt;br /&gt;</w:t>
        <w:br/>
        <w:t>(над росою, що без краю)&lt;br /&gt;</w:t>
        <w:br/>
        <w:t>вся сповита: з гілкою склонитись—&lt;br /&gt;</w:t>
        <w:br/>
        <w:t>і душа? коли впізнаю?</w:t>
      </w:r>
    </w:p>
    <w:p>
      <w:r>
        <w:br/>
        <w:t>Річка вечора без мір осяйна,&lt;br /&gt;</w:t>
        <w:br/>
        <w:t>вся—жемчуг з мечів тече:&lt;br /&gt;</w:t>
        <w:br/>
        <w:t>біля скелля! та де мріти стала&lt;br /&gt;</w:t>
        <w:br/>
        <w:t>чебрецем коса з плечей.</w:t>
      </w:r>
    </w:p>
    <w:p>
      <w:r>
        <w:br/>
        <w:t>А потоп карміну і небесне&lt;br /&gt;</w:t>
        <w:br/>
        <w:t>ллється спочування в присмерк.&lt;br /&gt;</w:t>
        <w:br/>
        <w:t>З висоти: як серця край до весен&lt;br /&gt;</w:t>
        <w:br/>
        <w:t>молодик, оживши, стріне.&lt;br /&gt;</w:t>
        <w:br/>
        <w:t>Що, левади жнучи сизі, вістить&lt;br /&gt;</w:t>
        <w:br/>
        <w:t>німістю жаринно в груди...&lt;br /&gt;</w:t>
        <w:br/>
        <w:t>ми не рани ждем! а вже з надсвіття&lt;br /&gt;</w:t>
        <w:br/>
        <w:t>огнище лілей розсудить.&lt;br /&gt;</w:t>
        <w:br/>
        <w:t>7.III.65&lt;br /&gt;</w:t>
        <w:br/>
        <w:t>Чи відкрито з тайністю скарбонки—&lt;br /&gt;</w:t>
        <w:br/>
        <w:t>з'явлення про диво смерти?...&lt;br /&gt;</w:t>
        <w:br/>
        <w:t>без ваги ридання, що з різьбою&lt;br /&gt;</w:t>
        <w:br/>
        <w:t>вбрало в плитах тіні хресні.</w:t>
      </w:r>
    </w:p>
    <w:p>
      <w:r>
        <w:br/>
        <w:t>Ні! воскрешено спішити в кличне&lt;br /&gt;</w:t>
        <w:br/>
        <w:t>віщення, чого не взнали,&lt;br /&gt;</w:t>
        <w:br/>
        <w:t>хоч і від скрипок грози ще ближче—&lt;br /&gt;</w:t>
        <w:br/>
        <w:t>слово: витерпівши з нами.&lt;br /&gt;</w:t>
        <w:br/>
        <w:t>Це—про видноту, сліпим сліпучу,&lt;br /&gt;</w:t>
        <w:br/>
        <w:t>де розлита через берег.&lt;br /&gt;</w:t>
        <w:br/>
        <w:t>Чи безодня, як замкнула чутку,&lt;br /&gt;</w:t>
        <w:br/>
        <w:t>човен домовини верне?..&lt;br /&gt;</w:t>
        <w:br/>
        <w:t>Що зодягнено в огонь мовчання&lt;br /&gt;</w:t>
        <w:br/>
        <w:t>весь і сон його! —як хатка,&lt;br /&gt;</w:t>
        <w:br/>
        <w:t>хатка сніжна: небесам причасна,&lt;br /&gt;</w:t>
        <w:br/>
        <w:t>зоряно в прощення взята.&lt;br /&gt;</w:t>
        <w:br/>
        <w:t>13.III.65&lt;br /&gt;</w:t>
        <w:br/>
        <w:t>ПРОТИВАГА СМЕРТІ</w:t>
      </w:r>
    </w:p>
    <w:p>
      <w:r>
        <w:br/>
        <w:t>Біле, проситься в сто рук! деревце—&lt;br /&gt;</w:t>
        <w:br/>
        <w:t>з смерти, до тепла, й сплючи.&lt;br /&gt;</w:t>
        <w:br/>
        <w:t>Вже завія від мостів поверне&lt;br /&gt;</w:t>
        <w:br/>
        <w:t>в круг некрижані ключі.&lt;br /&gt;</w:t>
        <w:br/>
        <w:t>Проситься, як ми: куди недальня&lt;br /&gt;</w:t>
        <w:br/>
        <w:t>мова не дозойкне в розпач.&lt;br /&gt;</w:t>
        <w:br/>
        <w:t>Скоро іскри з неба перепалять&lt;br /&gt;</w:t>
        <w:br/>
        <w:t>думу в мертвоті й спрозорять.</w:t>
      </w:r>
    </w:p>
    <w:p>
      <w:r>
        <w:br/>
        <w:t>А від жалю проти дощок чорних,&lt;br /&gt;</w:t>
        <w:br/>
        <w:t>вийде побиватись в груди:&lt;br /&gt;</w:t>
        <w:br/>
        <w:t>вже з дощем на березневій скроні&lt;br /&gt;</w:t>
        <w:br/>
        <w:t>сонце, слізьми неосудне.&lt;br /&gt;</w:t>
        <w:br/>
        <w:t>Вже не втоне в голосну загибель&lt;br /&gt;</w:t>
        <w:br/>
        <w:t>гілка, квітом неминуча—&lt;br /&gt;</w:t>
        <w:br/>
        <w:t>рідна гілка: в невидим'я глибне:&lt;br /&gt;</w:t>
        <w:br/>
        <w:t>ти! душе, де не домучать.</w:t>
      </w:r>
    </w:p>
    <w:p>
      <w:r>
        <w:br/>
        <w:t>Добрістю, про що сузір'я знають,&lt;br /&gt;</w:t>
        <w:br/>
        <w:t>вічний день—на кров, як сполох,&lt;br /&gt;</w:t>
        <w:br/>
        <w:t>подаровано з розп'яття в тайну:&lt;br /&gt;</w:t>
        <w:br/>
        <w:t>над орлами келех повний.</w:t>
      </w:r>
    </w:p>
    <w:p>
      <w:r>
        <w:br/>
        <w:t>Ти ж не менша, ніж пчолі послужать&lt;br /&gt;</w:t>
        <w:br/>
        <w:t>яблуні з придвер'я скелі;&lt;br /&gt;</w:t>
        <w:br/>
        <w:t>ти—де сходить місяцева дружба&lt;br /&gt;</w:t>
        <w:br/>
        <w:t>в правді неба надвселенській.&lt;br /&gt;</w:t>
        <w:br/>
        <w:t>ПЕРЕДЧУТТЯ ВЕСНИ</w:t>
      </w:r>
    </w:p>
    <w:p>
      <w:r>
        <w:br/>
        <w:t>Виткано із блискавиці острів—&lt;br /&gt;</w:t>
        <w:br/>
        <w:t>і застиг морозно: в схилі.&lt;br /&gt;</w:t>
        <w:br/>
        <w:t>Тінь ялинкою твоя погостить&lt;br /&gt;</w:t>
        <w:br/>
        <w:t>знов, як хуртовини стихли.</w:t>
      </w:r>
    </w:p>
    <w:p>
      <w:r>
        <w:br/>
        <w:t>Зеленіє чисто на пустелі&lt;br /&gt;</w:t>
        <w:br/>
        <w:t>в сивому огні снігів.&lt;br /&gt;</w:t>
        <w:br/>
        <w:t>Чи гробницю полуденник степлить? —&lt;br /&gt;</w:t>
        <w:br/>
        <w:t>крильми в розсипи наспів.&lt;br /&gt;</w:t>
        <w:br/>
        <w:t>Десь від віхоли блідніте мріє&lt;br /&gt;</w:t>
        <w:br/>
        <w:t>в сні обличчя без сльози...&lt;br /&gt;</w:t>
        <w:br/>
        <w:t>в сні гірському! — крізь надріччя рідне&lt;br /&gt;</w:t>
        <w:br/>
        <w:t>помста льодовця грозить.</w:t>
      </w:r>
    </w:p>
    <w:p>
      <w:r>
        <w:br/>
        <w:t>Десь блідніше в біднім сні обличчя—&lt;br /&gt;</w:t>
        <w:br/>
        <w:t>і від свічкового краю,&lt;br /&gt;</w:t>
        <w:br/>
        <w:t>звідки крапля рветься, смутком вічна;&lt;br /&gt;</w:t>
        <w:br/>
        <w:t>коси, як гвоздик, спадають.</w:t>
      </w:r>
    </w:p>
    <w:p>
      <w:r>
        <w:br/>
        <w:t>Безграниччя віє на холодні&lt;br /&gt;</w:t>
        <w:br/>
        <w:t>вії замкнуті! Все—сине.&lt;br /&gt;</w:t>
        <w:br/>
        <w:t>Близько крильми арф'яними в сході&lt;br /&gt;</w:t>
        <w:br/>
        <w:t>радість і гроза нарине.&lt;br /&gt;</w:t>
        <w:br/>
        <w:t>21.111.65&lt;br /&gt;</w:t>
        <w:br/>
        <w:t>ВИСОКА МИЛОСТЬ</w:t>
      </w:r>
    </w:p>
    <w:p>
      <w:r>
        <w:br/>
        <w:t>Смертний в океані взяв трищоглик&lt;br /&gt;</w:t>
        <w:br/>
        <w:t>молоду труну безсвічну.&lt;br /&gt;</w:t>
        <w:br/>
        <w:t>Біля круч—поривами широкі&lt;br /&gt;</w:t>
        <w:br/>
        <w:t>огнища біди і листу.</w:t>
      </w:r>
    </w:p>
    <w:p>
      <w:r>
        <w:br/>
        <w:t>Слідом і твоє німотне серце&lt;br /&gt;</w:t>
        <w:br/>
        <w:t>з гробу маківкою гляне&lt;br /&gt;</w:t>
        <w:br/>
        <w:t>під вінеччя неба білохресне:&lt;br /&gt;</w:t>
        <w:br/>
        <w:t>світові—над зірку, дальнє.</w:t>
      </w:r>
    </w:p>
    <w:p>
      <w:r>
        <w:br/>
        <w:t>Звідти вже до тебе світляніше,&lt;br /&gt;</w:t>
        <w:br/>
        <w:t>вінчиком білопромінна,&lt;br /&gt;</w:t>
        <w:br/>
        <w:t>лілія лілей, Мадонна вишле&lt;br /&gt;</w:t>
        <w:br/>
        <w:t>звістку росяну: мов місяць.</w:t>
      </w:r>
    </w:p>
    <w:p>
      <w:r>
        <w:br/>
        <w:t>До чола сплива тканистий іскрик:&lt;br /&gt;</w:t>
        <w:br/>
        <w:t>з гробу мертвоту збороти.&lt;br /&gt;</w:t>
        <w:br/>
        <w:t>Вже могили моря, вже розиті&lt;br /&gt;</w:t>
        <w:br/>
        <w:t>заступами сонця—в розбризк.</w:t>
      </w:r>
    </w:p>
    <w:p>
      <w:r>
        <w:br/>
        <w:t>Порозкривано до круч, як весни,&lt;br /&gt;</w:t>
        <w:br/>
        <w:t>вічности дзеркальні вікна...&lt;br /&gt;</w:t>
        <w:br/>
        <w:t>жди, єдина!—висвіт меву пестить,&lt;br /&gt;</w:t>
        <w:br/>
        <w:t>грім коло тополь покликав.&lt;br /&gt;</w:t>
        <w:br/>
        <w:t>4.IV .64&lt;br /&gt;</w:t>
        <w:br/>
        <w:t>НЕЗМІННА ДІЯ</w:t>
      </w:r>
    </w:p>
    <w:p>
      <w:r>
        <w:br/>
        <w:t>На холмі з високістю амвонів—&lt;br /&gt;</w:t>
        <w:br/>
        <w:t>голоси гілок: як бростки.&lt;br /&gt;</w:t>
        <w:br/>
        <w:t>Всі ми вдержані в кругах безмовних:&lt;br /&gt;</w:t>
        <w:br/>
        <w:t>з тайни,— що весна просторить.</w:t>
      </w:r>
    </w:p>
    <w:p>
      <w:r>
        <w:br/>
        <w:t>І не міг ні місяць прияснити,&lt;br /&gt;</w:t>
        <w:br/>
        <w:t>падавши чолом на трави:&lt;br /&gt;</w:t>
        <w:br/>
        <w:t>звідки флейтик? цвітністю жарини—&lt;br /&gt;</w:t>
        <w:br/>
        <w:t>в силу часослова вбрались.&lt;br /&gt;</w:t>
        <w:br/>
        <w:t>Де і розцвіту молочний кухоль&lt;br /&gt;</w:t>
        <w:br/>
        <w:t>злито в хвилля невблаганне.&lt;br /&gt;</w:t>
        <w:br/>
        <w:t>Бурею недвижною не вщухне&lt;br /&gt;</w:t>
        <w:br/>
        <w:t>з блиску й росок голуб'янець.</w:t>
      </w:r>
    </w:p>
    <w:p>
      <w:r>
        <w:br/>
        <w:t>Звергнувши безум'я в дно найглибше,&lt;br /&gt;</w:t>
        <w:br/>
        <w:t>зупиняє вибух смерти:&lt;br /&gt;</w:t>
        <w:br/>
        <w:t>скрізь—рука, що семибарви движе,&lt;br /&gt;</w:t>
        <w:br/>
        <w:t>ніби браму в звіздний Жеврій.&lt;br /&gt;</w:t>
        <w:br/>
        <w:t>Поряд помандрує моря старчик,&lt;br /&gt;</w:t>
        <w:br/>
        <w:t>м'яту з синіх скринь відкрити...&lt;br /&gt;</w:t>
        <w:br/>
        <w:t>Всім! ключами світла, в семикратні&lt;br /&gt;</w:t>
        <w:br/>
        <w:t>добрістю —живі сторінки. І.У.65&lt;br /&gt;</w:t>
        <w:br/>
        <w:t>ЖИЗНЯНІСТЬ НАДБЕРЕЖЖЯ</w:t>
      </w:r>
    </w:p>
    <w:p>
      <w:r>
        <w:br/>
        <w:t>І</w:t>
      </w:r>
    </w:p>
    <w:p>
      <w:r>
        <w:br/>
        <w:t>Всім: вінечник церкви прибирати:&lt;br /&gt;</w:t>
        <w:br/>
        <w:t>на святки, хай зло розорять;&lt;br /&gt;</w:t>
        <w:br/>
        <w:t>на серпневе воскресіння страдних—&lt;br /&gt;</w:t>
        <w:br/>
        <w:t>з прірви, від землянок горя.&lt;br /&gt;</w:t>
        <w:br/>
        <w:t>Всім світити корогви зелені—&lt;br /&gt;</w:t>
        <w:br/>
        <w:t>мирности: в двори розвивши.&lt;br /&gt;</w:t>
        <w:br/>
        <w:t>Спів твій, схід твій! квітнув красноденник,&lt;br /&gt;</w:t>
        <w:br/>
        <w:t>звіщеністю найтихіший.</w:t>
      </w:r>
    </w:p>
    <w:p>
      <w:r>
        <w:br/>
        <w:t>Там спроміниться до незабутниць&lt;br /&gt;</w:t>
        <w:br/>
        <w:t>усміхами—воля! з моря—&lt;br /&gt;</w:t>
        <w:br/>
        <w:t>в білу богослужбу всі розбудить&lt;br /&gt;</w:t>
        <w:br/>
        <w:t>очі: згадками безмовна.&lt;br /&gt;</w:t>
        <w:br/>
        <w:t>В тінь шипшини втішення не згасне&lt;br /&gt;</w:t>
        <w:br/>
        <w:t>серед змій, зубами сірих;&lt;br /&gt;</w:t>
        <w:br/>
        <w:t>ні! аж приогніє—п'ятичасне,&lt;br /&gt;</w:t>
        <w:br/>
        <w:t>медяний зберігши збірик.</w:t>
      </w:r>
    </w:p>
    <w:p>
      <w:r>
        <w:br/>
        <w:t>Хоч і валить хвиля безбережна&lt;br /&gt;</w:t>
        <w:br/>
        <w:t>на гробницю, що—земля.&lt;br /&gt;</w:t>
        <w:br/>
        <w:t>Проти смерти: сили від ковчежця—&lt;br /&gt;</w:t>
        <w:br/>
        <w:t>в час присяг допроменять.&lt;br /&gt;</w:t>
        <w:br/>
        <w:t>Ми на мості горлицю згубили,&lt;br /&gt;</w:t>
        <w:br/>
        <w:t>де промчався громик чалий.&lt;br /&gt;</w:t>
        <w:br/>
        <w:t>Це—не виплаче ні зірка в зіллі,&lt;br /&gt;</w:t>
        <w:br/>
        <w:t>повна росами з печалі.</w:t>
      </w:r>
    </w:p>
    <w:p>
      <w:r>
        <w:br/>
        <w:t>Вже і повів обернувся другий&lt;br /&gt;</w:t>
        <w:br/>
        <w:t>хлібик місяця спалити:&lt;br /&gt;</w:t>
        <w:br/>
        <w:t>в океан, що пригорта на груди—&lt;br /&gt;</w:t>
        <w:br/>
        <w:t>галузки журби багристі...</w:t>
      </w:r>
    </w:p>
    <w:p>
      <w:r>
        <w:br/>
        <w:t>Він і кораблі прозорокрилі&lt;br /&gt;</w:t>
        <w:br/>
        <w:t>в огнищах небес приземив.&lt;br /&gt;</w:t>
        <w:br/>
        <w:t>Знати: цвяхи домовин дозріли&lt;br /&gt;</w:t>
        <w:br/>
        <w:t>пролісками в очі смерти.</w:t>
      </w:r>
    </w:p>
    <w:p>
      <w:r>
        <w:br/>
        <w:t>Чаєчка при скелях моря стала,&lt;br /&gt;</w:t>
        <w:br/>
        <w:t>чуючи: шумить, як жнець;&lt;br /&gt;</w:t>
        <w:br/>
        <w:t>там і фіялкова квітне тайна—&lt;br /&gt;</w:t>
        <w:br/>
        <w:t>долю з неба стереже.&lt;br /&gt;</w:t>
        <w:br/>
        <w:t>5.У.65&lt;br /&gt;</w:t>
        <w:br/>
        <w:t>ВЕЧІР МОРЯ</w:t>
      </w:r>
    </w:p>
    <w:p>
      <w:r>
        <w:br/>
        <w:t>Корабель біди і слід печалі:&lt;br /&gt;</w:t>
        <w:br/>
        <w:t>в сірі кості, борозенний;&lt;br /&gt;</w:t>
        <w:br/>
        <w:t>скарга—над весь вік її скричати! —&lt;br /&gt;</w:t>
        <w:br/>
        <w:t>чайка, серпик при надзем'ї.</w:t>
      </w:r>
    </w:p>
    <w:p>
      <w:r>
        <w:br/>
        <w:t>Серед тюрем темряви гіркої,&lt;br /&gt;</w:t>
        <w:br/>
        <w:t>з пасік неба—жар бджолиний.&lt;br /&gt;</w:t>
        <w:br/>
        <w:t>Похорон чоло тобі знекровив,&lt;br /&gt;</w:t>
        <w:br/>
        <w:t>як пройшли вітрил обжинки.</w:t>
      </w:r>
    </w:p>
    <w:p>
      <w:r>
        <w:br/>
        <w:t>А весна будується без краю&lt;br /&gt;</w:t>
        <w:br/>
        <w:t>в голубиний круг соборів.&lt;br /&gt;</w:t>
        <w:br/>
        <w:t>І припливи васильків торкають&lt;br /&gt;</w:t>
        <w:br/>
        <w:t>косу: гілку бронзи в гробі.&lt;br /&gt;</w:t>
        <w:br/>
        <w:t>Дальній дзвін: відкіль берізок свіччя,&lt;br /&gt;</w:t>
        <w:br/>
        <w:t>і над місяць—крейди подих:&lt;br /&gt;</w:t>
        <w:br/>
        <w:t>так неспоглядимо дзвін розрісся,&lt;br /&gt;</w:t>
        <w:br/>
        <w:t>і труна зірок проходить.&lt;br /&gt;</w:t>
        <w:br/>
        <w:t>15.У.65&lt;br /&gt;</w:t>
        <w:br/>
        <w:t>ЗНАХІДКА ГРОЗИ</w:t>
      </w:r>
    </w:p>
    <w:p>
      <w:r>
        <w:br/>
        <w:t>Звіститься з небесністю тривога&lt;br /&gt;</w:t>
        <w:br/>
        <w:t>близько до дверей гробничих,&lt;br /&gt;</w:t>
        <w:br/>
        <w:t>де, на варті—бровами багрова—&lt;br /&gt;</w:t>
        <w:br/>
        <w:t>грозовиця страту зичить.</w:t>
      </w:r>
    </w:p>
    <w:p>
      <w:r>
        <w:br/>
        <w:t>Дожидаю; чи жону забути,&lt;br /&gt;</w:t>
        <w:br/>
        <w:t>в морі німости минавши? —&lt;br /&gt;</w:t>
        <w:br/>
        <w:t>де пригадкою про серце бурі&lt;br /&gt;</w:t>
        <w:br/>
        <w:t>сторожі продзвонять з башти...</w:t>
      </w:r>
    </w:p>
    <w:p>
      <w:r>
        <w:br/>
        <w:t>де відлунює стопа разюча&lt;br /&gt;</w:t>
        <w:br/>
        <w:t>смерти—при одвірках криги.&lt;br /&gt;</w:t>
        <w:br/>
        <w:t>Враз вербенкові уста озвуться:&lt;br /&gt;</w:t>
        <w:br/>
        <w:t>мова моря! хвилі встигли.</w:t>
      </w:r>
    </w:p>
    <w:p>
      <w:r>
        <w:br/>
        <w:t>Порясніли, сіллю всі запікшись:&lt;br /&gt;</w:t>
        <w:br/>
        <w:t>"не забудь і горем згадуй! —&lt;br /&gt;</w:t>
        <w:br/>
        <w:t>ми, і за листки берез гіркіші,&lt;br /&gt;</w:t>
        <w:br/>
        <w:t>вічно прядемо пораду;&lt;br /&gt;</w:t>
        <w:br/>
        <w:t>то—сліпці, хто чатниці боїться,&lt;br /&gt;</w:t>
        <w:br/>
        <w:t>пострічавши маки в обліт.&lt;br /&gt;</w:t>
        <w:br/>
        <w:t>Бо, в крові, зупинена при східцях,&lt;br /&gt;</w:t>
        <w:br/>
        <w:t>вернеться душа натойбік...</w:t>
      </w:r>
    </w:p>
    <w:p>
      <w:r>
        <w:br/>
        <w:t>запиши судьбу пером чаїним,&lt;br /&gt;</w:t>
        <w:br/>
        <w:t>знахідку грози згостривши:&lt;br /&gt;</w:t>
        <w:br/>
        <w:t>— тільки біля леза смерти вічність&lt;br /&gt;</w:t>
        <w:br/>
        <w:t>видно в смолоскипній тиші".&lt;br /&gt;</w:t>
        <w:br/>
        <w:t>Змовкли! а перебарвивши поряд&lt;br /&gt;</w:t>
        <w:br/>
        <w:t>пам'ять грому, як фіялку,—&lt;br /&gt;</w:t>
        <w:br/>
        <w:t>палений полин хмаркого моря&lt;br /&gt;</w:t>
        <w:br/>
        <w:t>зметами курить без краю.</w:t>
      </w:r>
    </w:p>
    <w:p>
      <w:r>
        <w:br/>
        <w:t>Вийди, хоч як зірочна приява,&lt;br /&gt;</w:t>
        <w:br/>
        <w:t>на сліпучі стати скойки:&lt;br /&gt;</w:t>
        <w:br/>
        <w:t>вічно рідна, подихами м'ятна,&lt;br /&gt;</w:t>
        <w:br/>
        <w:t>з моря ждана в одинокість.&lt;br /&gt;</w:t>
        <w:br/>
        <w:t>12.VI.65&lt;br /&gt;</w:t>
        <w:br/>
        <w:t>НЕЗНАНА ТЕЧІЯ</w:t>
      </w:r>
    </w:p>
    <w:p>
      <w:r>
        <w:br/>
        <w:t>Чи роса палкіша—з діяманту&lt;br /&gt;</w:t>
        <w:br/>
        <w:t>впавши серед свіч на люстро:&lt;br /&gt;</w:t>
        <w:br/>
        <w:t>ніж ріка? хоч промовля помалу,&lt;br /&gt;</w:t>
        <w:br/>
        <w:t>як роменна нива, любо.</w:t>
      </w:r>
    </w:p>
    <w:p>
      <w:r>
        <w:br/>
        <w:t>Звіяна в лебідчині гребінки,&lt;br /&gt;</w:t>
        <w:br/>
        <w:t>течія, мов річ дотчеться:&lt;br /&gt;</w:t>
        <w:br/>
        <w:t>"—Я слуга! на далечі розбіжні&lt;br /&gt;</w:t>
        <w:br/>
        <w:t>тисячами—йду, дочерня...&lt;br /&gt;</w:t>
        <w:br/>
        <w:t>Згляну на почини всі предсвітні:&lt;br /&gt;</w:t>
        <w:br/>
        <w:t>там веселка—неня дневі".&lt;br /&gt;</w:t>
        <w:br/>
        <w:t>Ввік, біліючи, престол аж сліпить&lt;br /&gt;</w:t>
        <w:br/>
        <w:t>меви і орли огненні.&lt;br /&gt;</w:t>
        <w:br/>
        <w:t>Дух царює; в стихарі сповірся,&lt;br /&gt;</w:t>
        <w:br/>
        <w:t>небо і земля, з поклонів.&lt;br /&gt;</w:t>
        <w:br/>
        <w:t>Він трисвітла зірка—зірка—зірка—&lt;br /&gt;</w:t>
        <w:br/>
        <w:t>світ в окрилля ризи лонить.&lt;br /&gt;</w:t>
        <w:br/>
        <w:t>Дух царює ввік: як кров горюча,&lt;br /&gt;</w:t>
        <w:br/>
        <w:t>найпломінніша яскравість.&lt;br /&gt;</w:t>
        <w:br/>
        <w:t>І весну сердечну з крил доручать&lt;br /&gt;</w:t>
        <w:br/>
        <w:t>вікнам —вічники вівтарні.&lt;br /&gt;</w:t>
        <w:br/>
        <w:t>І круги могутности всезверхні,&lt;br /&gt;</w:t>
        <w:br/>
        <w:t>всі: вгорі! над подум людський.&lt;br /&gt;</w:t>
        <w:br/>
        <w:t>Хто на білому престолі,—в церкві&lt;br /&gt;</w:t>
        <w:br/>
        <w:t>позбира дітей, що любить.&lt;br /&gt;</w:t>
        <w:br/>
        <w:t>Всі зітхання, всі—невисловимі—&lt;br /&gt;</w:t>
        <w:br/>
        <w:t>про земелля в кривді людське.&lt;br /&gt;</w:t>
        <w:br/>
        <w:t>Хто на білому престолі, змінить&lt;br /&gt;</w:t>
        <w:br/>
        <w:t>океанами найдужче.&lt;br /&gt;</w:t>
        <w:br/>
        <w:t>Не відстати від орлиних весен,&lt;br /&gt;</w:t>
        <w:br/>
        <w:t>церкві скрізь: устами в псальмі:&lt;br /&gt;</w:t>
        <w:br/>
        <w:t>так прославить Отчі мислі! й хресний&lt;br /&gt;</w:t>
        <w:br/>
        <w:t>квіт тернини так прославить.</w:t>
      </w:r>
    </w:p>
    <w:p>
      <w:r>
        <w:br/>
        <w:t>Вже, де сяйво храмових посудин,&lt;br /&gt;</w:t>
        <w:br/>
        <w:t>свідчить серце добромовне:&lt;br /&gt;</w:t>
        <w:br/>
        <w:t>Хто на білому престолі, судить—&lt;br /&gt;</w:t>
        <w:br/>
        <w:t>все! й тисячокриле море.&lt;br /&gt;</w:t>
        <w:br/>
        <w:t>З м'ятою, що материнська, віє&lt;br /&gt;</w:t>
        <w:br/>
        <w:t>мирно крізь вечірні смутки —&lt;br /&gt;</w:t>
        <w:br/>
        <w:t>річка: блискавчине слово вільне&lt;br /&gt;</w:t>
        <w:br/>
        <w:t>пропливає в жар нескутий.&lt;br /&gt;</w:t>
        <w:br/>
        <w:t>6.VI.16.VII.65&lt;br /&gt;</w:t>
        <w:br/>
        <w:t>ПРИБЕРЕЖНИЙ КОМИШ</w:t>
      </w:r>
    </w:p>
    <w:p>
      <w:r>
        <w:br/>
        <w:t>Всюди сіяне з пломінок поле:&lt;br /&gt;</w:t>
        <w:br/>
        <w:t>океан! — могили стерпить.&lt;br /&gt;</w:t>
        <w:br/>
        <w:t>А в печаль, як дерево безплотне,&lt;br /&gt;</w:t>
        <w:br/>
        <w:t>привид міниться! посмертник.&lt;br /&gt;</w:t>
        <w:br/>
        <w:t>Жарова спішить пташина зліва;&lt;br /&gt;</w:t>
        <w:br/>
        <w:t>справа— свічністю найдужча:&lt;br /&gt;</w:t>
        <w:br/>
        <w:t>чиста, мов леліяна лелія&lt;br /&gt;</w:t>
        <w:br/>
        <w:t>при віконці неба в кругах.</w:t>
      </w:r>
    </w:p>
    <w:p>
      <w:r>
        <w:br/>
        <w:t>І питає привид, мирний снами:&lt;br /&gt;</w:t>
        <w:br/>
        <w:t>— звідки вклінністю потрійна,&lt;br /&gt;</w:t>
        <w:br/>
        <w:t>на тростинник туга? їй минатись:&lt;br /&gt;</w:t>
        <w:br/>
        <w:t>палева! як полку вістря.&lt;br /&gt;</w:t>
        <w:br/>
        <w:t>Вже береза ближча, в звід, трикірій&lt;br /&gt;</w:t>
        <w:br/>
        <w:t>воском білим розгалузить:&lt;br /&gt;</w:t>
        <w:br/>
        <w:t>збірка грозовичок, блиск відкривши,&lt;br /&gt;</w:t>
        <w:br/>
        <w:t>над комиш — береза в лузі.&lt;br /&gt;</w:t>
        <w:br/>
        <w:t>16.VI.&lt;br /&gt;</w:t>
        <w:br/>
        <w:t>ГОДИНА ГРОЗИ</w:t>
      </w:r>
    </w:p>
    <w:p>
      <w:r>
        <w:br/>
        <w:t>Над обриви грозова розмова&lt;br /&gt;</w:t>
        <w:br/>
        <w:t>догромаджена в обвалах.&lt;br /&gt;</w:t>
        <w:br/>
        <w:t>Мов по смерті, за гробами, ловлять&lt;br /&gt;</w:t>
        <w:br/>
        <w:t>змія—ангели, і палять.</w:t>
      </w:r>
    </w:p>
    <w:p>
      <w:r>
        <w:br/>
        <w:t>Звільнено дощі: птахи тюрем'я,&lt;br /&gt;</w:t>
        <w:br/>
        <w:t>помахами зливні в пір'ї—&lt;br /&gt;</w:t>
        <w:br/>
        <w:t>кожен камінь розбудити з мертвих,&lt;br /&gt;</w:t>
        <w:br/>
        <w:t>ніби серце, тінню вкритий.&lt;br /&gt;</w:t>
        <w:br/>
        <w:t>Раптом віти всесвіту найдовші,&lt;br /&gt;</w:t>
        <w:br/>
        <w:t>в сполох стелені, аж сліплять.&lt;br /&gt;</w:t>
        <w:br/>
        <w:t>З плесками розбився звід недолі,—&lt;br /&gt;</w:t>
        <w:br/>
        <w:t>сизий попіл на століття.</w:t>
      </w:r>
    </w:p>
    <w:p>
      <w:r>
        <w:br/>
        <w:t>Трудиться при скелі сивоокий&lt;br /&gt;</w:t>
        <w:br/>
        <w:t>океан: доткати скатерть.&lt;br /&gt;</w:t>
        <w:br/>
        <w:t>І приплив, як скрипка скорбна, скотить&lt;br /&gt;</w:t>
        <w:br/>
        <w:t>стогін! — бризком поторкатись.</w:t>
      </w:r>
    </w:p>
    <w:p>
      <w:r>
        <w:br/>
        <w:t>Вбоге серце та невсильне стане&lt;br /&gt;</w:t>
        <w:br/>
        <w:t>жебраком негоди в моря.&lt;br /&gt;</w:t>
        <w:br/>
        <w:t>Тільки знов надія, що ласкавне&lt;br /&gt;</w:t>
        <w:br/>
        <w:t>небо! й нива животворна.&lt;br /&gt;</w:t>
        <w:br/>
        <w:t>18.VII.65&lt;br /&gt;</w:t>
        <w:br/>
        <w:t>СУДНА ДОРОГА</w:t>
      </w:r>
    </w:p>
    <w:p>
      <w:r>
        <w:br/>
        <w:t>І</w:t>
      </w:r>
    </w:p>
    <w:p>
      <w:r>
        <w:br/>
        <w:t>Дві неділі, дві вінечні долі,&lt;br /&gt;</w:t>
        <w:br/>
        <w:t>над гризню гармат рідніли.&lt;br /&gt;</w:t>
        <w:br/>
        <w:t>Хоч від гілки віолет медовий&lt;br /&gt;</w:t>
        <w:br/>
        <w:t>близько брався до одвірків.&lt;br /&gt;</w:t>
        <w:br/>
        <w:t>Грішник, де з навал незваник танків&lt;br /&gt;</w:t>
        <w:br/>
        <w:t>близять розблиски в розбої,—&lt;br /&gt;</w:t>
        <w:br/>
        <w:t>став: стріляйте! а не згоден знати&lt;br /&gt;</w:t>
        <w:br/>
        <w:t>тьми з неправди гробової.</w:t>
      </w:r>
    </w:p>
    <w:p>
      <w:r>
        <w:br/>
        <w:t>І калікою з обжинків крови,&lt;br /&gt;</w:t>
        <w:br/>
        <w:t>дотерпівши смерть, як прірву,&lt;br /&gt;</w:t>
        <w:br/>
        <w:t>звівся—кривду ночі відвороти:&lt;br /&gt;</w:t>
        <w:br/>
        <w:t>в знаках дикістю звірину.</w:t>
      </w:r>
    </w:p>
    <w:p>
      <w:r>
        <w:br/>
        <w:t>Вибийся з тенет: мов олень рани,&lt;br /&gt;</w:t>
        <w:br/>
        <w:t>огняної—в плечі хворі.&lt;br /&gt;</w:t>
        <w:br/>
        <w:t>По крижинах моря, в вибух браних,&lt;br /&gt;</w:t>
        <w:br/>
        <w:t>вийди крізь метіль безкормиць...</w:t>
      </w:r>
    </w:p>
    <w:p>
      <w:r>
        <w:br/>
        <w:t>Тінню непривітною, а встати —&lt;br /&gt;</w:t>
        <w:br/>
        <w:t>з праху, з пастки навернувшись:&lt;br /&gt;</w:t>
        <w:br/>
        <w:t>тінню Савла—на поріг останній,&lt;br /&gt;</w:t>
        <w:br/>
        <w:t>де досвітлюються душі.</w:t>
      </w:r>
    </w:p>
    <w:p>
      <w:r>
        <w:br/>
        <w:t>Нивами обнов, де й горе кожне,&lt;br /&gt;</w:t>
        <w:br/>
        <w:t>множиться на грізний сполох:&lt;br /&gt;</w:t>
        <w:br/>
        <w:t>до джерел, як птах з пожеж, чи зможе&lt;br /&gt;</w:t>
        <w:br/>
        <w:t>перейти душа поволі?&lt;br /&gt;</w:t>
        <w:br/>
        <w:t>Дві неділі—дві любові: в крузі&lt;br /&gt;</w:t>
        <w:br/>
        <w:t>сонцюй місяця взоріли,&lt;br /&gt;</w:t>
        <w:br/>
        <w:t>обіходячи, аж море скрушить&lt;br /&gt;</w:t>
        <w:br/>
        <w:t>гріх і посклада зернини.&lt;br /&gt;</w:t>
        <w:br/>
        <w:t>24.VII.65&lt;br /&gt;</w:t>
        <w:br/>
        <w:t>Дві неділі,—де не змовкне в ярмах&lt;br /&gt;</w:t>
        <w:br/>
        <w:t>океан! (і гори чули);&lt;br /&gt;</w:t>
        <w:br/>
        <w:t>що одна світанний вінчик брала,&lt;br /&gt;</w:t>
        <w:br/>
        <w:t>друга з полудня палючий.</w:t>
      </w:r>
    </w:p>
    <w:p>
      <w:r>
        <w:br/>
        <w:t>Подаровано не мідну скриню,&lt;br /&gt;</w:t>
        <w:br/>
        <w:t>а сердечну правду в денність.&lt;br /&gt;</w:t>
        <w:br/>
        <w:t>Знов галузками садів наринуть,&lt;br /&gt;</w:t>
        <w:br/>
        <w:t>пінячись, вали квітневі.</w:t>
      </w:r>
    </w:p>
    <w:p>
      <w:r>
        <w:br/>
        <w:t>Все, що зріднене від серця—вічне;&lt;br /&gt;</w:t>
        <w:br/>
        <w:t>понад океанний розпач:&lt;br /&gt;</w:t>
        <w:br/>
        <w:t>буде все біліти! в зірці скличе—&lt;br /&gt;</w:t>
        <w:br/>
        <w:t>жити, де зійшла, дівоча.</w:t>
      </w:r>
    </w:p>
    <w:p>
      <w:r>
        <w:br/>
        <w:t>На безмежності по димній смузі,&lt;br /&gt;</w:t>
        <w:br/>
        <w:t>переходячи,вітрильце—&lt;br /&gt;</w:t>
        <w:br/>
        <w:t>свідчить, свічкове! хоч вітер змучив:&lt;br /&gt;</w:t>
        <w:br/>
        <w:t>півпелюстки з бурі бризне.</w:t>
      </w:r>
    </w:p>
    <w:p>
      <w:r>
        <w:br/>
        <w:t>Нам розділено стежки пропащі—&lt;br /&gt;</w:t>
        <w:br/>
        <w:t>з вибухів, при злих руїнах...&lt;br /&gt;</w:t>
        <w:br/>
        <w:t>скрізь війна: світопожежний ящер&lt;br /&gt;</w:t>
        <w:br/>
        <w:t>пекла! — до країв куріла.</w:t>
      </w:r>
    </w:p>
    <w:p>
      <w:r>
        <w:br/>
        <w:t>Морок стінами біди з безодні&lt;br /&gt;</w:t>
        <w:br/>
        <w:t>від зірок стежки відрізав—&lt;br /&gt;</w:t>
        <w:br/>
        <w:t>хоч трояндні відсвіти назовні&lt;br /&gt;</w:t>
        <w:br/>
        <w:t>в хмарі, що пашить, залізна.&lt;br /&gt;</w:t>
        <w:br/>
        <w:t>Вже ізгой—на другім боці ночі—&lt;br /&gt;</w:t>
        <w:br/>
        <w:t>до пророцтва зміг припасти...&lt;br /&gt;</w:t>
        <w:br/>
        <w:t>мирний океан! стокрилля множить:&lt;br /&gt;</w:t>
        <w:br/>
        <w:t>з горами, біліш від айстри.&lt;br /&gt;</w:t>
        <w:br/>
        <w:t>Друга на порозі перестріла,&lt;br /&gt;</w:t>
        <w:br/>
        <w:t>від його човнів і серпня,&lt;br /&gt;</w:t>
        <w:br/>
        <w:t>витканого з блискавки—неділя&lt;br /&gt;</w:t>
        <w:br/>
        <w:t>друга: криник! милосердна.&lt;br /&gt;</w:t>
        <w:br/>
        <w:t>25. VII. 65&lt;br /&gt;</w:t>
        <w:br/>
        <w:t>ВЕЧІРНІЙ ВІДХІД</w:t>
      </w:r>
    </w:p>
    <w:p>
      <w:r>
        <w:br/>
        <w:t>Серпик звиснув! серпик найніжніший;&lt;br /&gt;</w:t>
        <w:br/>
        <w:t>вкруг—мов вії немовляти.&lt;br /&gt;</w:t>
        <w:br/>
        <w:t>Звиснув серпик.мовою пшениці&lt;br /&gt;</w:t>
        <w:br/>
        <w:t>до волошок проливатись...&lt;br /&gt;</w:t>
        <w:br/>
        <w:t>З ними крівля стала, мов гранітна,&lt;br /&gt;</w:t>
        <w:br/>
        <w:t>крівля мшиста на гробниці.&lt;br /&gt;</w:t>
        <w:br/>
        <w:t>Хоч і, відгади ланів, ленійте! —&lt;br /&gt;</w:t>
        <w:br/>
        <w:t>стала: горем відгремиться.</w:t>
      </w:r>
    </w:p>
    <w:p>
      <w:r>
        <w:br/>
        <w:t>Скоро попросилися з рясноти,&lt;br /&gt;</w:t>
        <w:br/>
        <w:t>грядкової—рути любі:&lt;br /&gt;</w:t>
        <w:br/>
        <w:t>жевріти! мов ляля в церкві вносить,&lt;br /&gt;</w:t>
        <w:br/>
        <w:t>близько до пірця голубки.</w:t>
      </w:r>
    </w:p>
    <w:p>
      <w:r>
        <w:br/>
        <w:t>Гонять горові багатства в черзі,—&lt;br /&gt;</w:t>
        <w:br/>
        <w:t>моря прозелень прозора.&lt;br /&gt;</w:t>
        <w:br/>
        <w:t>Чи розмечуться в обрив, де вчерствів,&lt;br /&gt;</w:t>
        <w:br/>
        <w:t>трунний! — і вали розорять?&lt;br /&gt;</w:t>
        <w:br/>
        <w:t>26.VII.65&lt;br /&gt;</w:t>
        <w:br/>
        <w:t>ЗАБУТА ЗГАДКА</w:t>
      </w:r>
    </w:p>
    <w:p>
      <w:r>
        <w:br/>
        <w:t>Мрія океанова без краю,&lt;br /&gt;</w:t>
        <w:br/>
        <w:t>ризою рвучись об скелі—&lt;br /&gt;</w:t>
        <w:br/>
        <w:t>дужча від могильного відчаю:&lt;br /&gt;</w:t>
        <w:br/>
        <w:t>звала зорі з іхніх келій.</w:t>
      </w:r>
    </w:p>
    <w:p>
      <w:r>
        <w:br/>
        <w:t>Вийдуть—книгу винесуть пломінну,&lt;br /&gt;</w:t>
        <w:br/>
        <w:t>і читатимеш, мов з грому:&lt;br /&gt;</w:t>
        <w:br/>
        <w:t>що в омані хуртовин покинув,&lt;br /&gt;</w:t>
        <w:br/>
        <w:t>божевільний, згадку скромну.&lt;br /&gt;</w:t>
        <w:br/>
        <w:t>І на самоту твою поверглась&lt;br /&gt;</w:t>
        <w:br/>
        <w:t>буря з полум'ям і цвітом...&lt;br /&gt;</w:t>
        <w:br/>
        <w:t>мука! кріпкістю пісень і персня&lt;br /&gt;</w:t>
        <w:br/>
        <w:t>полонила непримітно.&lt;br /&gt;</w:t>
        <w:br/>
        <w:t>Пурпуром палання сонце повне&lt;br /&gt;</w:t>
        <w:br/>
        <w:t>зупинилося при небі:&lt;br /&gt;</w:t>
        <w:br/>
        <w:t>бившися, як серце з болю — сонце,&lt;br /&gt;</w:t>
        <w:br/>
        <w:t>чисте в грудях яблуневих.&lt;br /&gt;</w:t>
        <w:br/>
        <w:t>19, 29.VII.65&lt;br /&gt;</w:t>
        <w:br/>
        <w:t>БЛИЗЬКИЙ ЗАХІД</w:t>
      </w:r>
    </w:p>
    <w:p>
      <w:r>
        <w:br/>
        <w:t>Від пророцтва позов не притихне,&lt;br /&gt;</w:t>
        <w:br/>
        <w:t>з верхогірости, при морі—&lt;br /&gt;</w:t>
        <w:br/>
        <w:t>ближько, де оскарження чатинне&lt;br /&gt;</w:t>
        <w:br/>
        <w:t>відгрім по грозі повторить.</w:t>
      </w:r>
    </w:p>
    <w:p>
      <w:r>
        <w:br/>
        <w:t>Не примовкне білою струною,&lt;br /&gt;</w:t>
        <w:br/>
        <w:t>в бризк набігши проти чайки...&lt;br /&gt;</w:t>
        <w:br/>
        <w:t>враз розіб'ється і над тобою&lt;br /&gt;</w:t>
        <w:br/>
        <w:t>в димі дужчик семичасний.&lt;br /&gt;</w:t>
        <w:br/>
        <w:t>З книг надхмарних світляні обличчя&lt;br /&gt;</w:t>
        <w:br/>
        <w:t>стережуть вечірній спокій;&lt;br /&gt;</w:t>
        <w:br/>
        <w:t>і над скелями і скорб каплична&lt;br /&gt;</w:t>
        <w:br/>
        <w:t>з маківок росу покропить.&lt;br /&gt;</w:t>
        <w:br/>
        <w:t>Через воддя, що відзеленіє,&lt;br /&gt;</w:t>
        <w:br/>
        <w:t>де лани примар з югою:&lt;br /&gt;</w:t>
        <w:br/>
        <w:t>посвічнить! —мов свідчення безгнівне&lt;br /&gt;</w:t>
        <w:br/>
        <w:t>над полинню гробовою.&lt;br /&gt;</w:t>
        <w:br/>
        <w:t>В груди вже провістя, вже загравне:&lt;br /&gt;</w:t>
        <w:br/>
        <w:t>з вечора; розлука звідти.&lt;br /&gt;</w:t>
        <w:br/>
        <w:t>А поранений вулкан згоряє,&lt;br /&gt;</w:t>
        <w:br/>
        <w:t>руки в небосвіт підвівши.&lt;br /&gt;</w:t>
        <w:br/>
        <w:t>2.VIII.65&lt;br /&gt;</w:t>
        <w:br/>
        <w:t>СКОРИЙ РОЗСУД</w:t>
      </w:r>
    </w:p>
    <w:p>
      <w:r>
        <w:br/>
        <w:t>Дарувалася неділя з неба,&lt;br /&gt;</w:t>
        <w:br/>
        <w:t>понад смерть—її первоцвіт.&lt;br /&gt;</w:t>
        <w:br/>
        <w:t>Нащо ж ми, склопотані, знічев'я&lt;br /&gt;</w:t>
        <w:br/>
        <w:t>змарнували й сад витворний?</w:t>
      </w:r>
    </w:p>
    <w:p>
      <w:r>
        <w:br/>
        <w:t>При надії, скрізь віконце сіре&lt;br /&gt;</w:t>
        <w:br/>
        <w:t>врізане в стіні, як хрестик...&lt;br /&gt;</w:t>
        <w:br/>
        <w:t>Серце—мовою пожежі згіркле! —&lt;br /&gt;</w:t>
        <w:br/>
        <w:t>вбогі рукави простерлись.</w:t>
      </w:r>
    </w:p>
    <w:p>
      <w:r>
        <w:br/>
        <w:t>Чи сестринське вигасне вітрильце:&lt;br /&gt;</w:t>
        <w:br/>
        <w:t>чайчиною самотою.&lt;br /&gt;</w:t>
        <w:br/>
        <w:t>В синій саван, океани, вкрийте&lt;br /&gt;</w:t>
        <w:br/>
        <w:t>гробик—з мукою тремкою.</w:t>
      </w:r>
    </w:p>
    <w:p>
      <w:r>
        <w:br/>
        <w:t>Котить ватрами на непорадні&lt;br /&gt;</w:t>
        <w:br/>
        <w:t>кладовища скойок мерхлих,—&lt;br /&gt;</w:t>
        <w:br/>
        <w:t>ні! то шлях чумацький погромадив&lt;br /&gt;</w:t>
        <w:br/>
        <w:t>зорениці вічні з смерти.</w:t>
      </w:r>
    </w:p>
    <w:p>
      <w:r>
        <w:br/>
        <w:t>Відплива тяжке скелетне поле&lt;br /&gt;</w:t>
        <w:br/>
        <w:t>при межі валів світимих...&lt;br /&gt;</w:t>
        <w:br/>
        <w:t>з ночі—не скричалися в потопне&lt;br /&gt;</w:t>
        <w:br/>
        <w:t>горе: хоче і грім змістили.</w:t>
      </w:r>
    </w:p>
    <w:p>
      <w:r>
        <w:br/>
        <w:t>І коли всесила незабарна&lt;br /&gt;</w:t>
        <w:br/>
        <w:t>при лямпаді дня приходить,—&lt;br /&gt;</w:t>
        <w:br/>
        <w:t>поряд від гортензій тиха барва&lt;br /&gt;</w:t>
        <w:br/>
        <w:t>мріється в незнаний подвиг.&lt;br /&gt;</w:t>
        <w:br/>
        <w:t>Суд наближено! і ждуть могили,&lt;br /&gt;</w:t>
        <w:br/>
        <w:t>до хреста плачами впавши.&lt;br /&gt;</w:t>
        <w:br/>
        <w:t>Добіліє з хвилями благими&lt;br /&gt;</w:t>
        <w:br/>
        <w:t>знак огню до рідних наших. ^ З.УІІІ.65&lt;br /&gt;</w:t>
        <w:br/>
        <w:t>ДОЖИДАННЯ ВСІХ</w:t>
      </w:r>
    </w:p>
    <w:p>
      <w:r>
        <w:br/>
        <w:t>Знов поткалися: прибрати образ —&lt;br /&gt;</w:t>
        <w:br/>
        <w:t>ризи в смірнії прегожі.&lt;br /&gt;</w:t>
        <w:br/>
        <w:t>їх, злетівши, білокрила просьба&lt;br /&gt;</w:t>
        <w:br/>
        <w:t>до престольних свят приложить.</w:t>
      </w:r>
    </w:p>
    <w:p>
      <w:r>
        <w:br/>
        <w:t>Знов—душа: мов на стихар пурпурний&lt;br /&gt;</w:t>
        <w:br/>
        <w:t>"сонечко" з травини бравши...&lt;br /&gt;</w:t>
        <w:br/>
        <w:t>підожди, і снами після бурі&lt;br /&gt;</w:t>
        <w:br/>
        <w:t>усміхнуться мальви старші.</w:t>
      </w:r>
    </w:p>
    <w:p>
      <w:r>
        <w:br/>
        <w:t>Близько стерегтимуть горе трунне&lt;br /&gt;</w:t>
        <w:br/>
        <w:t>і розбудять, і з росою —&lt;br /&gt;</w:t>
        <w:br/>
        <w:t>їх палання вдруге подарує&lt;br /&gt;</w:t>
        <w:br/>
        <w:t>вість, як лепестки, живою.</w:t>
      </w:r>
    </w:p>
    <w:p>
      <w:r>
        <w:br/>
        <w:t>А на березі турбот, проз мене,&lt;br /&gt;</w:t>
        <w:br/>
        <w:t>в день ікон спокута дзвонить.&lt;br /&gt;</w:t>
        <w:br/>
        <w:t>І відкрито всім життя безмежне—&lt;br /&gt;</w:t>
        <w:br/>
        <w:t>в церкві білих небозводів.&lt;br /&gt;</w:t>
        <w:br/>
        <w:t>З.УІІІ.65&lt;br /&gt;</w:t>
        <w:br/>
        <w:t>СВІТУЧИЙ ВЕЧІР</w:t>
      </w:r>
    </w:p>
    <w:p>
      <w:r>
        <w:br/>
        <w:t>До грудей не припливали краще&lt;br /&gt;</w:t>
        <w:br/>
        <w:t>хвилі з горна зіркового,—&lt;br /&gt;</w:t>
        <w:br/>
        <w:t>як відкрилося палання пташе,&lt;br /&gt;</w:t>
        <w:br/>
        <w:t>не забувши ні про кого.</w:t>
      </w:r>
    </w:p>
    <w:p>
      <w:r>
        <w:br/>
        <w:t>Море, з колоска пилок зелений! —&lt;br /&gt;</w:t>
        <w:br/>
        <w:t>розливається при громі;&lt;br /&gt;</w:t>
        <w:br/>
        <w:t>маківки від неба не притемнить:&lt;br /&gt;</w:t>
        <w:br/>
        <w:t>крови цвіту, що безмовний.</w:t>
      </w:r>
    </w:p>
    <w:p>
      <w:r>
        <w:br/>
        <w:t>Хоч мов човен за тополі тоне,&lt;br /&gt;</w:t>
        <w:br/>
        <w:t>в огнище, на захід бігши:&lt;br /&gt;</w:t>
        <w:br/>
        <w:t>зійде і ніщо не більш коштовне! —&lt;br /&gt;</w:t>
        <w:br/>
        <w:t>між серцями сполох білий.</w:t>
      </w:r>
    </w:p>
    <w:p>
      <w:r>
        <w:br/>
        <w:t>Спокій річки, загубивши пам'ять,&lt;br /&gt;</w:t>
        <w:br/>
        <w:t>ти колись, як бранець, кинув.&lt;br /&gt;</w:t>
        <w:br/>
        <w:t>Провинився! й каменуйте в мряках,&lt;br /&gt;</w:t>
        <w:br/>
        <w:t>ви, закони, взявши книгу.&lt;br /&gt;</w:t>
        <w:br/>
        <w:t>З.УІІІ.65&lt;br /&gt;</w:t>
        <w:br/>
        <w:t>ОГНЕННИЙ РАНОК</w:t>
      </w:r>
    </w:p>
    <w:p>
      <w:r>
        <w:br/>
        <w:t>Хто—ізгой, обшарпаний дощами&lt;br /&gt;</w:t>
        <w:br/>
        <w:t>(з нічиїх хмарин розшиті):&lt;br /&gt;</w:t>
        <w:br/>
        <w:t>киньте кременем! огнем нещадним! —&lt;br /&gt;</w:t>
        <w:br/>
        <w:t>бо збезумів з вітру вишні.&lt;br /&gt;</w:t>
        <w:br/>
        <w:t>І замкніть на ланцюги підзем'я,&lt;br /&gt;</w:t>
        <w:br/>
        <w:t>бо рабом з війни підпався,&lt;br /&gt;</w:t>
        <w:br/>
        <w:t>взнавши ранами, що смерть кремезна,&lt;br /&gt;</w:t>
        <w:br/>
        <w:t>мов при зміях—пітьми пастка.&lt;br /&gt;</w:t>
        <w:br/>
        <w:t>Близько: білістю чаїних крилець&lt;br /&gt;</w:t>
        <w:br/>
        <w:t>нам зоря відкрила груди,&lt;br /&gt;</w:t>
        <w:br/>
        <w:t>вісничка, чиє світуче—кринне&lt;br /&gt;</w:t>
        <w:br/>
        <w:t>серце в покаяння будить.&lt;br /&gt;</w:t>
        <w:br/>
        <w:t>Після кутні вечора в багризні,&lt;br /&gt;</w:t>
        <w:br/>
        <w:t>після шибениці ночі&lt;br /&gt;</w:t>
        <w:br/>
        <w:t>та туманів, що до кости вгризлись,&lt;br /&gt;</w:t>
        <w:br/>
        <w:t>нам світанок смирну точить.</w:t>
      </w:r>
    </w:p>
    <w:p>
      <w:r>
        <w:br/>
        <w:t>І твої долоні—сірі скойки —&lt;br /&gt;</w:t>
        <w:br/>
        <w:t>сповнено жалів бризкучих:&lt;br /&gt;</w:t>
        <w:br/>
        <w:t>поблагали в сонця! як ніколи&lt;br /&gt;</w:t>
        <w:br/>
        <w:t>при вікні лілейний кущик.</w:t>
      </w:r>
    </w:p>
    <w:p>
      <w:r>
        <w:br/>
        <w:t>Від досвіття—голоси, під вибух:&lt;br /&gt;</w:t>
        <w:br/>
        <w:t>пламенний, мов перші гори —&lt;br /&gt;</w:t>
        <w:br/>
        <w:t>коло хвиль, куди і птиці зблиснуть;&lt;br /&gt;</w:t>
        <w:br/>
        <w:t>з ними громик правди скорий.&lt;br /&gt;</w:t>
        <w:br/>
        <w:t>Втоплений полон, і постать звідти&lt;br /&gt;</w:t>
        <w:br/>
        <w:t>мариться з вінця веселки...&lt;br /&gt;</w:t>
        <w:br/>
        <w:t>о, зірки мої, очима рідні! —&lt;br /&gt;</w:t>
        <w:br/>
        <w:t>коло вас ясмин поселить.&lt;br /&gt;</w:t>
        <w:br/>
        <w:t>4.УІІІ.65&lt;br /&gt;</w:t>
        <w:br/>
        <w:t>ДЗВІНИЧНА НЕДІЛЯ</w:t>
      </w:r>
    </w:p>
    <w:p>
      <w:r>
        <w:br/>
        <w:t>Віддалівши від оман тенетних,&lt;br /&gt;</w:t>
        <w:br/>
        <w:t>критих вовчими квітками,&lt;br /&gt;</w:t>
        <w:br/>
        <w:t>станьмо мирно: колосковий ченчик:&lt;br /&gt;</w:t>
        <w:br/>
        <w:t>вірити в сузір'я брамні.&lt;br /&gt;</w:t>
        <w:br/>
        <w:t>Ближчати до них по плитах східців,&lt;br /&gt;</w:t>
        <w:br/>
        <w:t>що скружає вежа древня.&lt;br /&gt;</w:t>
        <w:br/>
        <w:t>В обрисі камінних лілій звідкись—&lt;br /&gt;</w:t>
        <w:br/>
        <w:t>книги, повні грому, жеврять.</w:t>
      </w:r>
    </w:p>
    <w:p>
      <w:r>
        <w:br/>
        <w:t>Гостями до дзвонового серця&lt;br /&gt;</w:t>
        <w:br/>
        <w:t>сходити з тобою поруч.&lt;br /&gt;</w:t>
        <w:br/>
        <w:t>Клич, мов річка мідна, пронесеться,&lt;br /&gt;</w:t>
        <w:br/>
        <w:t>значачи спокутну прощу.&lt;br /&gt;</w:t>
        <w:br/>
        <w:t>А тополі наші засвітивши,—&lt;br /&gt;</w:t>
        <w:br/>
        <w:t>осінь при кіоті ставить.&lt;br /&gt;</w:t>
        <w:br/>
        <w:t>Скоро в тіні їхній найсинішій&lt;br /&gt;</w:t>
        <w:br/>
        <w:t>нам вернутися назавжди.</w:t>
      </w:r>
    </w:p>
    <w:p>
      <w:r>
        <w:br/>
        <w:t>Вдариться крильце совине в шибку&lt;br /&gt;</w:t>
        <w:br/>
        <w:t>місячній часовні—з пущі.&lt;br /&gt;</w:t>
        <w:br/>
        <w:t>Тайну горя, від негоди швидшу,&lt;br /&gt;</w:t>
        <w:br/>
        <w:t>чули айстри: нам шепнути.&lt;br /&gt;</w:t>
        <w:br/>
        <w:t>4.VIII.65&lt;br /&gt;</w:t>
        <w:br/>
        <w:t>ПРИРЕЧЕННЯ ЗМІНИ</w:t>
      </w:r>
    </w:p>
    <w:p>
      <w:r>
        <w:br/>
        <w:t>Довіває, мов димами з грядки&lt;br /&gt;</w:t>
        <w:br/>
        <w:t>пил красолі, на всемир'я.&lt;br /&gt;</w:t>
        <w:br/>
        <w:t>Туга самоти моєї в радість—&lt;br /&gt;</w:t>
        <w:br/>
        <w:t>пориваннями нестримна.</w:t>
      </w:r>
    </w:p>
    <w:p>
      <w:r>
        <w:br/>
        <w:t>А з орлиного підхмар'я морить&lt;br /&gt;</w:t>
        <w:br/>
        <w:t>непогода, оком темна...&lt;br /&gt;</w:t>
        <w:br/>
        <w:t>до розлуки! кораблі, як хорик,&lt;br /&gt;</w:t>
        <w:br/>
        <w:t>викличуть обох на ймення.</w:t>
      </w:r>
    </w:p>
    <w:p>
      <w:r>
        <w:br/>
        <w:t>Знаю: згрішиться кохання щире,&lt;br /&gt;</w:t>
        <w:br/>
        <w:t>як собою світ замінить.&lt;br /&gt;</w:t>
        <w:br/>
        <w:t>Буря вцвітаний ланцюг розірве&lt;br /&gt;</w:t>
        <w:br/>
        <w:t>і поклонить серце в німість.</w:t>
      </w:r>
    </w:p>
    <w:p>
      <w:r>
        <w:br/>
        <w:t>Бо в законі океанів скорих&lt;br /&gt;</w:t>
        <w:br/>
        <w:t>числять крок зозулі віщі:&lt;br /&gt;</w:t>
        <w:br/>
        <w:t>зняти гордість нашу! на порозі&lt;br /&gt;</w:t>
        <w:br/>
        <w:t>сонцевого віку в тиші.&lt;br /&gt;</w:t>
        <w:br/>
        <w:t>5.УІІІ.65&lt;br /&gt;</w:t>
        <w:br/>
        <w:t>ІСПИТ ЩОДЕННОСТИ</w:t>
      </w:r>
    </w:p>
    <w:p>
      <w:r>
        <w:br/>
        <w:t>По неділі стали непогоди:&lt;br /&gt;</w:t>
        <w:br/>
        <w:t>в хвилі сірі, як паркан.&lt;br /&gt;</w:t>
        <w:br/>
        <w:t>Вибухи, чи вербна кров підводить?—&lt;br /&gt;</w:t>
        <w:br/>
        <w:t>зеленіючи, й зника.&lt;br /&gt;</w:t>
        <w:br/>
        <w:t>Чесані від вітру, коси—в черзі,&lt;br /&gt;</w:t>
        <w:br/>
        <w:t>крейдяними гребінцями.&lt;br /&gt;</w:t>
        <w:br/>
        <w:t>І морській, мов чайка, нареченій&lt;br /&gt;</w:t>
        <w:br/>
        <w:t>вінчик сяйва обіцяти.&lt;br /&gt;</w:t>
        <w:br/>
        <w:t>Кресляться на пагорбах піщаних&lt;br /&gt;</w:t>
        <w:br/>
        <w:t>речення травин з пориву.&lt;br /&gt;</w:t>
        <w:br/>
        <w:t>Де—сліди? де наші? на прощанні&lt;br /&gt;</w:t>
        <w:br/>
        <w:t>зірку бачили сповірну.&lt;br /&gt;</w:t>
        <w:br/>
        <w:t>Дві долоні вітру, шарудівши,&lt;br /&gt;</w:t>
        <w:br/>
        <w:t>зарівняли й не дізнати.&lt;br /&gt;</w:t>
        <w:br/>
        <w:t>Десь іскринка! знак одвічних свідків&lt;br /&gt;</w:t>
        <w:br/>
        <w:t>з неба до відчаїв наших.&lt;br /&gt;</w:t>
        <w:br/>
        <w:t>5.УІІІ.65</w:t>
      </w:r>
    </w:p>
    <w:p>
      <w:r>
        <w:br/>
        <w:t>БЕЗСМЕРТЯ СЕРЦЯ</w:t>
      </w:r>
    </w:p>
    <w:p>
      <w:r>
        <w:br/>
        <w:t>Ми тужити станемо потойбік—&lt;br /&gt;</w:t>
        <w:br/>
        <w:t>про вечір'я браток звичних...&lt;br /&gt;</w:t>
        <w:br/>
        <w:t>Повелілось: кров до їх подоби&lt;br /&gt;</w:t>
        <w:br/>
        <w:t>вже очистити на відчит.</w:t>
      </w:r>
    </w:p>
    <w:p>
      <w:r>
        <w:br/>
        <w:t>Доп'янивши, жар іржу зоставив&lt;br /&gt;</w:t>
        <w:br/>
        <w:t>на лади чуття текучі—&lt;br /&gt;</w:t>
        <w:br/>
        <w:t>в серці: скарбівниці неба тайній,&lt;br /&gt;</w:t>
        <w:br/>
        <w:t>що до вічности прилучить.&lt;br /&gt;</w:t>
        <w:br/>
        <w:t>Серце—океан; річки жоржинні&lt;br /&gt;</w:t>
        <w:br/>
        <w:t>повертаються з відбігу.&lt;br /&gt;</w:t>
        <w:br/>
        <w:t>В течіях душа домує, жити—&lt;br /&gt;</w:t>
        <w:br/>
        <w:t>жертву сповнити обітну.&lt;br /&gt;</w:t>
        <w:br/>
        <w:t>В течіях кровин, в іскризні кращій,&lt;br /&gt;</w:t>
        <w:br/>
        <w:t>ніж летить зірчаний розсип:&lt;br /&gt;</w:t>
        <w:br/>
        <w:t>все—в прибої, сполохами вбравшись,&lt;br /&gt;</w:t>
        <w:br/>
        <w:t>все—домує, з сонця росить.&lt;br /&gt;</w:t>
        <w:br/>
        <w:t>Все— в біжучих зореничках теплих,&lt;br /&gt;</w:t>
        <w:br/>
        <w:t>кладених, як моря бризки;&lt;br /&gt;</w:t>
        <w:br/>
        <w:t>все—домує! все, як потопельник! —&lt;br /&gt;</w:t>
        <w:br/>
        <w:t>до хлібини сонця близить.&lt;br /&gt;</w:t>
        <w:br/>
        <w:t>І призначено: в зіницях братки&lt;br /&gt;</w:t>
        <w:br/>
        <w:t>повторити світлотою;&lt;br /&gt;</w:t>
        <w:br/>
        <w:t>все— в багатті! без гордині втратних,—&lt;br /&gt;</w:t>
        <w:br/>
        <w:t>де човни життя не тонуть.&lt;br /&gt;</w:t>
        <w:br/>
        <w:t>5.УІІІ.65&lt;br /&gt;</w:t>
        <w:br/>
        <w:t>НЕРОЗГАДНА ПРИКМЕТА</w:t>
      </w:r>
    </w:p>
    <w:p>
      <w:r>
        <w:br/>
        <w:t>Горнеться, немов слідами гробу—&lt;br /&gt;</w:t>
        <w:br/>
        <w:t>голос океанний віє.&lt;br /&gt;</w:t>
        <w:br/>
        <w:t>Яблуне! тебе, гілками добру,&lt;br /&gt;</w:t>
        <w:br/>
        <w:t>кличе в світло заповітне...&lt;br /&gt;</w:t>
        <w:br/>
        <w:t>Де півмісяцева скибка встежить&lt;br /&gt;</w:t>
        <w:br/>
        <w:t>білий профіль,—від напасти.&lt;br /&gt;</w:t>
        <w:br/>
        <w:t>Щастя наше: вогняний ковчежик&lt;br /&gt;</w:t>
        <w:br/>
        <w:t>відпливає в безум клятий.</w:t>
      </w:r>
    </w:p>
    <w:p>
      <w:r>
        <w:br/>
        <w:t>Тільки скибка винозірна дужче&lt;br /&gt;</w:t>
        <w:br/>
        <w:t>думу з блідности чарує.&lt;br /&gt;</w:t>
        <w:br/>
        <w:t>Ми на ниву неба, серце дружнє,&lt;br /&gt;</w:t>
        <w:br/>
        <w:t>на блакитну станьмо вдруге...&lt;br /&gt;</w:t>
        <w:br/>
        <w:t>Близиться завіса! не прогляну,&lt;br /&gt;</w:t>
        <w:br/>
        <w:t>чайка прорізає ридма:&lt;br /&gt;</w:t>
        <w:br/>
        <w:t>крильми вівши згадку полум'яну—&lt;br /&gt;</w:t>
        <w:br/>
        <w:t>з каменя до семизір'я.&lt;br /&gt;</w:t>
        <w:br/>
        <w:t>6.УІІІ.65&lt;br /&gt;</w:t>
        <w:br/>
        <w:t>НАЙВИЩИЙ ПРИПЛИВ</w:t>
      </w:r>
    </w:p>
    <w:p>
      <w:r>
        <w:br/>
        <w:t>Борозни біжать! мов жар, несучи,&lt;br /&gt;</w:t>
        <w:br/>
        <w:t>свічені з могил розритих—&lt;br /&gt;</w:t>
        <w:br/>
        <w:t>молоді вінці та скрізь обручки:&lt;br /&gt;</w:t>
        <w:br/>
        <w:t>до дзеркалля в красні ритми.&lt;br /&gt;</w:t>
        <w:br/>
        <w:t>Там і в нас любов коронувалась&lt;br /&gt;</w:t>
        <w:br/>
        <w:t>досвітами білоцвітів.&lt;br /&gt;</w:t>
        <w:br/>
        <w:t>Слід від зіркового покривала,&lt;br /&gt;</w:t>
        <w:br/>
        <w:t>розгорівши, в сплески звітривсь.&lt;br /&gt;</w:t>
        <w:br/>
        <w:t>І від персня на лілейні пальці&lt;br /&gt;</w:t>
        <w:br/>
        <w:t>висвіток спливав, на вічність.&lt;br /&gt;</w:t>
        <w:br/>
        <w:t>Все—погасло; і скарбизни впали&lt;br /&gt;</w:t>
        <w:br/>
        <w:t>в глибину гробниць безсвітних.&lt;br /&gt;</w:t>
        <w:br/>
        <w:t>А саме знеквітнене трепеття&lt;br /&gt;</w:t>
        <w:br/>
        <w:t>скинеться край серця в скойки.&lt;br /&gt;</w:t>
        <w:br/>
        <w:t>Часом хвиля: дуже, дуже тепла&lt;br /&gt;</w:t>
        <w:br/>
        <w:t>згадку з іскрою прикотить.&lt;br /&gt;</w:t>
        <w:br/>
        <w:t>6.VIII.65&lt;br /&gt;</w:t>
        <w:br/>
        <w:t>ВІДГОМІН життя</w:t>
      </w:r>
    </w:p>
    <w:p>
      <w:r>
        <w:br/>
        <w:t>Мертво грають перламутри з мушлі&lt;br /&gt;</w:t>
        <w:br/>
        <w:t>(звій—мов кружні хуртовинки).&lt;br /&gt;</w:t>
        <w:br/>
        <w:t>Без покійників, а спомин смутків&lt;br /&gt;</w:t>
        <w:br/>
        <w:t>з моря повниться донині.&lt;br /&gt;</w:t>
        <w:br/>
        <w:t>Бурі пам'ятник: про взнану радість—&lt;br /&gt;</w:t>
        <w:br/>
        <w:t>відшум замкнуто від неї...&lt;br /&gt;</w:t>
        <w:br/>
        <w:t>від живого моря, що принадить&lt;br /&gt;</w:t>
        <w:br/>
        <w:t>меви до жаги своєї.&lt;br /&gt;</w:t>
        <w:br/>
        <w:t>Крильми не відірвуться летівши,&lt;br /&gt;</w:t>
        <w:br/>
        <w:t>клонені грозою в скарзі.&lt;br /&gt;</w:t>
        <w:br/>
        <w:t>Прагнув бранець берега безслівний —&lt;br /&gt;</w:t>
        <w:br/>
        <w:t>до очей радіти карих.&lt;br /&gt;</w:t>
        <w:br/>
        <w:t>Ланцюги—міцніші, аніж держать&lt;br /&gt;</w:t>
        <w:br/>
        <w:t>корабель до дна при кітві.&lt;br /&gt;</w:t>
        <w:br/>
        <w:t>Хоч валами левів надбережна&lt;br /&gt;</w:t>
        <w:br/>
        <w:t>буря відрива, вкотившись.&lt;br /&gt;</w:t>
        <w:br/>
        <w:t>Ніби тінь, найзалізніша ланка—&lt;br /&gt;</w:t>
        <w:br/>
        <w:t>відзнача кровину в поклик.&lt;br /&gt;</w:t>
        <w:br/>
        <w:t>З півдня яблунями захлиналась&lt;br /&gt;</w:t>
        <w:br/>
        <w:t>повнота зірчат високих.&lt;br /&gt;</w:t>
        <w:br/>
        <w:t>Мушля мертва з побризку здригнеться,&lt;br /&gt;</w:t>
        <w:br/>
        <w:t>шуми беручи на відгук;&lt;br /&gt;</w:t>
        <w:br/>
        <w:t>і програє семибарва серпня&lt;br /&gt;</w:t>
        <w:br/>
        <w:t>в перламутрі! роси зійдуть.&lt;br /&gt;</w:t>
        <w:br/>
        <w:t>Так розбуджено примерлий клавіш&lt;br /&gt;</w:t>
        <w:br/>
        <w:t>кликати в живе ридання:&lt;br /&gt;</w:t>
        <w:br/>
        <w:t>важко від роялю моря згравши,&lt;br /&gt;</w:t>
        <w:br/>
        <w:t>з мушлями горить відрана.&lt;br /&gt;</w:t>
        <w:br/>
        <w:t>6.VIII.65&lt;br /&gt;</w:t>
        <w:br/>
        <w:t>ПРИЗНАЧЕННЯ ЧАЙОК</w:t>
      </w:r>
    </w:p>
    <w:p>
      <w:r>
        <w:br/>
        <w:t>Від планет веселі або скорбні&lt;br /&gt;</w:t>
        <w:br/>
        <w:t>криком випрядали долю:&lt;br /&gt;</w:t>
        <w:br/>
        <w:t>в дружбу чи кохання, чи при гробі,&lt;br /&gt;</w:t>
        <w:br/>
        <w:t>як і в празники додому.&lt;br /&gt;</w:t>
        <w:br/>
        <w:t>Скеля з моря, як подвійня віка&lt;br /&gt;</w:t>
        <w:br/>
        <w:t>сірої труни, і плачуть&lt;br /&gt;</w:t>
        <w:br/>
        <w:t>чайки в речення пісень, бо скликав&lt;br /&gt;</w:t>
        <w:br/>
        <w:t>місяць від біди з початку...</w:t>
      </w:r>
    </w:p>
    <w:p>
      <w:r>
        <w:br/>
        <w:t>і доквітнувши в пелюстки східні&lt;br /&gt;</w:t>
        <w:br/>
        <w:t>при вікні—твоєму горі,&lt;br /&gt;</w:t>
        <w:br/>
        <w:t>німо: ластівці слова і рибці&lt;br /&gt;</w:t>
        <w:br/>
        <w:t>випломінює церковні.&lt;br /&gt;</w:t>
        <w:br/>
        <w:t>І про нас, поткавши в сльози вінчик,&lt;br /&gt;</w:t>
        <w:br/>
        <w:t>мальви стерегти спинився...&lt;br /&gt;</w:t>
        <w:br/>
        <w:t>доки в релях океан докінчить&lt;br /&gt;</w:t>
        <w:br/>
        <w:t>мову, що вогнем — як нива.&lt;br /&gt;</w:t>
        <w:br/>
        <w:t>6.VIII.65&lt;br /&gt;</w:t>
        <w:br/>
        <w:t>БІЛА ІКОНА</w:t>
      </w:r>
    </w:p>
    <w:p>
      <w:r>
        <w:br/>
        <w:t>Славний, мов гілками в скелях склався—&lt;br /&gt;</w:t>
        <w:br/>
        <w:t>бігши, океан горючий:&lt;br /&gt;</w:t>
        <w:br/>
        <w:t>де рай-цвіт кіоту, неба ласка;&lt;br /&gt;</w:t>
        <w:br/>
        <w:t>до Мадонни кличуть учні.&lt;br /&gt;</w:t>
        <w:br/>
        <w:t>А долоні в дві зірниці сходять;&lt;br /&gt;</w:t>
        <w:br/>
        <w:t>мирно ластівки нап'ються.&lt;br /&gt;</w:t>
        <w:br/>
        <w:t>Клонить місяць, ключаний колодязь—&lt;br /&gt;</w:t>
        <w:br/>
        <w:t>повен збірик, ніби люстра.&lt;br /&gt;</w:t>
        <w:br/>
        <w:t>Звід розвидниться життя вінчати;&lt;br /&gt;</w:t>
        <w:br/>
        <w:t>і над празник шестикрилий—&lt;br /&gt;</w:t>
        <w:br/>
        <w:t>лілія лілей з небес причасних:&lt;br /&gt;</w:t>
        <w:br/>
        <w:t>Богоматір—зір прихилить.&lt;br /&gt;</w:t>
        <w:br/>
        <w:t>Вік молитви про кайданні душі&lt;br /&gt;</w:t>
        <w:br/>
        <w:t>від її сльози промисливсь.&lt;br /&gt;</w:t>
        <w:br/>
        <w:t>І сузір'я всіх кадил найдужчих&lt;br /&gt;</w:t>
        <w:br/>
        <w:t>звістять про блаженну милість.&lt;br /&gt;</w:t>
        <w:br/>
        <w:t>Ниви моря; з ними схід просторить&lt;br /&gt;</w:t>
        <w:br/>
        <w:t>білоцвіт розп'ятих тернів.&lt;br /&gt;</w:t>
        <w:br/>
        <w:t>Від лампадок неба вкруг корони—&lt;br /&gt;</w:t>
        <w:br/>
        <w:t>їй весніє день безсмертний.&lt;br /&gt;</w:t>
        <w:br/>
        <w:t>7.VIII.65&lt;br /&gt;</w:t>
        <w:br/>
        <w:t>ПРОСВІЧЕННЯ НОЧІ</w:t>
      </w:r>
    </w:p>
    <w:p>
      <w:r>
        <w:br/>
        <w:t>Цвинтар моря чорнотою зрушив&lt;br /&gt;</w:t>
        <w:br/>
        <w:t>цвіт і плити над гробами.&lt;br /&gt;</w:t>
        <w:br/>
        <w:t>Де сліди? через пісок, вирущі,&lt;br /&gt;</w:t>
        <w:br/>
        <w:t>в каменях вали забрали.&lt;br /&gt;</w:t>
        <w:br/>
        <w:t>їм напроти прозерніла іскра&lt;br /&gt;</w:t>
        <w:br/>
        <w:t>сиротою в полі-небі...&lt;br /&gt;</w:t>
        <w:br/>
        <w:t>розгорися! з колоска розсійся&lt;br /&gt;</w:t>
        <w:br/>
        <w:t>в ріллі темряви серпневі.&lt;br /&gt;</w:t>
        <w:br/>
        <w:t>Скибку яблука: збілілий місяць,&lt;br /&gt;</w:t>
        <w:br/>
        <w:t>врізано з неділі в гостях.&lt;br /&gt;</w:t>
        <w:br/>
        <w:t>Він і в прозолочінь подимівся,&lt;br /&gt;</w:t>
        <w:br/>
        <w:t>бравши брилик—світло сповна.&lt;br /&gt;</w:t>
        <w:br/>
        <w:t>З ківшика від нього в добросердність&lt;br /&gt;</w:t>
        <w:br/>
        <w:t>на безодню шлях пролитий.&lt;br /&gt;</w:t>
        <w:br/>
        <w:t>Знов багаття від грудей відвертих&lt;br /&gt;</w:t>
        <w:br/>
        <w:t>моря—до ікон молитви.&lt;br /&gt;</w:t>
        <w:br/>
        <w:t>7.VIII.65&lt;br /&gt;</w:t>
        <w:br/>
        <w:t>НАБЛИЖЕННЯ РОЗСУДІВ</w:t>
      </w:r>
    </w:p>
    <w:p>
      <w:r>
        <w:br/>
        <w:t>Звалює двірці вино зелене—&lt;br /&gt;</w:t>
        <w:br/>
        <w:t>празниковістю гудучі.&lt;br /&gt;</w:t>
        <w:br/>
        <w:t>Вже і кружево в чаїний лемент&lt;br /&gt;</w:t>
        <w:br/>
        <w:t>гірко спінюється йдучи.</w:t>
      </w:r>
    </w:p>
    <w:p>
      <w:r>
        <w:br/>
        <w:t>Скеля вечора червінна в кварцах;&lt;br /&gt;</w:t>
        <w:br/>
        <w:t>кров проллється з самородків...&lt;br /&gt;</w:t>
        <w:br/>
        <w:t>І найближча жеврість моря ватрить,—&lt;br /&gt;</w:t>
        <w:br/>
        <w:t>скойки, як долоні добрі.&lt;br /&gt;</w:t>
        <w:br/>
        <w:t>Скеля: вірно вцарення відбити&lt;br /&gt;</w:t>
        <w:br/>
        <w:t>світочеві в згадку ждану.&lt;br /&gt;</w:t>
        <w:br/>
        <w:t>Там турботу, коло вікон бідних! —&lt;br /&gt;</w:t>
        <w:br/>
        <w:t>променем зірки одягнуть.&lt;br /&gt;</w:t>
        <w:br/>
        <w:t>Серце, і тобі, як мушлі в чуді,&lt;br /&gt;</w:t>
        <w:br/>
        <w:t>ждати правду до насліддя;&lt;br /&gt;</w:t>
        <w:br/>
        <w:t>в смолоскипну ніч, де хати людські,—&lt;br /&gt;</w:t>
        <w:br/>
        <w:t>їх підкрадці грізно скривдять.&lt;br /&gt;</w:t>
        <w:br/>
        <w:t>Часто ми самі в закляття гострі&lt;br /&gt;</w:t>
        <w:br/>
        <w:t>повертаємо кермами,&lt;br /&gt;</w:t>
        <w:br/>
        <w:t>братні груди ранячи до кости,&lt;br /&gt;</w:t>
        <w:br/>
        <w:t>а блакитний намір брали.&lt;br /&gt;</w:t>
        <w:br/>
        <w:t>8.VIII.65&lt;br /&gt;</w:t>
        <w:br/>
        <w:t>БЕЗМОВ'Я ВДОСВІТА</w:t>
      </w:r>
    </w:p>
    <w:p>
      <w:r>
        <w:br/>
        <w:t>Тишина, і чути: серце вдарить&lt;br /&gt;</w:t>
        <w:br/>
        <w:t>в ребрах місяця прозорих.&lt;br /&gt;</w:t>
        <w:br/>
        <w:t>Ми б мирилися, самі, найдалі—&lt;br /&gt;</w:t>
        <w:br/>
        <w:t>від зневаги і розорів.&lt;br /&gt;</w:t>
        <w:br/>
        <w:t>Для причастя поряд правда:збрати&lt;br /&gt;</w:t>
        <w:br/>
        <w:t>часточку огню, при чаші.&lt;br /&gt;</w:t>
        <w:br/>
        <w:t>Чи згадаєм гіркоту з образи,&lt;br /&gt;</w:t>
        <w:br/>
        <w:t>що була? при вікнах наших.&lt;br /&gt;</w:t>
        <w:br/>
        <w:t>Гори: сині, бережуть престольність&lt;br /&gt;</w:t>
        <w:br/>
        <w:t>над огнистий цвіт Іванів.&lt;br /&gt;</w:t>
        <w:br/>
        <w:t>Душі—чи прийшли з грози достойні,&lt;br /&gt;</w:t>
        <w:br/>
        <w:t>чи криві, як доля в'язнів?&lt;br /&gt;</w:t>
        <w:br/>
        <w:t>Туга топить гайворонів кархіт,&lt;br /&gt;</w:t>
        <w:br/>
        <w:t>як стара дзвіниця тінню.&lt;br /&gt;</w:t>
        <w:br/>
        <w:t>І тополя стала: приласкати—&lt;br /&gt;</w:t>
        <w:br/>
        <w:t>зоряницю з рос невтішну.&lt;br /&gt;</w:t>
        <w:br/>
        <w:t>10.VIII.65&lt;br /&gt;</w:t>
        <w:br/>
        <w:t>ВЕЧІРНЯ ЗВІТНІСТЬ</w:t>
      </w:r>
    </w:p>
    <w:p>
      <w:r>
        <w:br/>
        <w:t>Зійдемо на судну гору: трудно!—&lt;br /&gt;</w:t>
        <w:br/>
        <w:t>бо рогами брили вадять.&lt;br /&gt;</w:t>
        <w:br/>
        <w:t>Стежка рветься з камінця і грудки,&lt;br /&gt;</w:t>
        <w:br/>
        <w:t>круто коло прірви в спадах.&lt;br /&gt;</w:t>
        <w:br/>
        <w:t>Хмурний круг; а розбиває зверху&lt;br /&gt;</w:t>
        <w:br/>
        <w:t>яснота листків яскрава.&lt;br /&gt;</w:t>
        <w:br/>
        <w:t>І прийшли б ми разом, як у церкву;&lt;br /&gt;</w:t>
        <w:br/>
        <w:t>смолик сосен слізьми скрапав.</w:t>
      </w:r>
    </w:p>
    <w:p>
      <w:r>
        <w:br/>
        <w:t>А без сварок і незгод пробути&lt;br /&gt;</w:t>
        <w:br/>
        <w:t>ми могли: годину добру.&lt;br /&gt;</w:t>
        <w:br/>
        <w:t>В згоді довго, без дражливих буднів! —&lt;br /&gt;</w:t>
        <w:br/>
        <w:t>біля храмового бору.&lt;br /&gt;</w:t>
        <w:br/>
        <w:t>Вечір глибний: маревини гаснуть;&lt;br /&gt;</w:t>
        <w:br/>
        <w:t>верхогір'я з них найдалі—&lt;br /&gt;</w:t>
        <w:br/>
        <w:t>бліднучи в громаду океанську&lt;br /&gt;</w:t>
        <w:br/>
        <w:t>зводяться і ждуть рядами.&lt;br /&gt;</w:t>
        <w:br/>
        <w:t>З небозводу мак змовка в розливи,&lt;br /&gt;</w:t>
        <w:br/>
        <w:t>а ґноти спахнуть окремі.&lt;br /&gt;</w:t>
        <w:br/>
        <w:t>Вже з гілок, що блискавка зломила,&lt;br /&gt;</w:t>
        <w:br/>
        <w:t>місяць виплив—підмаренник.</w:t>
      </w:r>
    </w:p>
    <w:p>
      <w:r>
        <w:br/>
        <w:t>Смутно до душі згасати й гарно—&lt;br /&gt;</w:t>
        <w:br/>
        <w:t>горам! повіви навкружні&lt;br /&gt;</w:t>
        <w:br/>
        <w:t>А тривога з ними, ніби в ґанок&lt;br /&gt;</w:t>
        <w:br/>
        <w:t>дзвонами при гробі журить.&lt;br /&gt;</w:t>
        <w:br/>
        <w:t>Бо хоч і забутись думка хоче,&lt;br /&gt;</w:t>
        <w:br/>
        <w:t>все ж проходять висотою&lt;br /&gt;</w:t>
        <w:br/>
        <w:t>давні згадки про лице жіноче,&lt;br /&gt;</w:t>
        <w:br/>
        <w:t>ставши з видністю світкою.&lt;br /&gt;</w:t>
        <w:br/>
        <w:t>Воронів розлуки ніч відкине&lt;br /&gt;</w:t>
        <w:br/>
        <w:t>до ялин, як судді, строгих.&lt;br /&gt;</w:t>
        <w:br/>
        <w:t>Хоч на відсвіті надгір'я дике&lt;br /&gt;</w:t>
        <w:br/>
        <w:t>важко зводиться в надгробник.&lt;br /&gt;</w:t>
        <w:br/>
        <w:t>Глянув місяць, нерозгадна ясність,&lt;br /&gt;</w:t>
        <w:br/>
        <w:t>мов із схованки дитя.&lt;br /&gt;</w:t>
        <w:br/>
        <w:t>Нас утішити в незгоді частій,&lt;br /&gt;</w:t>
        <w:br/>
        <w:t>з миру снів—зірки летять.&lt;br /&gt;</w:t>
        <w:br/>
        <w:t>10,II.VIII.65&lt;br /&gt;</w:t>
        <w:br/>
        <w:t>ПЛОМЕНІ ВЕЧОРА</w:t>
      </w:r>
    </w:p>
    <w:p>
      <w:r>
        <w:br/>
        <w:t>Рвуться невслідимі руки ватри&lt;br /&gt;</w:t>
        <w:br/>
        <w:t>в крузі каменя—з обстроїв.&lt;br /&gt;</w:t>
        <w:br/>
        <w:t>А згадавши, нам погорювати:&lt;br /&gt;</w:t>
        <w:br/>
        <w:t>чом, дружино, їй не гості?&lt;br /&gt;</w:t>
        <w:br/>
        <w:t>Зарево з поляни; вкруг ялинник;&lt;br /&gt;</w:t>
        <w:br/>
        <w:t>і смутна беріз вечірність.&lt;br /&gt;</w:t>
        <w:br/>
        <w:t>А помалу храмний звід орлиний&lt;br /&gt;</w:t>
        <w:br/>
        <w:t>всі стозір'я—всі відчинить.&lt;br /&gt;</w:t>
        <w:br/>
        <w:t>Часом би приходили тропою&lt;br /&gt;</w:t>
        <w:br/>
        <w:t>ми примирно в теплі двері:&lt;br /&gt;</w:t>
        <w:br/>
        <w:t>по крутих, над прірвою сліпою —&lt;br /&gt;</w:t>
        <w:br/>
        <w:t>сходах через мох рудезний.&lt;br /&gt;</w:t>
        <w:br/>
        <w:t>Стрінуться струмки рвучкі з прислону,&lt;br /&gt;</w:t>
        <w:br/>
        <w:t>посвітами ластовисті.&lt;br /&gt;</w:t>
        <w:br/>
        <w:t>Важко краплі в квітняву неросну&lt;br /&gt;</w:t>
        <w:br/>
        <w:t>з ребер бриляних нависли.&lt;br /&gt;</w:t>
        <w:br/>
        <w:t>Сосни карано з грози щокроку,&lt;br /&gt;</w:t>
        <w:br/>
        <w:t>в схилі ягід найгіркіших.&lt;br /&gt;</w:t>
        <w:br/>
        <w:t>І прибравши вогняну сорочку,&lt;br /&gt;</w:t>
        <w:br/>
        <w:t>місяць хлібну скибку кришить...</w:t>
      </w:r>
    </w:p>
    <w:p>
      <w:r>
        <w:br/>
        <w:t>і розподіля, як віск церковний,&lt;br /&gt;</w:t>
        <w:br/>
        <w:t>посвічніти в любий спомин.&lt;br /&gt;</w:t>
        <w:br/>
        <w:t>Скільки ж, кароока, скорбних років&lt;br /&gt;</w:t>
        <w:br/>
        <w:t>ми терпіли! берег повний.&lt;br /&gt;</w:t>
        <w:br/>
        <w:t>Мариться: при морі, рвавши чорність,&lt;br /&gt;</w:t>
        <w:br/>
        <w:t>заповіт зірок поткався.&lt;br /&gt;</w:t>
        <w:br/>
        <w:t>Там проказує жалі жіночі&lt;br /&gt;</w:t>
        <w:br/>
        <w:t>в схід синьовіконна хатка.&lt;br /&gt;</w:t>
        <w:br/>
        <w:t>12-13.VIII.65&lt;br /&gt;</w:t>
        <w:br/>
        <w:t>ДЖЕРЕЛЬНІСТЬ ВЕРХОГІР'Я</w:t>
      </w:r>
    </w:p>
    <w:p>
      <w:r>
        <w:br/>
        <w:t>Серед папороті, з ямок скельних,&lt;br /&gt;</w:t>
        <w:br/>
        <w:t>на помшілу тінь обривів,&lt;br /&gt;</w:t>
        <w:br/>
        <w:t>точиться: мов невидимий глечик&lt;br /&gt;</w:t>
        <w:br/>
        <w:t>сховано—жагу добрити.&lt;br /&gt;</w:t>
        <w:br/>
        <w:t>Що давно, натруджені стежками,&lt;br /&gt;</w:t>
        <w:br/>
        <w:t>без розлуки як подружжя,&lt;br /&gt;</w:t>
        <w:br/>
        <w:t>проминали ви надморський камінь,&lt;br /&gt;</w:t>
        <w:br/>
        <w:t>де стерпіти грози здужав...&lt;br /&gt;</w:t>
        <w:br/>
        <w:t>А, палючий! — висушити подих&lt;br /&gt;</w:t>
        <w:br/>
        <w:t>брався: синя піч, моривши.&lt;br /&gt;</w:t>
        <w:br/>
        <w:t>До гіркущого терпіння зводить&lt;br /&gt;</w:t>
        <w:br/>
        <w:t>кров і крок на стрімовищі.</w:t>
      </w:r>
    </w:p>
    <w:p>
      <w:r>
        <w:br/>
        <w:t>Ось, коло бескиддя, стрічки косі&lt;br /&gt;</w:t>
        <w:br/>
        <w:t>в дзеркальце води між листя —&lt;br /&gt;</w:t>
        <w:br/>
        <w:t>линуть і ленять! і ви, в спекоті&lt;br /&gt;</w:t>
        <w:br/>
        <w:t>вимучені, напилися.&lt;br /&gt;</w:t>
        <w:br/>
        <w:t>Навіть і дрібна тоді незгода,&lt;br /&gt;</w:t>
        <w:br/>
        <w:t>що схопилася: про напрям,—&lt;br /&gt;</w:t>
        <w:br/>
        <w:t>згасла! прядка сонця придорожна&lt;br /&gt;</w:t>
        <w:br/>
        <w:t>нитку миру зразу спряла.&lt;br /&gt;</w:t>
        <w:br/>
        <w:t>Горяч і спраготу змито зморну —&lt;br /&gt;</w:t>
        <w:br/>
        <w:t>в сміх цілющого джерельця.&lt;br /&gt;</w:t>
        <w:br/>
        <w:t>Вгору ви помандрували, вгору,&lt;br /&gt;</w:t>
        <w:br/>
        <w:t>хоч темнити грім береться.&lt;br /&gt;</w:t>
        <w:br/>
        <w:t>А сьогодні, де мара покряче,&lt;br /&gt;</w:t>
        <w:br/>
        <w:t>згадуймо життя на згір'ї,&lt;br /&gt;</w:t>
        <w:br/>
        <w:t>взнавши джерело безмірно краще:&lt;br /&gt;</w:t>
        <w:br/>
        <w:t>всіх після гробів помирить.&lt;br /&gt;</w:t>
        <w:br/>
        <w:t>13.VIII.65&lt;br /&gt;</w:t>
        <w:br/>
        <w:t>ПІСЛЯ ГРОЗОВИЦІ</w:t>
      </w:r>
    </w:p>
    <w:p>
      <w:r>
        <w:br/>
        <w:t>Повиривано з прислонів мокрих—&lt;br /&gt;</w:t>
        <w:br/>
        <w:t>плити в звал! шеол відкрився...&lt;br /&gt;</w:t>
        <w:br/>
        <w:t>чи на Суд прокинутись: на оклик,&lt;br /&gt;</w:t>
        <w:br/>
        <w:t>із-під гробового віка?&lt;br /&gt;</w:t>
        <w:br/>
        <w:t>Зморять напрямки поміж химерні&lt;br /&gt;</w:t>
        <w:br/>
        <w:t>з кручі—адові прочвари:&lt;br /&gt;</w:t>
        <w:br/>
        <w:t>стрепети та яшури! мов смерчі&lt;br /&gt;</w:t>
        <w:br/>
        <w:t>ставлено, де змана мрячить.</w:t>
      </w:r>
    </w:p>
    <w:p>
      <w:r>
        <w:br/>
        <w:t>І стерзає страхами крутизна,&lt;br /&gt;</w:t>
        <w:br/>
        <w:t>збивши в стежку без підпори.&lt;br /&gt;</w:t>
        <w:br/>
        <w:t>Зірветься притьма громада бризна&lt;br /&gt;</w:t>
        <w:br/>
        <w:t>каменів—грозу відтворить.&lt;br /&gt;</w:t>
        <w:br/>
        <w:t>Падають потоки посіділі,&lt;br /&gt;</w:t>
        <w:br/>
        <w:t>а ростини сергу поруч:&lt;br /&gt;</w:t>
        <w:br/>
        <w:t>із рожевого палання звідси—&lt;br /&gt;</w:t>
        <w:br/>
        <w:t>росяну, несуть нагору.&lt;br /&gt;</w:t>
        <w:br/>
        <w:t>14.VIII.65&lt;br /&gt;</w:t>
        <w:br/>
        <w:t>СУДНИЙ ПРОВИД</w:t>
      </w:r>
    </w:p>
    <w:p>
      <w:r>
        <w:br/>
        <w:t>Горобина ніч надгір'я морить,&lt;br /&gt;</w:t>
        <w:br/>
        <w:t>кидані в огонь літучий.&lt;br /&gt;</w:t>
        <w:br/>
        <w:t>Повені при рокітному борі&lt;br /&gt;</w:t>
        <w:br/>
        <w:t>безлічами з бурі ллються.&lt;br /&gt;</w:t>
        <w:br/>
        <w:t>Враз—мов трони і фарфорні шафи,&lt;br /&gt;</w:t>
        <w:br/>
        <w:t>від палаців по сусідству,&lt;br /&gt;</w:t>
        <w:br/>
        <w:t>розбиваються, в безодню впавши! —&lt;br /&gt;</w:t>
        <w:br/>
        <w:t>до пломінности без сліду.&lt;br /&gt;</w:t>
        <w:br/>
        <w:t>Град: зубцями білої пшенички&lt;br /&gt;</w:t>
        <w:br/>
        <w:t>сиплеться непочислимо...&lt;br /&gt;</w:t>
        <w:br/>
        <w:t>обстріл крижаний! — на смерть поникли&lt;br /&gt;</w:t>
        <w:br/>
        <w:t>квіти кволі до ялинок.</w:t>
      </w:r>
    </w:p>
    <w:p>
      <w:r>
        <w:br/>
        <w:t>І горизна всіяна скарбіє&lt;br /&gt;</w:t>
        <w:br/>
        <w:t>зимами з досвіття серпня:&lt;br /&gt;</w:t>
        <w:br/>
        <w:t>в келехове серебро—в тарільне,&lt;br /&gt;</w:t>
        <w:br/>
        <w:t>загромаджена, проснеться.&lt;br /&gt;</w:t>
        <w:br/>
        <w:t>Скрізь, окрившися в привиддя, злива&lt;br /&gt;</w:t>
        <w:br/>
        <w:t>з блисками ліси бичує.&lt;br /&gt;</w:t>
        <w:br/>
        <w:t>Під ярмо негоди похилився&lt;br /&gt;</w:t>
        <w:br/>
        <w:t>"ключоцвіт": життя нечутне.</w:t>
      </w:r>
    </w:p>
    <w:p>
      <w:r>
        <w:br/>
        <w:t>Мечуться потоки напрям брати&lt;br /&gt;</w:t>
        <w:br/>
        <w:t>з папороті й перегрому:&lt;br /&gt;</w:t>
        <w:br/>
        <w:t>на провалля, скелями ребрасті,&lt;br /&gt;</w:t>
        <w:br/>
        <w:t>в грохоті, як на звіроту.&lt;br /&gt;</w:t>
        <w:br/>
        <w:t>І гординя споглядає людська—&lt;br /&gt;</w:t>
        <w:br/>
        <w:t>руку в господарстві неба:&lt;br /&gt;</w:t>
        <w:br/>
        <w:t>всеогненно дужу при оруддях,&lt;br /&gt;</w:t>
        <w:br/>
        <w:t>що—як справа корабельна.&lt;br /&gt;</w:t>
        <w:br/>
        <w:t>Нам переливає враз мільярди,&lt;br /&gt;</w:t>
        <w:br/>
        <w:t>під бальзам огненний, струмів:&lt;br /&gt;</w:t>
        <w:br/>
        <w:t>до низин, безводдями неврадних! —&lt;br /&gt;</w:t>
        <w:br/>
        <w:t>де вже спрага не замучить.&lt;br /&gt;</w:t>
        <w:br/>
        <w:t>14.VIII.65&lt;br /&gt;</w:t>
        <w:br/>
        <w:t>ВИСОКИЙ ЛУГ І ХРЕСТ</w:t>
      </w:r>
    </w:p>
    <w:p>
      <w:r>
        <w:br/>
        <w:t>Віє загадковістю між віття:&lt;br /&gt;</w:t>
        <w:br/>
        <w:t>в мир—квітинник фіялковий.&lt;br /&gt;</w:t>
        <w:br/>
        <w:t>І колібрі вдосвіта навістять,&lt;br /&gt;</w:t>
        <w:br/>
        <w:t>не звучи війни ніколи.&lt;br /&gt;</w:t>
        <w:br/>
        <w:t>Лютість людську в гробове бескеття&lt;br /&gt;</w:t>
        <w:br/>
        <w:t>замкнуто на круг нічний.&lt;br /&gt;</w:t>
        <w:br/>
        <w:t>Навіть гриб, що "ангел смерти" зветься,&lt;br /&gt;</w:t>
        <w:br/>
        <w:t>пробілівши, чин скінчив.&lt;br /&gt;</w:t>
        <w:br/>
        <w:t>Від світилень горличиних серпня,&lt;br /&gt;</w:t>
        <w:br/>
        <w:t>луг—колірний стрій відновить...&lt;br /&gt;</w:t>
        <w:br/>
        <w:t>княжик, схимна! в тисячорамення&lt;br /&gt;</w:t>
        <w:br/>
        <w:t>бранчик осени жертовний.&lt;br /&gt;</w:t>
        <w:br/>
        <w:t>З верхогір'я, вістячи над море,&lt;br /&gt;</w:t>
        <w:br/>
        <w:t>в зельній церкві на землі—&lt;br /&gt;</w:t>
        <w:br/>
        <w:t>незгасимий хрест: він ключ! відгорне&lt;br /&gt;</w:t>
        <w:br/>
        <w:t>смертну хворість від калік...&lt;br /&gt;</w:t>
        <w:br/>
        <w:t>Він один безумства всіх безчасні&lt;br /&gt;</w:t>
        <w:br/>
        <w:t>жаром зірковим дотерпить.&lt;br /&gt;</w:t>
        <w:br/>
        <w:t>І від нього в квітковинній чаші—&lt;br /&gt;</w:t>
        <w:br/>
        <w:t>дар на множину смиренних.</w:t>
      </w:r>
    </w:p>
    <w:p>
      <w:r>
        <w:br/>
        <w:t>Скрізь істота в іскрові рисунки&lt;br /&gt;</w:t>
        <w:br/>
        <w:t>змінена з його страждання&lt;br /&gt;</w:t>
        <w:br/>
        <w:t>і довічно в спочуття ростучи,&lt;br /&gt;</w:t>
        <w:br/>
        <w:t>з процвіту—плодами вдячна.</w:t>
      </w:r>
    </w:p>
    <w:p>
      <w:r>
        <w:br/>
        <w:t>Всі висоти димністю вдяглися,&lt;br /&gt;</w:t>
        <w:br/>
        <w:t>їм грядки життя рожевить—&lt;br /&gt;</w:t>
        <w:br/>
        <w:t>при ялинах сонцева колиска,&lt;br /&gt;</w:t>
        <w:br/>
        <w:t>що й труні відзначить межі.&lt;br /&gt;</w:t>
        <w:br/>
        <w:t>А струмків ні камені не стомлять—&lt;br /&gt;</w:t>
        <w:br/>
        <w:t>в океання бігти рідне.&lt;br /&gt;</w:t>
        <w:br/>
        <w:t>Квіти сиві: очі богомольця;&lt;br /&gt;</w:t>
        <w:br/>
        <w:t>із часовні місяць вийде.&lt;br /&gt;</w:t>
        <w:br/>
        <w:t>15. УІІІ. 65&lt;br /&gt;</w:t>
        <w:br/>
        <w:t>МІСТОК НАДІЙ</w:t>
      </w:r>
    </w:p>
    <w:p>
      <w:r>
        <w:br/>
        <w:t>Я не знаю, де родились круки,&lt;br /&gt;</w:t>
        <w:br/>
        <w:t>що дорогу нам звістили.&lt;br /&gt;</w:t>
        <w:br/>
        <w:t>Над потік повержено сторуких&lt;br /&gt;</w:t>
        <w:br/>
        <w:t>велетнів: місток безлистий.&lt;br /&gt;</w:t>
        <w:br/>
        <w:t>Так надії скинуто пропащі&lt;br /&gt;</w:t>
        <w:br/>
        <w:t>з берегів, де ми любились.&lt;br /&gt;</w:t>
        <w:br/>
        <w:t>Листя жовтістю, без цвіту й пташки,&lt;br /&gt;</w:t>
        <w:br/>
        <w:t>відпливає серед блисків.</w:t>
      </w:r>
    </w:p>
    <w:p>
      <w:r>
        <w:br/>
        <w:t>Просвітку нема, хоч поридайте&lt;br /&gt;</w:t>
        <w:br/>
        <w:t>вії зливи в кругосвіті.&lt;br /&gt;</w:t>
        <w:br/>
        <w:t>А привіє крилля благодатне—&lt;br /&gt;</w:t>
        <w:br/>
        <w:t>шестипламенне: з святині.</w:t>
      </w:r>
    </w:p>
    <w:p>
      <w:r>
        <w:br/>
        <w:t>І дозволить на містку ступити —&lt;br /&gt;</w:t>
        <w:br/>
        <w:t>нам, при ластовиній стрічі.&lt;br /&gt;</w:t>
        <w:br/>
        <w:t>Через мертвий, спомином сповитий,&lt;br /&gt;</w:t>
        <w:br/>
        <w:t>перейдіть, хоч і огірчить.</w:t>
      </w:r>
    </w:p>
    <w:p>
      <w:r>
        <w:br/>
        <w:t>Це не наша воля! нам благати&lt;br /&gt;</w:t>
        <w:br/>
        <w:t>небо про відкриту долю.&lt;br /&gt;</w:t>
        <w:br/>
        <w:t>З віку: з клавішів, потік багатий&lt;br /&gt;</w:t>
        <w:br/>
        <w:t>сходить в океан додому.&lt;br /&gt;</w:t>
        <w:br/>
        <w:t>16.VIII.65&lt;br /&gt;</w:t>
        <w:br/>
        <w:t>НАДОЗЕР'Я, ЩО ДНІЄ</w:t>
      </w:r>
    </w:p>
    <w:p>
      <w:r>
        <w:br/>
        <w:t>Озеро внизу; а церква біла—&lt;br /&gt;</w:t>
        <w:br/>
        <w:t>на холмі серед ялин&lt;br /&gt;</w:t>
        <w:br/>
        <w:t>Луговинки —легіт скрізь обвіяв,&lt;br /&gt;</w:t>
        <w:br/>
        <w:t>з півдня пасмами льняний.</w:t>
      </w:r>
    </w:p>
    <w:p>
      <w:r>
        <w:br/>
        <w:t>Далі: димно голубі громади&lt;br /&gt;</w:t>
        <w:br/>
        <w:t>в дугах поверхами ждуть.&lt;br /&gt;</w:t>
        <w:br/>
        <w:t>А хвилини, скарбом нестриманні,&lt;br /&gt;</w:t>
        <w:br/>
        <w:t>сходять! відтінь по сліду.</w:t>
      </w:r>
    </w:p>
    <w:p>
      <w:r>
        <w:br/>
        <w:t>В них—зірчина хризантемна в кожній;&lt;br /&gt;</w:t>
        <w:br/>
        <w:t>піднято розхідні пальці.&lt;br /&gt;</w:t>
        <w:br/>
        <w:t>І зогрів найсонячніший огник,&lt;br /&gt;</w:t>
        <w:br/>
        <w:t>розкриваючись палати.&lt;br /&gt;</w:t>
        <w:br/>
        <w:t>Розвидняє взори сонні всюди! —&lt;br /&gt;</w:t>
        <w:br/>
        <w:t>в обрис, горами півзримий.&lt;br /&gt;</w:t>
        <w:br/>
        <w:t>Зміст: як блискавка тополю збудить;&lt;br /&gt;</w:t>
        <w:br/>
        <w:t>відчиняймо вікна в мирі...&lt;br /&gt;</w:t>
        <w:br/>
        <w:t>з гостями при озері та сосні,&lt;br /&gt;</w:t>
        <w:br/>
        <w:t>хто зустрівши пожаліє&lt;br /&gt;</w:t>
        <w:br/>
        <w:t>кожне горе! в пастиря попросить&lt;br /&gt;</w:t>
        <w:br/>
        <w:t>милости, де зло залізне.&lt;br /&gt;</w:t>
        <w:br/>
        <w:t>А неволя вся: в цвіткій гордечі,&lt;br /&gt;</w:t>
        <w:br/>
        <w:t>і досилена зверх дому,&lt;br /&gt;</w:t>
        <w:br/>
        <w:t>як багатозмінна смерть, одержить&lt;br /&gt;</w:t>
        <w:br/>
        <w:t>присуд на біду бездонну.&lt;br /&gt;</w:t>
        <w:br/>
        <w:t>ВОЛЯ —ОКЕАН</w:t>
      </w:r>
    </w:p>
    <w:p>
      <w:r>
        <w:br/>
        <w:t>Він живий: аж ліс! аж сині нетрі;&lt;br /&gt;</w:t>
        <w:br/>
        <w:t>папороттю приливає.&lt;br /&gt;</w:t>
        <w:br/>
        <w:t>Спіриться, як з пітьми півні треті—&lt;br /&gt;</w:t>
        <w:br/>
        <w:t>гнати демонство левадне.&lt;br /&gt;</w:t>
        <w:br/>
        <w:t>Вся кора розрита бурунами,&lt;br /&gt;</w:t>
        <w:br/>
        <w:t>і листвіє гілка блисків,&lt;br /&gt;</w:t>
        <w:br/>
        <w:t>кинута до грановин брунатних—&lt;br /&gt;</w:t>
        <w:br/>
        <w:t>з розпачу квіток облитись.&lt;br /&gt;</w:t>
        <w:br/>
        <w:t>А в гущавині павич ночує,&lt;br /&gt;</w:t>
        <w:br/>
        <w:t>криляно підводить ранок...&lt;br /&gt;</w:t>
        <w:br/>
        <w:t>де хмаристе рушення нечутне—&lt;br /&gt;</w:t>
        <w:br/>
        <w:t>спломеніється стократно.</w:t>
      </w:r>
    </w:p>
    <w:p>
      <w:r>
        <w:br/>
        <w:t>Вдень вірганними грудьми згриміти&lt;br /&gt;</w:t>
        <w:br/>
        <w:t>палко журботу надгробну;&lt;br /&gt;</w:t>
        <w:br/>
        <w:t>розгорівши в незліченні мітри&lt;br /&gt;</w:t>
        <w:br/>
        <w:t>поміж вікнами собору.</w:t>
      </w:r>
    </w:p>
    <w:p>
      <w:r>
        <w:br/>
        <w:t>Пташе сходу! оком негасимий;&lt;br /&gt;</w:t>
        <w:br/>
        <w:t>не покинь сіроми—старця,&lt;br /&gt;</w:t>
        <w:br/>
        <w:t>де і камінь днів його посивів,&lt;br /&gt;</w:t>
        <w:br/>
        <w:t>і його стежина стратна.&lt;br /&gt;</w:t>
        <w:br/>
        <w:t>Від неділі при зелених дверях&lt;br /&gt;</w:t>
        <w:br/>
        <w:t>рельникові в руку брати—&lt;br /&gt;</w:t>
        <w:br/>
        <w:t>хоч скоринку, що вогнем одверта,&lt;br /&gt;</w:t>
        <w:br/>
        <w:t>з приповістки: біля радість.&lt;br /&gt;</w:t>
        <w:br/>
        <w:t>20-21.VIII.65&lt;br /&gt;</w:t>
        <w:br/>
        <w:t>СПОГАДАННЯ ВЕСНИ</w:t>
      </w:r>
    </w:p>
    <w:p>
      <w:r>
        <w:br/>
        <w:t>Збігла згадка, шепотами давня,&lt;br /&gt;</w:t>
        <w:br/>
        <w:t>гіркнучи, і чутно з моря...&lt;br /&gt;</w:t>
        <w:br/>
        <w:t>Движеться кобзарська кладь, що ждала&lt;br /&gt;</w:t>
        <w:br/>
        <w:t>в грудях—болем нерозорна.</w:t>
      </w:r>
    </w:p>
    <w:p>
      <w:r>
        <w:br/>
        <w:t>Вечір пересвітлено, мов усміх;&lt;br /&gt;</w:t>
        <w:br/>
        <w:t>колоситься жар по чергах.&lt;br /&gt;</w:t>
        <w:br/>
        <w:t>Чи образу розвівати мусить —&lt;br /&gt;</w:t>
        <w:br/>
        <w:t>синява: грозі причетна?</w:t>
      </w:r>
    </w:p>
    <w:p>
      <w:r>
        <w:br/>
        <w:t>Десь, від клавесинности в розливи,&lt;br /&gt;</w:t>
        <w:br/>
        <w:t>між димами став здіймати&lt;br /&gt;</w:t>
        <w:br/>
        <w:t>подих півдня—мрії журавлині,&lt;br /&gt;</w:t>
        <w:br/>
        <w:t>та хустки з німої хатки.&lt;br /&gt;</w:t>
        <w:br/>
        <w:t>Оранку турботи грізно—сизу&lt;br /&gt;</w:t>
        <w:br/>
        <w:t>десь помінено на розпач...&lt;br /&gt;</w:t>
        <w:br/>
        <w:t>ні пір'їни мевині не знижуть,—&lt;br /&gt;</w:t>
        <w:br/>
        <w:t>мушля не збере порожня.&lt;br /&gt;</w:t>
        <w:br/>
        <w:t>А докочується звал знадучий&lt;br /&gt;</w:t>
        <w:br/>
        <w:t>розривати гілку кружма:&lt;br /&gt;</w:t>
        <w:br/>
        <w:t>що—на серці, в спогади кладучи,&lt;br /&gt;</w:t>
        <w:br/>
        <w:t>ткала вся весна подружня.&lt;br /&gt;</w:t>
        <w:br/>
        <w:t>21.VIII.65&lt;br /&gt;</w:t>
        <w:br/>
        <w:t>СТЕПНИЙ ВІСНИК</w:t>
      </w:r>
    </w:p>
    <w:p>
      <w:r>
        <w:br/>
        <w:t>Я, любивши степ до божевілля,&lt;br /&gt;</w:t>
        <w:br/>
        <w:t>згадую щодня в примор'ї:&lt;br /&gt;</w:t>
        <w:br/>
        <w:t>скрізь керея нивок половіла,&lt;br /&gt;</w:t>
        <w:br/>
        <w:t>і волошок очі повні.&lt;br /&gt;</w:t>
        <w:br/>
        <w:t>І кипів, як цей, вали котивши,&lt;br /&gt;</w:t>
        <w:br/>
        <w:t>океан: билини в вінцях.&lt;br /&gt;</w:t>
        <w:br/>
        <w:t>Я —на березі, пастух колишій;&lt;br /&gt;</w:t>
        <w:br/>
        <w:t>кінські гриви в вітрі пінять.&lt;br /&gt;</w:t>
        <w:br/>
        <w:t>А на сірій скосині, послушник,&lt;br /&gt;</w:t>
        <w:br/>
        <w:t>"сонечко" від степу тихих...&lt;br /&gt;</w:t>
        <w:br/>
        <w:t>відпочинь, бо громовинник злющий&lt;br /&gt;</w:t>
        <w:br/>
        <w:t>нагрозився захватити.&lt;br /&gt;</w:t>
        <w:br/>
        <w:t>Посвітивши скрушено на крильцях&lt;br /&gt;</w:t>
        <w:br/>
        <w:t>кіновар книжок церковних:&lt;br /&gt;</w:t>
        <w:br/>
        <w:t>ти вернися—до межі вернися,&lt;br /&gt;</w:t>
        <w:br/>
        <w:t>сповістити колоскові.</w:t>
      </w:r>
    </w:p>
    <w:p>
      <w:r>
        <w:br/>
        <w:t>Глянути на степ, коли без мене:&lt;br /&gt;</w:t>
        <w:br/>
        <w:t>біл ох марністю вітрильні,&lt;br /&gt;</w:t>
        <w:br/>
        <w:t>помандрують в океання зельне&lt;br /&gt;</w:t>
        <w:br/>
        <w:t>скорбно кораблі—могили:&lt;br /&gt;</w:t>
        <w:br/>
        <w:t>кораблі сплюндровані й забуті,&lt;br /&gt;</w:t>
        <w:br/>
        <w:t>а з глибин огню воскреснуть—&lt;br /&gt;</w:t>
        <w:br/>
        <w:t>короговне світло їх, від буднів,&lt;br /&gt;</w:t>
        <w:br/>
        <w:t>скличе в істину несмертну.&lt;br /&gt;</w:t>
        <w:br/>
        <w:t>І вона, квітнивши неба парус,&lt;br /&gt;</w:t>
        <w:br/>
        <w:t>на хресті, пломінній щоглі:&lt;br /&gt;</w:t>
        <w:br/>
        <w:t>розів'ється крізь біду сірчану&lt;br /&gt;</w:t>
        <w:br/>
        <w:t>і серця спасе голодні.</w:t>
      </w:r>
    </w:p>
    <w:p>
      <w:r>
        <w:br/>
        <w:t>Там і ти, комашко, спозарання&lt;br /&gt;</w:t>
        <w:br/>
        <w:t>пролети при вікнах людських...&lt;br /&gt;</w:t>
        <w:br/>
        <w:t>може: пригадають і вигнанця,&lt;br /&gt;</w:t>
        <w:br/>
        <w:t>хто братерство з поля будить.&lt;br /&gt;</w:t>
        <w:br/>
        <w:t>23-23.VIII.65&lt;br /&gt;</w:t>
        <w:br/>
        <w:t>ДВІ ПРИЯВИ</w:t>
      </w:r>
    </w:p>
    <w:p>
      <w:r>
        <w:br/>
        <w:t>Хто достерігав як наймит коні? —&lt;br /&gt;</w:t>
        <w:br/>
        <w:t>мариться в степів одно:&lt;br /&gt;</w:t>
        <w:br/>
        <w:t>десь на горах маківки церковні&lt;br /&gt;</w:t>
        <w:br/>
        <w:t>видно, мов свічний вінок.</w:t>
      </w:r>
    </w:p>
    <w:p>
      <w:r>
        <w:br/>
        <w:t>І ввижається за ними море&lt;br /&gt;</w:t>
        <w:br/>
        <w:t>з півдня в поклики м'ятежні:&lt;br /&gt;</w:t>
        <w:br/>
        <w:t>красно—вал, як з музики, догорне,&lt;br /&gt;</w:t>
        <w:br/>
        <w:t>в пальцях білої пожежі.</w:t>
      </w:r>
    </w:p>
    <w:p>
      <w:r>
        <w:br/>
        <w:t>І вітрильника крильце відхідне&lt;br /&gt;</w:t>
        <w:br/>
        <w:t>борозну веде в причерпі—&lt;br /&gt;</w:t>
        <w:br/>
        <w:t>серед островів, де скарби діне&lt;br /&gt;</w:t>
        <w:br/>
        <w:t>сто ватаг: на дні печери.</w:t>
      </w:r>
    </w:p>
    <w:p>
      <w:r>
        <w:br/>
        <w:t>Там життя! зелені блискавиці&lt;br /&gt;</w:t>
        <w:br/>
        <w:t>в океанових очах.&lt;br /&gt;</w:t>
        <w:br/>
        <w:t>А могили? смутками сповиті,&lt;br /&gt;</w:t>
        <w:br/>
        <w:t>серед степу все мовчать.</w:t>
      </w:r>
    </w:p>
    <w:p>
      <w:r>
        <w:br/>
        <w:t>Ось, тепер при океані й чайці&lt;br /&gt;</w:t>
        <w:br/>
        <w:t>й острові, де скарб находять,&lt;br /&gt;</w:t>
        <w:br/>
        <w:t>спогадався степ!— кіот клечальний—&lt;br /&gt;</w:t>
        <w:br/>
        <w:t>сльози дивини в негодах.</w:t>
      </w:r>
    </w:p>
    <w:p>
      <w:r>
        <w:br/>
        <w:t>Від могили тайно воля шепче,&lt;br /&gt;</w:t>
        <w:br/>
        <w:t>крізь ромен цвіте—не гасне.&lt;br /&gt;</w:t>
        <w:br/>
        <w:t>Скарбу більшого нема: як чесне&lt;br /&gt;</w:t>
        <w:br/>
        <w:t>серце лицарське, преясне!&lt;br /&gt;</w:t>
        <w:br/>
        <w:t>Спить; а збудиться супроти кознів,&lt;br /&gt;</w:t>
        <w:br/>
        <w:t>кованих війною: з пекла.&lt;br /&gt;</w:t>
        <w:br/>
        <w:t>Сходить сонце на хрести віконні,&lt;br /&gt;</w:t>
        <w:br/>
        <w:t>хоч тропа його далека.&lt;br /&gt;</w:t>
        <w:br/>
        <w:t>Подивлюсь: могили кармазинів,&lt;br /&gt;</w:t>
        <w:br/>
        <w:t>як і острів кладу давній...&lt;br /&gt;</w:t>
        <w:br/>
        <w:t>чи не скойки, що вогонь відчинить —&lt;br /&gt;</w:t>
        <w:br/>
        <w:t>при незримім океані?&lt;br /&gt;</w:t>
        <w:br/>
        <w:t>24.VIII.65&lt;br /&gt;</w:t>
        <w:br/>
        <w:t>НЕПОГАСИМИЙ ПРИПЛИВ</w:t>
      </w:r>
    </w:p>
    <w:p>
      <w:r>
        <w:br/>
        <w:t>Рветься—і немає з ночі втоми! —&lt;br /&gt;</w:t>
        <w:br/>
        <w:t>в браму каменя важкого...&lt;br /&gt;</w:t>
        <w:br/>
        <w:t>звідки? звідки свічністю знайомий,&lt;br /&gt;</w:t>
        <w:br/>
        <w:t>мов з ікон порив: до чого?</w:t>
      </w:r>
    </w:p>
    <w:p>
      <w:r>
        <w:br/>
        <w:t>В грохоті віконниць брязнуть шиби&lt;br /&gt;</w:t>
        <w:br/>
        <w:t>від грози —то вал найдужчий.&lt;br /&gt;</w:t>
        <w:br/>
        <w:t>І в моєму світі вікна вибив&lt;br /&gt;</w:t>
        <w:br/>
        <w:t>напад: сліплений з недружби.</w:t>
      </w:r>
    </w:p>
    <w:p>
      <w:r>
        <w:br/>
        <w:t>Вже півнеба з огнищами маків;&lt;br /&gt;</w:t>
        <w:br/>
        <w:t>росний смуток чи притишить?...&lt;br /&gt;</w:t>
        <w:br/>
        <w:t>і в моєму—двері відмикати,&lt;br /&gt;</w:t>
        <w:br/>
        <w:t>в згір'ї! з голосів невтішних.&lt;br /&gt;</w:t>
        <w:br/>
        <w:t>Мучить груди, через ребра рветься&lt;br /&gt;</w:t>
        <w:br/>
        <w:t>неспинимо крик, від спраги.&lt;br /&gt;</w:t>
        <w:br/>
        <w:t>А снага, вулканові ровесна,&lt;br /&gt;</w:t>
        <w:br/>
        <w:t>просить: воля, всюди гнана.</w:t>
      </w:r>
    </w:p>
    <w:p>
      <w:r>
        <w:br/>
        <w:t>Буря, мов жемчуг луски в рибини,&lt;br /&gt;</w:t>
        <w:br/>
        <w:t>пада й сіється яскринню.&lt;br /&gt;</w:t>
        <w:br/>
        <w:t>Будеш, серце, проти тьми, любити&lt;br /&gt;</w:t>
        <w:br/>
        <w:t>скибку світоча осінню.&lt;br /&gt;</w:t>
        <w:br/>
        <w:t>Ніч—безумна! стань і стережися;&lt;br /&gt;</w:t>
        <w:br/>
        <w:t>маревні стовпи по морю.&lt;br /&gt;</w:t>
        <w:br/>
        <w:t>Посвітися, зірко, крихто житня —&lt;br /&gt;</w:t>
        <w:br/>
        <w:t>в кров: при мороці старому.&lt;br /&gt;</w:t>
        <w:br/>
        <w:t>24.VIII.65&lt;br /&gt;</w:t>
        <w:br/>
        <w:t>ПОРЯТУНОК</w:t>
      </w:r>
    </w:p>
    <w:p>
      <w:r>
        <w:br/>
        <w:t>Від узгір'я тонкорукий кущик&lt;br /&gt;</w:t>
        <w:br/>
        <w:t>обізвався білотою.&lt;br /&gt;</w:t>
        <w:br/>
        <w:t>Ні негода впівночі не скрутить;&lt;br /&gt;</w:t>
        <w:br/>
        <w:t>чи—як він, до дня достою?&lt;br /&gt;</w:t>
        <w:br/>
        <w:t>Здіймуться вали пожеж небесних,&lt;br /&gt;</w:t>
        <w:br/>
        <w:t>плотик місяця женучи.&lt;br /&gt;</w:t>
        <w:br/>
        <w:t>Враз: галузками душі простертись,&lt;br /&gt;</w:t>
        <w:br/>
        <w:t>та—до сонця в тихі учні...</w:t>
      </w:r>
    </w:p>
    <w:p>
      <w:r>
        <w:br/>
        <w:t>та від нього брати на обриві&lt;br /&gt;</w:t>
        <w:br/>
        <w:t>приступець найнедорожчий —&lt;br /&gt;</w:t>
        <w:br/>
        <w:t>тільки й місця: молитвам! добрівши&lt;br /&gt;</w:t>
        <w:br/>
        <w:t>з вихору—в старій сорочці.</w:t>
      </w:r>
    </w:p>
    <w:p>
      <w:r>
        <w:br/>
        <w:t>Часом душу втишити зболілу&lt;br /&gt;</w:t>
        <w:br/>
        <w:t>просфоркою сяйва в морі,&lt;br /&gt;</w:t>
        <w:br/>
        <w:t>та щодня читати з небосхилу&lt;br /&gt;</w:t>
        <w:br/>
        <w:t>вголос тропарі соборні.&lt;br /&gt;</w:t>
        <w:br/>
        <w:t>25.VIII.65&lt;br /&gt;</w:t>
        <w:br/>
        <w:t>СЕРПНЕВИЙ РОЗСВІТ</w:t>
      </w:r>
    </w:p>
    <w:p>
      <w:r>
        <w:br/>
        <w:t>Глибні води в сутіні могильній:&lt;br /&gt;</w:t>
        <w:br/>
        <w:t>чи з пожеж?—обвал домчали.&lt;br /&gt;</w:t>
        <w:br/>
        <w:t>І тонкий, між хмарами, малинник&lt;br /&gt;</w:t>
        <w:br/>
        <w:t>розбудив холми піщані.</w:t>
      </w:r>
    </w:p>
    <w:p>
      <w:r>
        <w:br/>
        <w:t>З нього виогнено виноградний&lt;br /&gt;</w:t>
        <w:br/>
        <w:t>обрис ягоди в завісі.&lt;br /&gt;</w:t>
        <w:br/>
        <w:t>Чайки ж: наче скарга—їхня радість,&lt;br /&gt;</w:t>
        <w:br/>
        <w:t>покричали, в тінь сивівши.</w:t>
      </w:r>
    </w:p>
    <w:p>
      <w:r>
        <w:br/>
        <w:t>Розгорілося! —так питво повнить&lt;br /&gt;</w:t>
        <w:br/>
        <w:t>ківшик на війковий обсяг:&lt;br /&gt;</w:t>
        <w:br/>
        <w:t>питво, дозріваючи в червоність,&lt;br /&gt;</w:t>
        <w:br/>
        <w:t>пломенями одяглося.&lt;br /&gt;</w:t>
        <w:br/>
        <w:t>А прийшло дочасно: між димизну,&lt;br /&gt;</w:t>
        <w:br/>
        <w:t>де в крайнебо ниті стелить.&lt;br /&gt;</w:t>
        <w:br/>
        <w:t>Скоро всесвітам згори розкинув&lt;br /&gt;</w:t>
        <w:br/>
        <w:t>сокіл знову—крилля теплі.&lt;br /&gt;</w:t>
        <w:br/>
        <w:t>Розсіває з серця сто потоків&lt;br /&gt;</w:t>
        <w:br/>
        <w:t>яснотою в бризних присках.&lt;br /&gt;</w:t>
        <w:br/>
        <w:t>Стежку моря в чорнобривці топить:&lt;br /&gt;</w:t>
        <w:br/>
        <w:t>найсліпучіша стремтиться.&lt;br /&gt;</w:t>
        <w:br/>
        <w:t>При вікні, чи вранці хто спогляне—&lt;br /&gt;</w:t>
        <w:br/>
        <w:t>розсвіти біловінечні?..&lt;br /&gt;</w:t>
        <w:br/>
        <w:t>Тільки квітове—зірке, світчане&lt;br /&gt;</w:t>
        <w:br/>
        <w:t>братнє око! читний ченчик.&lt;br /&gt;</w:t>
        <w:br/>
        <w:t>І перебирає пінні грозки,&lt;br /&gt;</w:t>
        <w:br/>
        <w:t>мимо паль при мості бігши:&lt;br /&gt;</w:t>
        <w:br/>
        <w:t>течія—з вербен пилок прозорить,&lt;br /&gt;</w:t>
        <w:br/>
        <w:t>де в розливі найлюбіші.&lt;br /&gt;</w:t>
        <w:br/>
        <w:t>25.VIII.65&lt;br /&gt;</w:t>
        <w:br/>
        <w:t>ПОДВОЄННЯ НЕГОДИ</w:t>
      </w:r>
    </w:p>
    <w:p>
      <w:r>
        <w:br/>
        <w:t>Сивокоса хмара хустку в пальцях&lt;br /&gt;</w:t>
        <w:br/>
        <w:t>близить, викроснивши з льону...&lt;br /&gt;</w:t>
        <w:br/>
        <w:t>сонцевій сльозині, що припала&lt;br /&gt;</w:t>
        <w:br/>
        <w:t>на повіках: про неволю.&lt;br /&gt;</w:t>
        <w:br/>
        <w:t>Глиб поміниться в залізну чорність,&lt;br /&gt;</w:t>
        <w:br/>
        <w:t>звідки жнець покоси звалить.&lt;br /&gt;</w:t>
        <w:br/>
        <w:t>А про звіт приклонена пророчить&lt;br /&gt;</w:t>
        <w:br/>
        <w:t>книга сяйва до незважних.&lt;br /&gt;</w:t>
        <w:br/>
        <w:t>Виорано борозни! до кручі—&lt;br /&gt;</w:t>
        <w:br/>
        <w:t>спаляться в біді серпневій...&lt;br /&gt;</w:t>
        <w:br/>
        <w:t>аж круживши, розпач перемучить&lt;br /&gt;</w:t>
        <w:br/>
        <w:t>хустку, мов огонь при вежі.&lt;br /&gt;</w:t>
        <w:br/>
        <w:t>Проминули гайворони в мряці;&lt;br /&gt;</w:t>
        <w:br/>
        <w:t>скойки зсипано, як листя.&lt;br /&gt;</w:t>
        <w:br/>
        <w:t>Думо вбога! чи ковчег приймати&lt;br /&gt;</w:t>
        <w:br/>
        <w:t>буде південь, що стомився?&lt;br /&gt;</w:t>
        <w:br/>
        <w:t>Голубійся, айстро, вся росиста,&lt;br /&gt;</w:t>
        <w:br/>
        <w:t>не окрадена в нещасті.&lt;br /&gt;</w:t>
        <w:br/>
        <w:t>Ти—жива! і діждемо з крайсвіття—&lt;br /&gt;</w:t>
        <w:br/>
        <w:t>на подвір'ї знак хрещатий.&lt;br /&gt;</w:t>
        <w:br/>
        <w:t>26,27.VIII.65&lt;br /&gt;</w:t>
        <w:br/>
        <w:t>1</w:t>
      </w:r>
    </w:p>
    <w:p>
      <w:r>
        <w:br/>
        <w:t>Котить океан,— соснова гілка,—&lt;br /&gt;</w:t>
        <w:br/>
        <w:t>крізь негоду з тьми скрушився...&lt;br /&gt;</w:t>
        <w:br/>
        <w:t>скоро! скоро; хто тебе покликав,&lt;br /&gt;</w:t>
        <w:br/>
        <w:t>службо некайданця щира?&lt;br /&gt;</w:t>
        <w:br/>
        <w:t>Виведено сиві леви з нетрів&lt;br /&gt;</w:t>
        <w:br/>
        <w:t>бризно гривами кипіти:&lt;br /&gt;</w:t>
        <w:br/>
        <w:t>вдарять—і на скелі враз обдерти&lt;br /&gt;</w:t>
        <w:br/>
        <w:t>зелень! як шиття в копитник.&lt;br /&gt;</w:t>
        <w:br/>
        <w:t>Хто посурмить вісними військами,&lt;br /&gt;</w:t>
        <w:br/>
        <w:t>беручи твердиню з бігу?...&lt;br /&gt;</w:t>
        <w:br/>
        <w:t>Там і камені, всі неласкаві,&lt;br /&gt;</w:t>
        <w:br/>
        <w:t>в кров оббризкуються блідну.&lt;br /&gt;</w:t>
        <w:br/>
        <w:t>Враз, окрилений, над сірі списи,&lt;br /&gt;</w:t>
        <w:br/>
        <w:t>зорями прозорювавши,&lt;br /&gt;</w:t>
        <w:br/>
        <w:t>взявся з блиску мальвами сліпити;&lt;br /&gt;</w:t>
        <w:br/>
        <w:t>голос—від органів кращий.&lt;br /&gt;</w:t>
        <w:br/>
        <w:t>26.VIII.65&lt;br /&gt;</w:t>
        <w:br/>
        <w:t>II</w:t>
      </w:r>
    </w:p>
    <w:p>
      <w:r>
        <w:br/>
        <w:t>Посуд моря ллється! звук зелений&lt;br /&gt;</w:t>
        <w:br/>
        <w:t>коливає взір і зносить.&lt;br /&gt;</w:t>
        <w:br/>
        <w:t>А в душі чаїний часто лемент—&lt;br /&gt;</w:t>
        <w:br/>
        <w:t>над печаль туманів косих.</w:t>
      </w:r>
    </w:p>
    <w:p>
      <w:r>
        <w:br/>
        <w:t>Та вино надія малинове&lt;br /&gt;</w:t>
        <w:br/>
        <w:t>розкриває в крузі-чуді.&lt;br /&gt;</w:t>
        <w:br/>
        <w:t>При холмі пломінний часословець&lt;br /&gt;</w:t>
        <w:br/>
        <w:t>прочитати всім доручить.</w:t>
      </w:r>
    </w:p>
    <w:p>
      <w:r>
        <w:br/>
        <w:t>І насичує з іскрин потужність—&lt;br /&gt;</w:t>
        <w:br/>
        <w:t>правду, для сердець! надхідну:&lt;br /&gt;</w:t>
        <w:br/>
        <w:t>зводячи в безодні збір довкружний,&lt;br /&gt;</w:t>
        <w:br/>
        <w:t>мов з пожежиного сліду.</w:t>
      </w:r>
    </w:p>
    <w:p>
      <w:r>
        <w:br/>
        <w:t>А на джерело життя, над нею,&lt;br /&gt;</w:t>
        <w:br/>
        <w:t>вже і зглянути несила:&lt;br /&gt;</w:t>
        <w:br/>
        <w:t>бо зверхсвітле! білістю всією —&lt;br /&gt;</w:t>
        <w:br/>
        <w:t>стрічний самоцвіт розвився.</w:t>
      </w:r>
    </w:p>
    <w:p>
      <w:r>
        <w:br/>
        <w:t>Роси скорбі з надбережжя сточить,&lt;br /&gt;</w:t>
        <w:br/>
        <w:t>і тумани: в сивих свитах.&lt;br /&gt;</w:t>
        <w:br/>
        <w:t>Він і райдужину дум пророчих&lt;br /&gt;</w:t>
        <w:br/>
        <w:t>скринями в ромен розсипав.&lt;br /&gt;</w:t>
        <w:br/>
        <w:t>27.VIII.65&lt;br /&gt;</w:t>
        <w:br/>
        <w:t>ПЕРЕХІД НЕГОДИ</w:t>
      </w:r>
    </w:p>
    <w:p>
      <w:r>
        <w:br/>
        <w:t>Борониться з моря! проз віконня,&lt;br /&gt;</w:t>
        <w:br/>
        <w:t>вбризкає: мов стріхи сірі—&lt;br /&gt;</w:t>
        <w:br/>
        <w:t>в зводах, де оселя василькова,&lt;br /&gt;</w:t>
        <w:br/>
        <w:t>і відкрито піч просвирні.</w:t>
      </w:r>
    </w:p>
    <w:p>
      <w:r>
        <w:br/>
        <w:t>Крівля вшита в околот сивастий—&lt;br /&gt;</w:t>
        <w:br/>
        <w:t>низько: над світами пройде,&lt;br /&gt;</w:t>
        <w:br/>
        <w:t>жердками спромінена! і стати&lt;br /&gt;</w:t>
        <w:br/>
        <w:t>громові в гніздо голодне...&lt;br /&gt;</w:t>
        <w:br/>
        <w:t>Та згрозиться: найпінкіше пір'я&lt;br /&gt;</w:t>
        <w:br/>
        <w:t>здерти з бурунів напрасних.&lt;br /&gt;</w:t>
        <w:br/>
        <w:t>Виснучи, глухий і дощ поширшав&lt;br /&gt;</w:t>
        <w:br/>
        <w:t>на схід-небо! прясти в краплі.&lt;br /&gt;</w:t>
        <w:br/>
        <w:t>Навіть і крізь крукове гордів'я,&lt;br /&gt;</w:t>
        <w:br/>
        <w:t>погромаджене з грозою,—&lt;br /&gt;</w:t>
        <w:br/>
        <w:t>сніп небесний сипати підвівся&lt;br /&gt;</w:t>
        <w:br/>
        <w:t>біло: в течію розорну.&lt;br /&gt;</w:t>
        <w:br/>
        <w:t>І напроти дужка семиясна&lt;br /&gt;</w:t>
        <w:br/>
        <w:t>мовчки меви повідомить.&lt;br /&gt;</w:t>
        <w:br/>
        <w:t>Хоч і подих бурі не минався—&lt;br /&gt;</w:t>
        <w:br/>
        <w:t>через верби в косах довгих.&lt;br /&gt;</w:t>
        <w:br/>
        <w:t>Движеться, мов сто каплиць при небі:&lt;br /&gt;</w:t>
        <w:br/>
        <w:t>з крейди вибілено жеврій...&lt;br /&gt;</w:t>
        <w:br/>
        <w:t>і навік відізветься, над безвість,&lt;br /&gt;</w:t>
        <w:br/>
        <w:t>з голуб'ятні зліт блаженний.&lt;br /&gt;</w:t>
        <w:br/>
        <w:t>28.VIII.65</w:t>
      </w:r>
    </w:p>
    <w:p>
      <w:r>
        <w:br/>
        <w:t>РОЗБИТТЯ</w:t>
      </w:r>
    </w:p>
    <w:p>
      <w:r>
        <w:br/>
        <w:t>Біля моря змерхлого, на ямах,&lt;br /&gt;</w:t>
        <w:br/>
        <w:t>січений ножами сонця:&lt;br /&gt;</w:t>
        <w:br/>
        <w:t>корабля кістяк! руїна рамна,&lt;br /&gt;</w:t>
        <w:br/>
        <w:t>серед камінців присохла.&lt;br /&gt;</w:t>
        <w:br/>
        <w:t>Сосни щогольні на соломину&lt;br /&gt;</w:t>
        <w:br/>
        <w:t>строщено: не гризли звірі.&lt;br /&gt;</w:t>
        <w:br/>
        <w:t>Вал, обпінивши, на брили скинув&lt;br /&gt;</w:t>
        <w:br/>
        <w:t>зламки рудуватосірі.&lt;br /&gt;</w:t>
        <w:br/>
        <w:t>Хтось величився про ствір деревній! —&lt;br /&gt;</w:t>
        <w:br/>
        <w:t>так і наша кожна вдача:&lt;br /&gt;</w:t>
        <w:br/>
        <w:t>на гордині всі вітрила вдержить,&lt;br /&gt;</w:t>
        <w:br/>
        <w:t>а в смиренності ледача.&lt;br /&gt;</w:t>
        <w:br/>
        <w:t>Кораблі пихи розбиті будуть&lt;br /&gt;</w:t>
        <w:br/>
        <w:t>різнорізні всі без решток—&lt;br /&gt;</w:t>
        <w:br/>
        <w:t>аж навіки з серця! в хвилях суду,&lt;br /&gt;</w:t>
        <w:br/>
        <w:t>що жаріє надбережно.&lt;br /&gt;</w:t>
        <w:br/>
        <w:t>Небо і земля; між ними—море:&lt;br /&gt;</w:t>
        <w:br/>
        <w:t>невидиме, настигає.&lt;br /&gt;</w:t>
        <w:br/>
        <w:t>Вщерть обливши, стане, мов хоромне,&lt;br /&gt;</w:t>
        <w:br/>
        <w:t>семицвіттями невгасне.&lt;br /&gt;</w:t>
        <w:br/>
        <w:t>І тобі спрозорену могилу&lt;br /&gt;</w:t>
        <w:br/>
        <w:t>невелично проминати:&lt;br /&gt;</w:t>
        <w:br/>
        <w:t>від біди риданнями незглибну,&lt;br /&gt;</w:t>
        <w:br/>
        <w:t>зельну—як цвітинник м'яти.&lt;br /&gt;</w:t>
        <w:br/>
        <w:t>ДЕРЕВА: ПІСЛЯ ЗЛИВИ</w:t>
      </w:r>
    </w:p>
    <w:p>
      <w:r>
        <w:br/>
        <w:t>З кручі велетні високозначні,&lt;br /&gt;</w:t>
        <w:br/>
        <w:t>ліктями сухі, приступлять.&lt;br /&gt;</w:t>
        <w:br/>
        <w:t>Мучаться—герби з гордині взнавши! —&lt;br /&gt;</w:t>
        <w:br/>
        <w:t>а кора на грудях трухла.</w:t>
      </w:r>
    </w:p>
    <w:p>
      <w:r>
        <w:br/>
        <w:t>їм жива вода, в долоні брана&lt;br /&gt;</w:t>
        <w:br/>
        <w:t>з віяння, жива й дощиста:&lt;br /&gt;</w:t>
        <w:br/>
        <w:t>до трилистя разом позринала&lt;br /&gt;</w:t>
        <w:br/>
        <w:t>в плач! — між тінями сточився.</w:t>
      </w:r>
    </w:p>
    <w:p>
      <w:r>
        <w:br/>
        <w:t>Погляд білозірчатого в святцях&lt;br /&gt;</w:t>
        <w:br/>
        <w:t>ченчика живої віри:&lt;br /&gt;</w:t>
        <w:br/>
        <w:t>враз прорвався, мов свіча віяста,&lt;br /&gt;</w:t>
        <w:br/>
        <w:t>знов, до кротости привівши.</w:t>
      </w:r>
    </w:p>
    <w:p>
      <w:r>
        <w:br/>
        <w:t>І заслони спалено! в безоднях&lt;br /&gt;</w:t>
        <w:br/>
        <w:t>тучі докінчили мандри.&lt;br /&gt;</w:t>
        <w:br/>
        <w:t>Сині храми: світляна господа&lt;br /&gt;</w:t>
        <w:br/>
        <w:t>в небі—хрестик правди брати.&lt;br /&gt;</w:t>
        <w:br/>
        <w:t>5.IX.65&lt;br /&gt;</w:t>
        <w:br/>
        <w:t>І</w:t>
      </w:r>
    </w:p>
    <w:p>
      <w:r>
        <w:br/>
        <w:t>Мох—руками старчими застеле&lt;br /&gt;</w:t>
        <w:br/>
        <w:t>камінь, як забуту кару:&lt;br /&gt;</w:t>
        <w:br/>
        <w:t>там, шипшино, висохлий скелете! —&lt;br /&gt;</w:t>
        <w:br/>
        <w:t>впавши, сохнути до краю.&lt;br /&gt;</w:t>
        <w:br/>
        <w:t>Віднесе потік, думками добрий,&lt;br /&gt;</w:t>
        <w:br/>
        <w:t>десь на острові дотліти:&lt;br /&gt;</w:t>
        <w:br/>
        <w:t>поруч, при відчиненому морі—&lt;br /&gt;</w:t>
        <w:br/>
        <w:t>найсинішому тойсвітті.&lt;br /&gt;</w:t>
        <w:br/>
        <w:t>Поприходять смерчі по глибинах,&lt;br /&gt;</w:t>
        <w:br/>
        <w:t>колючки твої розточать.&lt;br /&gt;</w:t>
        <w:br/>
        <w:t>А процвіття? — де зірки любила,&lt;br /&gt;</w:t>
        <w:br/>
        <w:t>не померти в їхніх очах.&lt;br /&gt;</w:t>
        <w:br/>
        <w:t>Поведуть і образ твій кущами&lt;br /&gt;</w:t>
        <w:br/>
        <w:t>в силі квітня проти снігу...&lt;br /&gt;</w:t>
        <w:br/>
        <w:t>вже предвічне сонце провіщати:&lt;br /&gt;</w:t>
        <w:br/>
        <w:t>брості з смерти провесніють.&lt;br /&gt;</w:t>
        <w:br/>
        <w:t>6.ІХ.65&lt;br /&gt;</w:t>
        <w:br/>
        <w:t>II</w:t>
      </w:r>
    </w:p>
    <w:p>
      <w:r>
        <w:br/>
        <w:t>Виростає в олтарях соборів&lt;br /&gt;</w:t>
        <w:br/>
        <w:t>многосвічничок: смиренність.&lt;br /&gt;</w:t>
        <w:br/>
        <w:t>Сестро бідна! що недоля зробить&lt;br /&gt;</w:t>
        <w:br/>
        <w:t>з кров'ю в темноті посмертній?&lt;br /&gt;</w:t>
        <w:br/>
        <w:t>Голоси приносить вірна річка,&lt;br /&gt;</w:t>
        <w:br/>
        <w:t>версти голубі розбивши.&lt;br /&gt;</w:t>
        <w:br/>
        <w:t>Де ж ти? грозовиці приграничать&lt;br /&gt;</w:t>
        <w:br/>
        <w:t>розцвіток,' тобі найближчий.</w:t>
      </w:r>
    </w:p>
    <w:p>
      <w:r>
        <w:br/>
        <w:t>Де впаде і камінь помолитись—&lt;br /&gt;</w:t>
        <w:br/>
        <w:t>на коліна, в скорбний вечір:&lt;br /&gt;</w:t>
        <w:br/>
        <w:t>так жаріє з висвітів прилитих&lt;br /&gt;</w:t>
        <w:br/>
        <w:t>келех і тернок вінечний.&lt;br /&gt;</w:t>
        <w:br/>
        <w:t>Крини всім на сторони чотири&lt;br /&gt;</w:t>
        <w:br/>
        <w:t>білоусто в світ говорять—&lt;br /&gt;</w:t>
        <w:br/>
        <w:t>що пречиста терпить безнемірні&lt;br /&gt;</w:t>
        <w:br/>
        <w:t>болі: за віки від горя.</w:t>
      </w:r>
    </w:p>
    <w:p>
      <w:r>
        <w:br/>
        <w:t>Розгориться з моря в груди присуд,&lt;br /&gt;</w:t>
        <w:br/>
        <w:t>і гробам ланцюг розрішить—&lt;br /&gt;</w:t>
        <w:br/>
        <w:t>сонце! то на цвяхи сам повиснув&lt;br /&gt;</w:t>
        <w:br/>
        <w:t>за убивць—один безгрішний.&lt;br /&gt;</w:t>
        <w:br/>
        <w:t>18.IX.65</w:t>
      </w:r>
    </w:p>
    <w:p>
      <w:r>
        <w:br/>
        <w:t>СНІГИ, ЩО-3 ОБНОВИ</w:t>
      </w:r>
    </w:p>
    <w:p>
      <w:r>
        <w:br/>
        <w:t>І</w:t>
      </w:r>
    </w:p>
    <w:p>
      <w:r>
        <w:br/>
        <w:t>Хуртовинна доля, воплі прявши,&lt;br /&gt;</w:t>
        <w:br/>
        <w:t>знайде голубів притерплих.&lt;br /&gt;</w:t>
        <w:br/>
        <w:t>І не вернуться гілки вчорашні—&lt;br /&gt;</w:t>
        <w:br/>
        <w:t>в сон сповиті серед смерти...&lt;br /&gt;</w:t>
        <w:br/>
        <w:t>Сива: водить поміж нами—сива:&lt;br /&gt;</w:t>
        <w:br/>
        <w:t>сіянками в чисті скорбі.&lt;br /&gt;</w:t>
        <w:br/>
        <w:t>І при церкві з місяцем простився&lt;br /&gt;</w:t>
        <w:br/>
        <w:t>день і сизокрил хоробрий.</w:t>
      </w:r>
    </w:p>
    <w:p>
      <w:r>
        <w:br/>
        <w:t>Де не йду, все через безконечність&lt;br /&gt;</w:t>
        <w:br/>
        <w:t>віє й скарга течією&lt;br /&gt;</w:t>
        <w:br/>
        <w:t>снігу—з гір, сапфірами свячених,&lt;br /&gt;</w:t>
        <w:br/>
        <w:t>та фіялкою твоєю.&lt;br /&gt;</w:t>
        <w:br/>
        <w:t>Всюди: біле горе! чи розрада&lt;br /&gt;</w:t>
        <w:br/>
        <w:t>скоро поброститься в берег...&lt;br /&gt;</w:t>
        <w:br/>
        <w:t>де, грудьми зболівши, море пада,&lt;br /&gt;</w:t>
        <w:br/>
        <w:t>до гробинці; скель не зверне.&lt;br /&gt;</w:t>
        <w:br/>
        <w:t>Це—червінно багричок жаріє&lt;br /&gt;</w:t>
        <w:br/>
        <w:t>косами твоїми з ночі:&lt;br /&gt;</w:t>
        <w:br/>
        <w:t>всіяної в сині свічі, й рідне&lt;br /&gt;</w:t>
        <w:br/>
        <w:t>дерево сніжини зносить.</w:t>
      </w:r>
    </w:p>
    <w:p>
      <w:r>
        <w:br/>
        <w:t>Смутки йдуть, приносячи бліднішу,&lt;br /&gt;</w:t>
        <w:br/>
        <w:t>ніж хустки плачів—завію.&lt;br /&gt;</w:t>
        <w:br/>
        <w:t>Де душа тйоя? в безмежну тишу,&lt;br /&gt;</w:t>
        <w:br/>
        <w:t>з вікнами гілки новіють.&lt;br /&gt;</w:t>
        <w:br/>
        <w:t>СНІГИ, ЩО —З ОБНОВИ</w:t>
      </w:r>
    </w:p>
    <w:p>
      <w:r>
        <w:br/>
        <w:t>II</w:t>
      </w:r>
    </w:p>
    <w:p>
      <w:r>
        <w:br/>
        <w:t>Димним криком біля небозводів&lt;br /&gt;</w:t>
        <w:br/>
        <w:t>догрозилося демоння,&lt;br /&gt;</w:t>
        <w:br/>
        <w:t>Ходить кутнею довкола, ходить,&lt;br /&gt;</w:t>
        <w:br/>
        <w:t>кривлячи шляхи, як можна.&lt;br /&gt;</w:t>
        <w:br/>
        <w:t>Зіньки шибами машин згостривши,&lt;br /&gt;</w:t>
        <w:br/>
        <w:t>блискає, мов скоси скельні.&lt;br /&gt;</w:t>
        <w:br/>
        <w:t>А сніги, стражданнями сильніші,&lt;br /&gt;</w:t>
        <w:br/>
        <w:t>білі! серафимів плескіт.</w:t>
      </w:r>
    </w:p>
    <w:p>
      <w:r>
        <w:br/>
        <w:t>З ними—все! й твоє терпіння бідне,&lt;br /&gt;</w:t>
        <w:br/>
        <w:t>без вікна: потойбік смерти...&lt;br /&gt;</w:t>
        <w:br/>
        <w:t>Галузками стане, як надійде&lt;br /&gt;</w:t>
        <w:br/>
        <w:t>блискавка: над корінь вербний.&lt;br /&gt;</w:t>
        <w:br/>
        <w:t>І помножиться, вшумівши з бурі—&lt;br /&gt;</w:t>
        <w:br/>
        <w:t>в сад рожаїстого дару.&lt;br /&gt;</w:t>
        <w:br/>
        <w:t>Чашечками сполохів розбудить,&lt;br /&gt;</w:t>
        <w:br/>
        <w:t>докоривши вслід риданню.&lt;br /&gt;</w:t>
        <w:br/>
        <w:t>Ти прокинешся знайти стежинку,&lt;br /&gt;</w:t>
        <w:br/>
        <w:t>звіщену, пісками йдучи,&lt;br /&gt;</w:t>
        <w:br/>
        <w:t>над огненний океан безсніжну! —&lt;br /&gt;</w:t>
        <w:br/>
        <w:t>в хвилях, райдужному чуді.&lt;br /&gt;</w:t>
        <w:br/>
        <w:t>Без кінця, білороменний —добрий&lt;br /&gt;</w:t>
        <w:br/>
        <w:t>все читатиметься місяць:&lt;br /&gt;</w:t>
        <w:br/>
        <w:t>книгою смирення! — після скорбі&lt;br /&gt;</w:t>
        <w:br/>
        <w:t>в церкві неземній молитись.</w:t>
      </w:r>
    </w:p>
    <w:p>
      <w:r>
        <w:br/>
        <w:t>ТВІЙ ДРУГОСВІТ</w:t>
      </w:r>
    </w:p>
    <w:p>
      <w:r>
        <w:br/>
        <w:t>Ходить холод і сліди заносить—&lt;br /&gt;</w:t>
        <w:br/>
        <w:t>любі! людські та пташині,&lt;br /&gt;</w:t>
        <w:br/>
        <w:t>де в збліднілості несонні сосни&lt;br /&gt;</w:t>
        <w:br/>
        <w:t>змовляться без слів: пристигши.&lt;br /&gt;</w:t>
        <w:br/>
        <w:t>А в проголубілий край при скелях,&lt;br /&gt;</w:t>
        <w:br/>
        <w:t>зойкаючи, птиця кружить:&lt;br /&gt;</w:t>
        <w:br/>
        <w:t>згублена! хоч блискота весела&lt;br /&gt;</w:t>
        <w:br/>
        <w:t>з озера, збігає в стружки.&lt;br /&gt;</w:t>
        <w:br/>
        <w:t>Сполотніє все і всюди стерпне,&lt;br /&gt;</w:t>
        <w:br/>
        <w:t>слухаючи сніг останній.&lt;br /&gt;</w:t>
        <w:br/>
        <w:t>Бо скажене вихрения в посмертне&lt;br /&gt;</w:t>
        <w:br/>
        <w:t>лихо—стемнить, без світанків.&lt;br /&gt;</w:t>
        <w:br/>
        <w:t>Потім: березень і краснопілля&lt;br /&gt;</w:t>
        <w:br/>
        <w:t>вкруг воскреснуть при дзвіниці.&lt;br /&gt;</w:t>
        <w:br/>
        <w:t>Від колиски до труни, всім спільна,&lt;br /&gt;</w:t>
        <w:br/>
        <w:t>чаша! доріжки відрізнить.&lt;br /&gt;</w:t>
        <w:br/>
        <w:t>І вкінці завіса завірюхи&lt;br /&gt;</w:t>
        <w:br/>
        <w:t>вся відгорнута за гори...&lt;br /&gt;</w:t>
        <w:br/>
        <w:t>здіймуться твої прозорі руки—&lt;br /&gt;</w:t>
        <w:br/>
        <w:t>дві галузки: дві надгробні.&lt;br /&gt;</w:t>
        <w:br/>
        <w:t>5.11.&lt;br /&gt;</w:t>
        <w:br/>
        <w:t>ХІД ВІДМІНИ</w:t>
      </w:r>
    </w:p>
    <w:p>
      <w:r>
        <w:br/>
        <w:t>Поклик найсніжніший, смутку повний,&lt;br /&gt;</w:t>
        <w:br/>
        <w:t>пострумує через груди;&lt;br /&gt;</w:t>
        <w:br/>
        <w:t>зимністю — як плач, пекучий поклик:&lt;br /&gt;</w:t>
        <w:br/>
        <w:t>до труни! а не розбудить.&lt;br /&gt;</w:t>
        <w:br/>
        <w:t>Камінь там покладено старезний —&lt;br /&gt;</w:t>
        <w:br/>
        <w:t>скриня сліз: похилі риси.&lt;br /&gt;</w:t>
        <w:br/>
        <w:t>З бурею ненашою, де змертвить&lt;br /&gt;</w:t>
        <w:br/>
        <w:t>гордість! — голосам смиритись.&lt;br /&gt;</w:t>
        <w:br/>
        <w:t>Кінь огню літає серед моря;&lt;br /&gt;</w:t>
        <w:br/>
        <w:t>а відчай дерев до стежки...&lt;br /&gt;</w:t>
        <w:br/>
        <w:t>хоч ні відсвіту очей не зморять&lt;br /&gt;</w:t>
        <w:br/>
        <w:t>сутіні тобі: тетушні.</w:t>
      </w:r>
    </w:p>
    <w:p>
      <w:r>
        <w:br/>
        <w:t>Скелю сплесками бурун обходить:&lt;br /&gt;</w:t>
        <w:br/>
        <w:t>спогади похоронити.&lt;br /&gt;</w:t>
        <w:br/>
        <w:t>Де ти? перстень гріючи холодний,&lt;br /&gt;</w:t>
        <w:br/>
        <w:t>досвіт приплива до ниви...&lt;br /&gt;</w:t>
        <w:br/>
        <w:t>Кружать меви при його ковчезі;&lt;br /&gt;</w:t>
        <w:br/>
        <w:t>а розливи—ніби скатерть.&lt;br /&gt;</w:t>
        <w:br/>
        <w:t>Збережи: ні в крихті не знікчемнів—&lt;br /&gt;</w:t>
        <w:br/>
        <w:t>спомин! як сім'ї збиратись.&lt;br /&gt;</w:t>
        <w:br/>
        <w:t>Меви острова в безмежних числах&lt;br /&gt;</w:t>
        <w:br/>
        <w:t>сповнили крайсвіття білі,&lt;br /&gt;</w:t>
        <w:br/>
        <w:t>білі, як хмарки! престол звеличать,&lt;br /&gt;</w:t>
        <w:br/>
        <w:t>бо від нього—сонця хлібик.&lt;br /&gt;</w:t>
        <w:br/>
        <w:t>РАННІЙ ОБКВІТ: НА ГОРАХ</w:t>
      </w:r>
    </w:p>
    <w:p>
      <w:r>
        <w:br/>
        <w:t>Одяглися в любе—царське—димне&lt;br /&gt;</w:t>
        <w:br/>
        <w:t>пошиття, до жилок бравши.&lt;br /&gt;</w:t>
        <w:br/>
        <w:t>Звідти й наше пелюстиння йтиме&lt;br /&gt;</w:t>
        <w:br/>
        <w:t>коло доріжок пропащих.&lt;br /&gt;</w:t>
        <w:br/>
        <w:t>А туманяться при гробі, в сході,&lt;br /&gt;</w:t>
        <w:br/>
        <w:t>догорівши, сизі скелі.&lt;br /&gt;</w:t>
        <w:br/>
        <w:t>Хто від мене зорів не відводить,&lt;br /&gt;</w:t>
        <w:br/>
        <w:t>поломінних птиць далеких?&lt;br /&gt;</w:t>
        <w:br/>
        <w:t>Ожила гілляста правда в крузі,&lt;br /&gt;</w:t>
        <w:br/>
        <w:t>співана від сизокрильців.&lt;br /&gt;</w:t>
        <w:br/>
        <w:t>Ми: примирені, без краю дружні,&lt;br /&gt;</w:t>
        <w:br/>
        <w:t>з поля сивого журились.&lt;br /&gt;</w:t>
        <w:br/>
        <w:t>Від вершин сплива проти негоди —&lt;br /&gt;</w:t>
        <w:br/>
        <w:t>вже світлиння, вже безмежне.&lt;br /&gt;</w:t>
        <w:br/>
        <w:t>В шепоті твоє провістя входить&lt;br /&gt;</w:t>
        <w:br/>
        <w:t>при шатрі садів до мене.&lt;br /&gt;</w:t>
        <w:br/>
        <w:t>Каменями значаться, мов місяць,&lt;br /&gt;</w:t>
        <w:br/>
        <w:t>східці голосні до грядки:&lt;br /&gt;</w:t>
        <w:br/>
        <w:t>звідти—віти нашу вічну змістять&lt;br /&gt;</w:t>
        <w:br/>
        <w:t>рідність: не зведуть ридати.&lt;br /&gt;</w:t>
        <w:br/>
        <w:t>23.IV.66&lt;br /&gt;</w:t>
        <w:br/>
        <w:t>ТЕПЛИЙ БЕРЕГ</w:t>
      </w:r>
    </w:p>
    <w:p>
      <w:r>
        <w:br/>
        <w:t>Ти далеко! без межі; все—щезло,&lt;br /&gt;</w:t>
        <w:br/>
        <w:t>що лилося в синій ірис.&lt;br /&gt;</w:t>
        <w:br/>
        <w:t>Ні вікно не сплачеться до зелок,&lt;br /&gt;</w:t>
        <w:br/>
        <w:t>між дощами, до сумирних.&lt;br /&gt;</w:t>
        <w:br/>
        <w:t>Від руїни моря сивий розбіг:&lt;br /&gt;</w:t>
        <w:br/>
        <w:t>піниться в сувої відгрім.&lt;br /&gt;</w:t>
        <w:br/>
        <w:t>До малюнків липня: мов загробний&lt;br /&gt;</w:t>
        <w:br/>
        <w:t>окрик, блиснувши, довірить.&lt;br /&gt;</w:t>
        <w:br/>
        <w:t>Пережито землі; круг обходить&lt;br /&gt;</w:t>
        <w:br/>
        <w:t>вічність безнемірна—всіх.&lt;br /&gt;</w:t>
        <w:br/>
        <w:t>Мовить хвилями: що білу добрість&lt;br /&gt;</w:t>
        <w:br/>
        <w:t>до життя беріть як зміст.&lt;br /&gt;</w:t>
        <w:br/>
        <w:t>Всюди крапля з бурі страшно справжня&lt;br /&gt;</w:t>
        <w:br/>
        <w:t>і поріг часів прищербить.&lt;br /&gt;</w:t>
        <w:br/>
        <w:t>Всім долоні моря повно зважать—&lt;br /&gt;</w:t>
        <w:br/>
        <w:t>кораблі: в огненний вечір.&lt;br /&gt;</w:t>
        <w:br/>
        <w:t>16.VII.66&lt;br /&gt;</w:t>
        <w:br/>
        <w:t>ПОДВІЙНИЙ полон</w:t>
      </w:r>
    </w:p>
    <w:p>
      <w:r>
        <w:br/>
        <w:t>І</w:t>
      </w:r>
    </w:p>
    <w:p>
      <w:r>
        <w:br/>
        <w:t>Всі вітрила, місяцеві свідки,&lt;br /&gt;</w:t>
        <w:br/>
        <w:t>з моря звали: в храмний захід.&lt;br /&gt;</w:t>
        <w:br/>
        <w:t>Зустрічало процвіт серце звідти,&lt;br /&gt;</w:t>
        <w:br/>
        <w:t>білих яблунь пожадавши.&lt;br /&gt;</w:t>
        <w:br/>
        <w:t>Взнало? —дріт, на згарищі ясмину:&lt;br /&gt;</w:t>
        <w:br/>
        <w:t>роки прив'язав: як цвинтар.&lt;br /&gt;</w:t>
        <w:br/>
        <w:t>Між землею й зіркою повиснув&lt;br /&gt;</w:t>
        <w:br/>
        <w:t>голос пісні, що зріднився.&lt;br /&gt;</w:t>
        <w:br/>
        <w:t>Гори діядемні! дальні: згасли,&lt;br /&gt;</w:t>
        <w:br/>
        <w:t>мов ромени на могилі...&lt;br /&gt;</w:t>
        <w:br/>
        <w:t>з ними й світова зоря в безчассі—&lt;br /&gt;</w:t>
        <w:br/>
        <w:t>хрестик похорону слізний.&lt;br /&gt;</w:t>
        <w:br/>
        <w:t>Мов з пустині—мари півцвіточні,&lt;br /&gt;</w:t>
        <w:br/>
        <w:t>де безхрам'я тінь збирає...&lt;br /&gt;</w:t>
        <w:br/>
        <w:t>Вп'явся князь покрученої ночі&lt;br /&gt;</w:t>
        <w:br/>
        <w:t>в кров і прожиття нераде.&lt;br /&gt;</w:t>
        <w:br/>
        <w:t>Враз на травень—бранство розімкнулось,&lt;br /&gt;</w:t>
        <w:br/>
        <w:t>як ланцюг: кінець розбивству;&lt;br /&gt;</w:t>
        <w:br/>
        <w:t>і напроти, з ризниці галузок,&lt;br /&gt;</w:t>
        <w:br/>
        <w:t>біля річки місяць бризнув.</w:t>
      </w:r>
    </w:p>
    <w:p>
      <w:r>
        <w:br/>
        <w:t>Мов розбуджує труну назустріч:&lt;br /&gt;</w:t>
        <w:br/>
        <w:t>від замків землі звільнивши—&lt;br /&gt;</w:t>
        <w:br/>
        <w:t>знов лілею королівську й ручить&lt;br /&gt;</w:t>
        <w:br/>
        <w:t>на росини правди щирі.&lt;br /&gt;</w:t>
        <w:br/>
        <w:t>До тюльпанинок, де, мідні, дзвонять,&lt;br /&gt;</w:t>
        <w:br/>
        <w:t>виснучи в готичній вежі,&lt;br /&gt;</w:t>
        <w:br/>
        <w:t>й ластовиного гніздечка сонця:&lt;br /&gt;</w:t>
        <w:br/>
        <w:t>стань! ріка веселку вдержить.&lt;br /&gt;</w:t>
        <w:br/>
        <w:t>Серед міста: всесвіт старовічний&lt;br /&gt;</w:t>
        <w:br/>
        <w:t>барви в ярмарок потратив.&lt;br /&gt;</w:t>
        <w:br/>
        <w:t>Хоч собор на празники сповірить&lt;br /&gt;</w:t>
        <w:br/>
        <w:t>льон від височин розп'ятих.&lt;br /&gt;</w:t>
        <w:br/>
        <w:t>Близько—в крузі, де сузірні коні&lt;br /&gt;</w:t>
        <w:br/>
        <w:t>движуть огнища по краю:&lt;br /&gt;</w:t>
        <w:br/>
        <w:t>йшла! й схід сонця золотоїконний&lt;br /&gt;</w:t>
        <w:br/>
        <w:t>в радість брала нерозкрадну.&lt;br /&gt;</w:t>
        <w:br/>
        <w:t>Знов розлука! землетруси згубні&lt;br /&gt;</w:t>
        <w:br/>
        <w:t>хвилю наведуть безмежну:&lt;br /&gt;</w:t>
        <w:br/>
        <w:t>розкидати небокруг, мов кубки&lt;br /&gt;</w:t>
        <w:br/>
        <w:t>з учти, що збіга в пожежу.&lt;br /&gt;</w:t>
        <w:br/>
        <w:t>Звідси чайка бурі—вщент розбила&lt;br /&gt;</w:t>
        <w:br/>
        <w:t>скойку радости об скелю,&lt;br /&gt;</w:t>
        <w:br/>
        <w:t>й стежку склала сила кораблина,&lt;br /&gt;</w:t>
        <w:br/>
        <w:t>з чужістю пустель далеку.&lt;br /&gt;</w:t>
        <w:br/>
        <w:t>Десь надію, храмик мармуровий,&lt;br /&gt;</w:t>
        <w:br/>
        <w:t>заметуть піски з прощання.&lt;br /&gt;</w:t>
        <w:br/>
        <w:t>Тільки смуток меви при надмор'ї&lt;br /&gt;</w:t>
        <w:br/>
        <w:t>кинеться: як тінь остання.&lt;br /&gt;</w:t>
        <w:br/>
        <w:t>А з недолі, до хатин і нивок,&lt;br /&gt;</w:t>
        <w:br/>
        <w:t>дзеркальця озер простерті.&lt;br /&gt;</w:t>
        <w:br/>
        <w:t>Над тумани: з пряжі світла, дивно—&lt;br /&gt;</w:t>
        <w:br/>
        <w:t>ґніт свічний зайнявся в церкві.&lt;br /&gt;</w:t>
        <w:br/>
        <w:t>31.VIM.VIII.66&lt;br /&gt;</w:t>
        <w:br/>
        <w:t>СПОРІДНЕНІСТЬ</w:t>
      </w:r>
    </w:p>
    <w:p>
      <w:r>
        <w:br/>
        <w:t>Люблені! там і пісок дотерпівсь,—&lt;br /&gt;</w:t>
        <w:br/>
        <w:t>небо в смугу звуть коротку.&lt;br /&gt;</w:t>
        <w:br/>
        <w:t>Хтось до порятунку потопельних,&lt;br /&gt;</w:t>
        <w:br/>
        <w:t>біжучи, скида сорочку.&lt;br /&gt;</w:t>
        <w:br/>
        <w:t>Звіститься в кривавості невтішній,&lt;br /&gt;</w:t>
        <w:br/>
        <w:t>мов стрілою: з мідних зойків:&lt;br /&gt;</w:t>
        <w:br/>
        <w:t>що біда найближчу душу нищить,—&lt;br /&gt;</w:t>
        <w:br/>
        <w:t>очі кращі, ніж квіткові.&lt;br /&gt;</w:t>
        <w:br/>
        <w:t>Виторгнута з смерти в спокій теплий,&lt;br /&gt;</w:t>
        <w:br/>
        <w:t>гіркоту збува, прилігши.&lt;br /&gt;</w:t>
        <w:br/>
        <w:t>Чаєчка—її крилом зачепить;&lt;br /&gt;</w:t>
        <w:br/>
        <w:t>водорості вкруг зогріті...&lt;br /&gt;</w:t>
        <w:br/>
        <w:t>то безсвітно з тайности безодні&lt;br /&gt;</w:t>
        <w:br/>
        <w:t>поривались: рути млисті,&lt;br /&gt;</w:t>
        <w:br/>
        <w:t>знявши цвіточаші в блиск надводний,—&lt;br /&gt;</w:t>
        <w:br/>
        <w:t>поки злигодні скосили.&lt;br /&gt;</w:t>
        <w:br/>
        <w:t>До врятованих прилито поряд,&lt;br /&gt;</w:t>
        <w:br/>
        <w:t>полягли—стеблисті трупи:&lt;br /&gt;</w:t>
        <w:br/>
        <w:t>в день, як, сурмлячи, небесна врода&lt;br /&gt;</w:t>
        <w:br/>
        <w:t>починає круг розкутий.&lt;br /&gt;</w:t>
        <w:br/>
        <w:t>3.VIII.66&lt;br /&gt;</w:t>
        <w:br/>
        <w:t>ЗМІНА ПРИБОЮ</w:t>
      </w:r>
    </w:p>
    <w:p>
      <w:r>
        <w:br/>
        <w:t>Пада стрімголов найстарша мева;&lt;br /&gt;</w:t>
        <w:br/>
        <w:t>їй відімкнуто дарунки—&lt;br /&gt;</w:t>
        <w:br/>
        <w:t>крізь мелодію, що безіменна,&lt;br /&gt;</w:t>
        <w:br/>
        <w:t>мов роялі вряд виручі.&lt;br /&gt;</w:t>
        <w:br/>
        <w:t>Діти в сфері праведности раді—&lt;br /&gt;</w:t>
        <w:br/>
        <w:t>раді: на неділю волі.&lt;br /&gt;</w:t>
        <w:br/>
        <w:t>Догримля, дзеркал покоси вдарить,&lt;br /&gt;</w:t>
        <w:br/>
        <w:t>розливати— василькові.&lt;br /&gt;</w:t>
        <w:br/>
        <w:t>Учти сунуться, ростучи в гуркіт&lt;br /&gt;</w:t>
        <w:br/>
        <w:t>кубків з винами живими.&lt;br /&gt;</w:t>
        <w:br/>
        <w:t>Вип'ють вихори і тьмі здригнутись&lt;br /&gt;</w:t>
        <w:br/>
        <w:t>нанизу при мітлах відьми.&lt;br /&gt;</w:t>
        <w:br/>
        <w:t>Враз обвалюються в бризний брязкіт&lt;br /&gt;</w:t>
        <w:br/>
        <w:t>сині тюрми на розгромі.&lt;br /&gt;</w:t>
        <w:br/>
        <w:t>Вже тенето з променів пов'язнить&lt;br /&gt;</w:t>
        <w:br/>
        <w:t>меву понад скойки мокрі.&lt;br /&gt;</w:t>
        <w:br/>
        <w:t>Не забудуться діди надхненні—&lt;br /&gt;</w:t>
        <w:br/>
        <w:t>з кобзок брати, в блиск облиті...&lt;br /&gt;</w:t>
        <w:br/>
        <w:t>А від неба сивому коневі&lt;br /&gt;</w:t>
        <w:br/>
        <w:t>по блакитній скелі бігти.&lt;br /&gt;</w:t>
        <w:br/>
        <w:t>3.VIII.66&lt;br /&gt;</w:t>
        <w:br/>
        <w:t>РУКОПИС МОРЯ</w:t>
      </w:r>
    </w:p>
    <w:p>
      <w:r>
        <w:br/>
        <w:t>Сивина писання! їй гортатись&lt;br /&gt;</w:t>
        <w:br/>
        <w:t>("молніянник" голосів):&lt;br /&gt;</w:t>
        <w:br/>
        <w:t>про початки, про блаженну святість,&lt;br /&gt;</w:t>
        <w:br/>
        <w:t>і глибин прозору сіль...&lt;br /&gt;</w:t>
        <w:br/>
        <w:t>На пророчій гіркоті озветься&lt;br /&gt;</w:t>
        <w:br/>
        <w:t>серцю старчика з напою.&lt;br /&gt;</w:t>
        <w:br/>
        <w:t>Нашій долі, що в пісках безвесна,&lt;br /&gt;</w:t>
        <w:br/>
        <w:t>сіє синістю сипкою.</w:t>
      </w:r>
    </w:p>
    <w:p>
      <w:r>
        <w:br/>
        <w:t>А найвйсвітніші барви бравши,&lt;br /&gt;</w:t>
        <w:br/>
        <w:t>вмить повторить горній образ.&lt;br /&gt;</w:t>
        <w:br/>
        <w:t>Так би ми, чорнотами пропащі,&lt;br /&gt;</w:t>
        <w:br/>
        <w:t>в грудях берегли незгорда.&lt;br /&gt;</w:t>
        <w:br/>
        <w:t>Без кінця розбурханий підручник&lt;br /&gt;</w:t>
        <w:br/>
        <w:t>рушиться в орлині черги.&lt;br /&gt;</w:t>
        <w:br/>
        <w:t>Поскладає скиби світла, йдучи:&lt;br /&gt;</w:t>
        <w:br/>
        <w:t>проти пітьми! —жар чернечий.&lt;br /&gt;</w:t>
        <w:br/>
        <w:t>4.VIII.66&lt;br /&gt;</w:t>
        <w:br/>
        <w:t>ЖИВА БЕЗКОНЕЧНІСТЬ</w:t>
      </w:r>
    </w:p>
    <w:p>
      <w:r>
        <w:br/>
        <w:t>Чи в ланцюг заковано зелений,&lt;br /&gt;</w:t>
        <w:br/>
        <w:t>без заліза, ребра бідні...&lt;br /&gt;</w:t>
        <w:br/>
        <w:t>Тільки світоч: полум'яний кленик:&lt;br /&gt;</w:t>
        <w:br/>
        <w:t>скине чисті сльози в віддих.&lt;br /&gt;</w:t>
        <w:br/>
        <w:t>Далі жайворонок зірки тужить,&lt;br /&gt;</w:t>
        <w:br/>
        <w:t>крильця в сфері правди бистрі.&lt;br /&gt;</w:t>
        <w:br/>
        <w:t>Далі—океан огнів довкружний:&lt;br /&gt;</w:t>
        <w:br/>
        <w:t>хвилі: мов церковні стріхи.&lt;br /&gt;</w:t>
        <w:br/>
        <w:t>Далі висповіді; мальви в сонце;&lt;br /&gt;</w:t>
        <w:br/>
        <w:t>кличуть милости від царства.&lt;br /&gt;</w:t>
        <w:br/>
        <w:t>Ми глухі, вулкання не сполоще&lt;br /&gt;</w:t>
        <w:br/>
        <w:t>груди! вишня відцуралась.&lt;br /&gt;</w:t>
        <w:br/>
        <w:t>Книгу моря—строго по сторінці,&lt;br /&gt;</w:t>
        <w:br/>
        <w:t>вчити від чаїних райдуг.&lt;br /&gt;</w:t>
        <w:br/>
        <w:t>А двокрилля істин безнецінні&lt;br /&gt;</w:t>
        <w:br/>
        <w:t>з-над зірок злетять відразу.&lt;br /&gt;</w:t>
        <w:br/>
        <w:t>4.VIII.66&lt;br /&gt;</w:t>
        <w:br/>
        <w:t>ПОГРОЗА СПОКУСИ</w:t>
      </w:r>
    </w:p>
    <w:p>
      <w:r>
        <w:br/>
        <w:t>Відчужилося! в обніжки крабів;&lt;br /&gt;</w:t>
        <w:br/>
        <w:t>тирсою з покосу пінить.&lt;br /&gt;</w:t>
        <w:br/>
        <w:t>Зверх, мов на руїну хмари, справді,&lt;br /&gt;</w:t>
        <w:br/>
        <w:t>кидає огонь полинний.&lt;br /&gt;</w:t>
        <w:br/>
        <w:t>Дужно звалює дзеркальні двері,&lt;br /&gt;</w:t>
        <w:br/>
        <w:t>палячи з віконня синість.&lt;br /&gt;</w:t>
        <w:br/>
        <w:t>І молюски виповзли прадревні,&lt;br /&gt;</w:t>
        <w:br/>
        <w:t>при бадиллі дня приснившись...&lt;br /&gt;</w:t>
        <w:br/>
        <w:t>В сутінь крукової непогоди—&lt;br /&gt;</w:t>
        <w:br/>
        <w:t>злом колісні, землю ріжуть.&lt;br /&gt;</w:t>
        <w:br/>
        <w:t>Рвуть незримий вистрій великодній&lt;br /&gt;</w:t>
        <w:br/>
        <w:t>між серцями—мов жоржину:&lt;br /&gt;</w:t>
        <w:br/>
        <w:t>вірну! добрістю живучу, гожу! —&lt;br /&gt;</w:t>
        <w:br/>
        <w:t>вкріплену на груди в хрестик.&lt;br /&gt;</w:t>
        <w:br/>
        <w:t>Східці їй спокутною журбою&lt;br /&gt;</w:t>
        <w:br/>
        <w:t>стали через прірви смертні.&lt;br /&gt;</w:t>
        <w:br/>
        <w:t>З вінчика від вістря терну вічні&lt;br /&gt;</w:t>
        <w:br/>
        <w:t>щуряться стяги в рятунок.&lt;br /&gt;</w:t>
        <w:br/>
        <w:t>І назустріч небо: як трисвічник,&lt;br /&gt;</w:t>
        <w:br/>
        <w:t>стереже стежки, хоч трунні.&lt;br /&gt;</w:t>
        <w:br/>
        <w:t>І підводить аж на міст весельчин,&lt;br /&gt;</w:t>
        <w:br/>
        <w:t>де вже прірви—не владичні.&lt;br /&gt;</w:t>
        <w:br/>
        <w:t>Бо, при блискавичному ключеві,&lt;br /&gt;</w:t>
        <w:br/>
        <w:t>їх, мов скойки, грім зачинить.&lt;br /&gt;</w:t>
        <w:br/>
        <w:t>І</w:t>
      </w:r>
    </w:p>
    <w:p>
      <w:r>
        <w:br/>
        <w:t>Мева підбіжить! на синю тризну:&lt;br /&gt;</w:t>
        <w:br/>
        <w:t>справили могили скорі.&lt;br /&gt;</w:t>
        <w:br/>
        <w:t>Гриву віючи, події ринуть&lt;br /&gt;</w:t>
        <w:br/>
        <w:t>і кладуть прозорі кості.&lt;br /&gt;</w:t>
        <w:br/>
        <w:t>Буря наближає: в дикі хмари,&lt;br /&gt;</w:t>
        <w:br/>
        <w:t>рогами вселенських страхів.&lt;br /&gt;</w:t>
        <w:br/>
        <w:t>Хоч дитячі верби поприймались—&lt;br /&gt;</w:t>
        <w:br/>
        <w:t>пам'ять про могили братські.&lt;br /&gt;</w:t>
        <w:br/>
        <w:t>Океан: побілена святиня! —&lt;br /&gt;</w:t>
        <w:br/>
        <w:t>вся просвітлиться журбою,&lt;br /&gt;</w:t>
        <w:br/>
        <w:t>вся відтіль, де воплями не стихла&lt;br /&gt;</w:t>
        <w:br/>
        <w:t>правда горя—з тьми живою.&lt;br /&gt;</w:t>
        <w:br/>
        <w:t>Рушиться тисячосвіччя в ладі&lt;br /&gt;</w:t>
        <w:br/>
        <w:t>кликати пташин до зерна...&lt;br /&gt;</w:t>
        <w:br/>
        <w:t>вибух: мрії спалено левадні;&lt;br /&gt;</w:t>
        <w:br/>
        <w:t>резедина ткань роздерта.&lt;br /&gt;</w:t>
        <w:br/>
        <w:t>Бо—чужі, чужі! бо вражі, вражі! —&lt;br /&gt;</w:t>
        <w:br/>
        <w:t>движуться з безодні очі.&lt;br /&gt;</w:t>
        <w:br/>
        <w:t>Жертва кари, чаєчка оскаржить,&lt;br /&gt;</w:t>
        <w:br/>
        <w:t>при стіні огню пророчій.&lt;br /&gt;</w:t>
        <w:br/>
        <w:t>А об'явлено на півдні білість&lt;br /&gt;</w:t>
        <w:br/>
        <w:t>поля! з гречки обернулось.&lt;br /&gt;</w:t>
        <w:br/>
        <w:t>І напроти —думи найлюбіші&lt;br /&gt;</w:t>
        <w:br/>
        <w:t>ллються в голубий малюнок.&lt;br /&gt;</w:t>
        <w:br/>
        <w:t>II</w:t>
      </w:r>
    </w:p>
    <w:p>
      <w:r>
        <w:br/>
        <w:t>Карблено для горя синій посуд&lt;br /&gt;</w:t>
        <w:br/>
        <w:t>(від вина морських бенкетів).&lt;br /&gt;</w:t>
        <w:br/>
        <w:t>Докидає в двір, як напилося,&lt;br /&gt;</w:t>
        <w:br/>
        <w:t>всі обломки корабельні.&lt;br /&gt;</w:t>
        <w:br/>
        <w:t>З ними в подих, дюни пересушить&lt;br /&gt;</w:t>
        <w:br/>
        <w:t>сірістю вовків: на попіл.&lt;br /&gt;</w:t>
        <w:br/>
        <w:t>Воля моря! поломінні кущі—&lt;br /&gt;</w:t>
        <w:br/>
        <w:t>на могили, присків повні.&lt;br /&gt;</w:t>
        <w:br/>
        <w:t>Крушить кратери і кручі зносить,&lt;br /&gt;</w:t>
        <w:br/>
        <w:t>і двірці дзеркальні в безліч,&lt;br /&gt;</w:t>
        <w:br/>
        <w:t>безліч! аж вінеччя високосні,&lt;br /&gt;</w:t>
        <w:br/>
        <w:t>рвуться сполохи при небі.&lt;br /&gt;</w:t>
        <w:br/>
        <w:t>Перемінено на синю ніжність;&lt;br /&gt;</w:t>
        <w:br/>
        <w:t>і збіліє, мов до яблунь.&lt;br /&gt;</w:t>
        <w:br/>
        <w:t>Все люблю! аби—не соник сніжний&lt;br /&gt;</w:t>
        <w:br/>
        <w:t>на косину, злом безладну.&lt;br /&gt;</w:t>
        <w:br/>
        <w:t>Там плачами поглумиться чайка&lt;br /&gt;</w:t>
        <w:br/>
        <w:t>вслід незгоді на дорозі.&lt;br /&gt;</w:t>
        <w:br/>
        <w:t>Бо й сама з руїни дочекалась&lt;br /&gt;</w:t>
        <w:br/>
        <w:t>нагадки—на день розорний.&lt;br /&gt;</w:t>
        <w:br/>
        <w:t>6.VIII.66&lt;br /&gt;</w:t>
        <w:br/>
        <w:t>III</w:t>
      </w:r>
    </w:p>
    <w:p>
      <w:r>
        <w:br/>
        <w:t>В океані—мов раба відкута&lt;br /&gt;</w:t>
        <w:br/>
        <w:t>спінені цепи розсипле.&lt;br /&gt;</w:t>
        <w:br/>
        <w:t>Хоч і в ребра вдариться на скруті&lt;br /&gt;</w:t>
        <w:br/>
        <w:t>горе, ніби кров! краплисте.&lt;br /&gt;</w:t>
        <w:br/>
        <w:t>А все глибше проглядає розсуд&lt;br /&gt;</w:t>
        <w:br/>
        <w:t>марноту морської втіхи:&lt;br /&gt;</w:t>
        <w:br/>
        <w:t>ніби скарб, розбурхану достоту—&lt;br /&gt;</w:t>
        <w:br/>
        <w:t>в течії, що тліном хилить...&lt;br /&gt;</w:t>
        <w:br/>
        <w:t>Закружила в жорна, як ворожка&lt;br /&gt;</w:t>
        <w:br/>
        <w:t>веретеном: квіт знекровить.&lt;br /&gt;</w:t>
        <w:br/>
        <w:t>Скойка—жертва! скойка—плоть порожня,&lt;br /&gt;</w:t>
        <w:br/>
        <w:t>вбрана в бризки празникові.&lt;br /&gt;</w:t>
        <w:br/>
        <w:t>Чайки вернуться на сіру старість,&lt;br /&gt;</w:t>
        <w:br/>
        <w:t>огняні жнива віджити.&lt;br /&gt;</w:t>
        <w:br/>
        <w:t>В грім зелений плавниками править&lt;br /&gt;</w:t>
        <w:br/>
        <w:t>риба! через світ недвижний.&lt;br /&gt;</w:t>
        <w:br/>
        <w:t>6.VIII.66&lt;br /&gt;</w:t>
        <w:br/>
        <w:t>НЕДАЛЕКИЙ ЗАХІД</w:t>
      </w:r>
    </w:p>
    <w:p>
      <w:r>
        <w:br/>
        <w:t>Скорбно! з моря килимар пов'яже&lt;br /&gt;</w:t>
        <w:br/>
        <w:t>ниті голосні та мушлі—&lt;br /&gt;</w:t>
        <w:br/>
        <w:t>при світильні: огнище найтяжче,&lt;br /&gt;</w:t>
        <w:br/>
        <w:t>вишнею налите, рушить...&lt;br /&gt;</w:t>
        <w:br/>
        <w:t>Упаде за гори! ніби в гробі,&lt;br /&gt;</w:t>
        <w:br/>
        <w:t>спочуттями— пожалівши:&lt;br /&gt;</w:t>
        <w:br/>
        <w:t>всіх, кого орел не оборонить,&lt;br /&gt;</w:t>
        <w:br/>
        <w:t>вогнекрилістю найближчий.&lt;br /&gt;</w:t>
        <w:br/>
        <w:t>Килимар—живу, в малюнок думи,&lt;br /&gt;</w:t>
        <w:br/>
        <w:t>барву докладає з маків:&lt;br /&gt;</w:t>
        <w:br/>
        <w:t>поки докиплять гречки медущі,&lt;br /&gt;</w:t>
        <w:br/>
        <w:t>де і вулик відмикати.&lt;br /&gt;</w:t>
        <w:br/>
        <w:t>Згасли виплакані в моря пряжі;&lt;br /&gt;</w:t>
        <w:br/>
        <w:t>з неба монастир зоріє...&lt;br /&gt;</w:t>
        <w:br/>
        <w:t>Терезами місяця—чи зважить&lt;br /&gt;</w:t>
        <w:br/>
        <w:t>марення біди безмірне?&lt;br /&gt;</w:t>
        <w:br/>
        <w:t>6.VIII.66&lt;br /&gt;</w:t>
        <w:br/>
        <w:t>ПЕРЕДЧУТТЯ</w:t>
      </w:r>
    </w:p>
    <w:p>
      <w:r>
        <w:br/>
        <w:t>Пожаліються жита до шляху,&lt;br /&gt;</w:t>
        <w:br/>
        <w:t>де й могила—перехресна,&lt;br /&gt;</w:t>
        <w:br/>
        <w:t>не віддаймо хоч лампадку хатню,&lt;br /&gt;</w:t>
        <w:br/>
        <w:t>від розореного серця.&lt;br /&gt;</w:t>
        <w:br/>
        <w:t>Клубляться зміїсто хмари з півдня,&lt;br /&gt;</w:t>
        <w:br/>
        <w:t>гасячи обніжки моря.&lt;br /&gt;</w:t>
        <w:br/>
        <w:t>Вимучені руки! хустка рідна! —&lt;br /&gt;</w:t>
        <w:br/>
        <w:t>грози правдою говорять.&lt;br /&gt;</w:t>
        <w:br/>
        <w:t>Поривання строге: чисте, мужнє,&lt;br /&gt;</w:t>
        <w:br/>
        <w:t>розбиває в друзки мертвість.&lt;br /&gt;</w:t>
        <w:br/>
        <w:t>Хоч до цвинтаря гріхом найдужче&lt;br /&gt;</w:t>
        <w:br/>
        <w:t>клонимось від моря—вперті.&lt;br /&gt;</w:t>
        <w:br/>
        <w:t>Проти тьми: вали в черзі доручать:&lt;br /&gt;</w:t>
        <w:br/>
        <w:t>сонцеві думки воскресні...&lt;br /&gt;</w:t>
        <w:br/>
        <w:t>трунні цвяхи розмиває в грудях—&lt;br /&gt;</w:t>
        <w:br/>
        <w:t>Дух! огнями—білий, хрестить.&lt;br /&gt;</w:t>
        <w:br/>
        <w:t>7.VIII.66&lt;br /&gt;</w:t>
        <w:br/>
        <w:t>НАДГІРНИЙ ДОСВІТ</w:t>
      </w:r>
    </w:p>
    <w:p>
      <w:r>
        <w:br/>
        <w:t>Замкнено туманами між гори&lt;br /&gt;</w:t>
        <w:br/>
        <w:t>й сосни—неласкавий досвіт.&lt;br /&gt;</w:t>
        <w:br/>
        <w:t>Рветься! в холоді листки багрові,&lt;br /&gt;</w:t>
        <w:br/>
        <w:t>скидані на схили, росить.&lt;br /&gt;</w:t>
        <w:br/>
        <w:t>Грізна сутінь і рогаті нетрі—&lt;br /&gt;</w:t>
        <w:br/>
        <w:t>вбрали прірву смертну, в димі.&lt;br /&gt;</w:t>
        <w:br/>
        <w:t>Пустка! слід оленячий роздерти&lt;br /&gt;</w:t>
        <w:br/>
        <w:t>з'явці входять невслідимі.&lt;br /&gt;</w:t>
        <w:br/>
        <w:t>Біля круч, як досвітліли смуги,&lt;br /&gt;</w:t>
        <w:br/>
        <w:t>скрізь хустинна піврожевість—&lt;br /&gt;</w:t>
        <w:br/>
        <w:t>над безодні пробігати мусить,&lt;br /&gt;</w:t>
        <w:br/>
        <w:t>паленнями безбережні.&lt;br /&gt;</w:t>
        <w:br/>
        <w:t>Звід: вишнева крапля приспішила&lt;br /&gt;</w:t>
        <w:br/>
        <w:t>розгоріти виднотою.&lt;br /&gt;</w:t>
        <w:br/>
        <w:t>Вся—зіходить! одягти вершини&lt;br /&gt;</w:t>
        <w:br/>
        <w:t>жаровинністю живою.&lt;br /&gt;</w:t>
        <w:br/>
        <w:t>Сила сонця радостями чиста,&lt;br /&gt;</w:t>
        <w:br/>
        <w:t>понад скелі смертні гляне:&lt;br /&gt;</w:t>
        <w:br/>
        <w:t>з віршу Битія, для книгочита—&lt;br /&gt;</w:t>
        <w:br/>
        <w:t>на життя душі гіллясте.</w:t>
      </w:r>
    </w:p>
    <w:p>
      <w:r>
        <w:br/>
        <w:t>Повені тепла в світні прибої&lt;br /&gt;</w:t>
        <w:br/>
        <w:t>котяться! прозріє й камник.&lt;br /&gt;</w:t>
        <w:br/>
        <w:t>Стало дно грудей гірських, що повні—&lt;br /&gt;</w:t>
        <w:br/>
        <w:t>в сім озер, огнем змінятись.&lt;br /&gt;</w:t>
        <w:br/>
        <w:t>То—скарбона древня, пам'ять серця,&lt;br /&gt;</w:t>
        <w:br/>
        <w:t>де сама любов забута—&lt;br /&gt;</w:t>
        <w:br/>
        <w:t>оживає, в розсвіт розростеться&lt;br /&gt;</w:t>
        <w:br/>
        <w:t>кров'ю маків проти будня.&lt;br /&gt;</w:t>
        <w:br/>
        <w:t>20.VIII.66&lt;br /&gt;</w:t>
        <w:br/>
        <w:t>подих височини</w:t>
      </w:r>
    </w:p>
    <w:p>
      <w:r>
        <w:br/>
        <w:t>Звихриться до скроні стиглий легіт,&lt;br /&gt;</w:t>
        <w:br/>
        <w:t>як від десятини жита—&lt;br /&gt;</w:t>
        <w:br/>
        <w:t>з безнемірних звалів! чи полеглі&lt;br /&gt;</w:t>
        <w:br/>
        <w:t>зорі? синь могил снажиться.&lt;br /&gt;</w:t>
        <w:br/>
        <w:t>Щогли дня—світке вітрилля склонять,&lt;br /&gt;</w:t>
        <w:br/>
        <w:t>бігши, між гробниці млисті.&lt;br /&gt;</w:t>
        <w:br/>
        <w:t>Згадки сплять; іскриться на долонях&lt;br /&gt;</w:t>
        <w:br/>
        <w:t>листвяних роса, що стихли.&lt;br /&gt;</w:t>
        <w:br/>
        <w:t>Царство: ждати воскресіння любих! —&lt;br /&gt;</w:t>
        <w:br/>
        <w:t>багряниця з віття тчеться,&lt;br /&gt;</w:t>
        <w:br/>
        <w:t>і при дверях гір—серця розбудить:&lt;br /&gt;</w:t>
        <w:br/>
        <w:t>як святий огонь прощення.&lt;br /&gt;</w:t>
        <w:br/>
        <w:t>І ялини: хресний верх надхрамний&lt;br /&gt;</w:t>
        <w:br/>
        <w:t>зібрано вінчати спокій...&lt;br /&gt;</w:t>
        <w:br/>
        <w:t>нам, дружино, мов з ікон приймати:&lt;br /&gt;</w:t>
        <w:br/>
        <w:t>йдуть сузір'я—зором кроткі.&lt;br /&gt;</w:t>
        <w:br/>
        <w:t>20.VIII.66&lt;br /&gt;</w:t>
        <w:br/>
        <w:t>МІСЯЧНИЙ ВЕЧІР: В ГОРАХ</w:t>
      </w:r>
    </w:p>
    <w:p>
      <w:r>
        <w:br/>
        <w:t>Розгорнулась нива всіх померлих;&lt;br /&gt;</w:t>
        <w:br/>
        <w:t>мов гроби зірок високі.&lt;br /&gt;</w:t>
        <w:br/>
        <w:t>Невідомі: замика їх двері—&lt;br /&gt;</w:t>
        <w:br/>
        <w:t>молодик, алмазний сокіл.&lt;br /&gt;</w:t>
        <w:br/>
        <w:t>Малинове полум'я по краю&lt;br /&gt;</w:t>
        <w:br/>
        <w:t>стелеться з амвону ночі.&lt;br /&gt;</w:t>
        <w:br/>
        <w:t>Я —безумним смутком покараюсь:&lt;br /&gt;</w:t>
        <w:br/>
        <w:t>від валів громаддя чорних...&lt;br /&gt;</w:t>
        <w:br/>
        <w:t>Від безодніх! від валів павучих&lt;br /&gt;</w:t>
        <w:br/>
        <w:t>трути в дикому безглузді.&lt;br /&gt;</w:t>
        <w:br/>
        <w:t>І стопа нещастя—гори змучить,&lt;br /&gt;</w:t>
        <w:br/>
        <w:t>недовірністю осудні.&lt;br /&gt;</w:t>
        <w:br/>
        <w:t>А відкрито звідний семибарвник&lt;br /&gt;</w:t>
        <w:br/>
        <w:t>над завіси тьми вселенські.&lt;br /&gt;</w:t>
        <w:br/>
        <w:t>Мов від ірисів скорботу вбрали —&lt;br /&gt;</w:t>
        <w:br/>
        <w:t>в небі ставники: з оселі.&lt;br /&gt;</w:t>
        <w:br/>
        <w:t>Тишина шипшин і пчілок чистих;&lt;br /&gt;</w:t>
        <w:br/>
        <w:t>ніби з краплі меду—іскри:&lt;br /&gt;</w:t>
        <w:br/>
        <w:t>засівають скрізь! святині вчитись&lt;br /&gt;</w:t>
        <w:br/>
        <w:t>нам при дверях найстаріших.&lt;br /&gt;</w:t>
        <w:br/>
        <w:t>Стала синістю темніти стеля,&lt;br /&gt;</w:t>
        <w:br/>
        <w:t>і замок на всі журботи—&lt;br /&gt;</w:t>
        <w:br/>
        <w:t>білосвітний серп наниз простерся,&lt;br /&gt;</w:t>
        <w:br/>
        <w:t>кований: як для соборів.&lt;br /&gt;</w:t>
        <w:br/>
        <w:t>21.VIII.66&lt;br /&gt;</w:t>
        <w:br/>
        <w:t>ПІСЛЯДОЩОВИЙ КРУГ</w:t>
      </w:r>
    </w:p>
    <w:p>
      <w:r>
        <w:br/>
        <w:t>Мирно, мов церковні, при надскеллі&lt;br /&gt;</w:t>
        <w:br/>
        <w:t>грози дзвонів прозвучали.&lt;br /&gt;</w:t>
        <w:br/>
        <w:t>І смиряються, жалем зелені,&lt;br /&gt;</w:t>
        <w:br/>
        <w:t>юрми: до джерел прочани.&lt;br /&gt;</w:t>
        <w:br/>
        <w:t>Ні досмертно не покинуть місця,&lt;br /&gt;</w:t>
        <w:br/>
        <w:t>шепчучи про весни спомин.&lt;br /&gt;</w:t>
        <w:br/>
        <w:t>Він верхів'ями в порив помрівся,&lt;br /&gt;</w:t>
        <w:br/>
        <w:t>над тумани, ввік недомні.&lt;br /&gt;</w:t>
        <w:br/>
        <w:t>А луги —багатосвіччя скорі:&lt;br /&gt;</w:t>
        <w:br/>
        <w:t>жар, аж трепетний пилками.&lt;br /&gt;</w:t>
        <w:br/>
        <w:t>Стань і крапельку візьми! мов з крови&lt;br /&gt;</w:t>
        <w:br/>
        <w:t>ягоди важкі скрапали.&lt;br /&gt;</w:t>
        <w:br/>
        <w:t>Відкликаються з поляни діти —&lt;br /&gt;</w:t>
        <w:br/>
        <w:t>зельні, в зірці всепрощення:&lt;br /&gt;</w:t>
        <w:br/>
        <w:t>душу зглянуть, віями надсвітні;&lt;br /&gt;</w:t>
        <w:br/>
        <w:t>з їх долонь вода свячена.&lt;br /&gt;</w:t>
        <w:br/>
        <w:t>22.VIII.66&lt;br /&gt;</w:t>
        <w:br/>
        <w:t>ПРОМИНУЧІСТЬ НЕДОЛІ</w:t>
      </w:r>
    </w:p>
    <w:p>
      <w:r>
        <w:br/>
        <w:t>Смуткові берізок рано збігти:&lt;br /&gt;</w:t>
        <w:br/>
        <w:t>краплі свіч, крізь світлі руки.&lt;br /&gt;</w:t>
        <w:br/>
        <w:t>Вкруг примара всі персні розбиті,&lt;br /&gt;</w:t>
        <w:br/>
        <w:t>з вирами скипівши, скружить.&lt;br /&gt;</w:t>
        <w:br/>
        <w:t>Знов орел посланник: промічає,&lt;br /&gt;</w:t>
        <w:br/>
        <w:t>ріжучи до прірви, напрям&lt;br /&gt;</w:t>
        <w:br/>
        <w:t>А відтіль палання кучеряве&lt;br /&gt;</w:t>
        <w:br/>
        <w:t>рве цепи, що сонце ярмлять.&lt;br /&gt;</w:t>
        <w:br/>
        <w:t>Хоч і спогади кохання в грудях—&lt;br /&gt;</w:t>
        <w:br/>
        <w:t>теплі, мов дівочі коси...&lt;br /&gt;</w:t>
        <w:br/>
        <w:t>звітряться; бо ні громи не збудять&lt;br /&gt;</w:t>
        <w:br/>
        <w:t>серця, де кайдани носить.&lt;br /&gt;</w:t>
        <w:br/>
        <w:t>Добудується братам крізь гори,&lt;br /&gt;</w:t>
        <w:br/>
        <w:t>кличучи! надзем'я: в обсвіт.&lt;br /&gt;</w:t>
        <w:br/>
        <w:t>Синню ягід від роси накормить&lt;br /&gt;</w:t>
        <w:br/>
        <w:t>крутизна пташини скромні.&lt;br /&gt;</w:t>
        <w:br/>
        <w:t>Враз розбризнулася біла в змісті&lt;br /&gt;</w:t>
        <w:br/>
        <w:t>через край медвяна ясність.&lt;br /&gt;</w:t>
        <w:br/>
        <w:t>Хоч грозили тіні, сном землисті,&lt;br /&gt;</w:t>
        <w:br/>
        <w:t>на бджолину лірку впасти.&lt;br /&gt;</w:t>
        <w:br/>
        <w:t>23.VIII.66&lt;br /&gt;</w:t>
        <w:br/>
        <w:t>НАПРЯМОК ВЕРШИН</w:t>
      </w:r>
    </w:p>
    <w:p>
      <w:r>
        <w:br/>
        <w:t>Вириває з коренями буря&lt;br /&gt;</w:t>
        <w:br/>
        <w:t>сосни на мілкому грунті.&lt;br /&gt;</w:t>
        <w:br/>
        <w:t>Звідси злості темні, чи забруднять? —&lt;br /&gt;</w:t>
        <w:br/>
        <w:t>жалами думок отруйні.&lt;br /&gt;</w:t>
        <w:br/>
        <w:t>Холод. Вихор. Чистота сувора&lt;br /&gt;</w:t>
        <w:br/>
        <w:t>всюди зблиснеться, як вістря.&lt;br /&gt;</w:t>
        <w:br/>
        <w:t>Хоч верхів'я воплем проговорять&lt;br /&gt;</w:t>
        <w:br/>
        <w:t>з висоти! вітрам відкрита.&lt;br /&gt;</w:t>
        <w:br/>
        <w:t>Сонце не згниє й не згине в гордість;&lt;br /&gt;</w:t>
        <w:br/>
        <w:t>подихом як море вічне...&lt;br /&gt;</w:t>
        <w:br/>
        <w:t>в синій церкві з небозводу вродить&lt;br /&gt;</w:t>
        <w:br/>
        <w:t>жар панікадила ближче:&lt;br /&gt;</w:t>
        <w:br/>
        <w:t>посипає землю в добру радість,&lt;br /&gt;</w:t>
        <w:br/>
        <w:t>як садибу! з ночі гріти.&lt;br /&gt;</w:t>
        <w:br/>
        <w:t>Бережуть комори гір прадавні&lt;br /&gt;</w:t>
        <w:br/>
        <w:t>жито на прийдешні різи.&lt;br /&gt;</w:t>
        <w:br/>
        <w:t>Через грози—колосок по нетрях&lt;br /&gt;</w:t>
        <w:br/>
        <w:t>викинеться в даль півдику;&lt;br /&gt;</w:t>
        <w:br/>
        <w:t>хлібом з огняних зірок наллється,&lt;br /&gt;</w:t>
        <w:br/>
        <w:t>хлібом для душі довіку.&lt;br /&gt;</w:t>
        <w:br/>
        <w:t>Буде сторож —старець! хресна правда;&lt;br /&gt;</w:t>
        <w:br/>
        <w:t>сніжик бороди та посох.&lt;br /&gt;</w:t>
        <w:br/>
        <w:t>При іконці на ялині, врадять&lt;br /&gt;</w:t>
        <w:br/>
        <w:t>мислі: про лани, що всохли.&lt;br /&gt;</w:t>
        <w:br/>
        <w:t>Келія просфорника й молитва,&lt;br /&gt;</w:t>
        <w:br/>
        <w:t>де й ведмідь ступа смиренний.&lt;br /&gt;</w:t>
        <w:br/>
        <w:t>Тропка мохова, теплом облита,&lt;br /&gt;</w:t>
        <w:br/>
        <w:t>з неба викликала хрестик.&lt;br /&gt;</w:t>
        <w:br/>
        <w:t>24.VIII.66&lt;br /&gt;</w:t>
        <w:br/>
        <w:t>ПУСТЕЛЬНИК</w:t>
      </w:r>
    </w:p>
    <w:p>
      <w:r>
        <w:br/>
        <w:t>Нестерпуча спека на прислоні! —&lt;br /&gt;</w:t>
        <w:br/>
        <w:t>сліпне скеля, в блиск горюча.&lt;br /&gt;</w:t>
        <w:br/>
        <w:t>А піски, як сніг, смертельно сонні,&lt;br /&gt;</w:t>
        <w:br/>
        <w:t>зір пустельника помучать.&lt;br /&gt;</w:t>
        <w:br/>
        <w:t>Він пригоститься в гранітній пащі—&lt;br /&gt;</w:t>
        <w:br/>
        <w:t>гостроту її терпіти:&lt;br /&gt;</w:t>
        <w:br/>
        <w:t>трунник! мрець на самоті піщаній,&lt;br /&gt;</w:t>
        <w:br/>
        <w:t>для гріхів—небіжчик прісний.</w:t>
      </w:r>
    </w:p>
    <w:p>
      <w:r>
        <w:br/>
        <w:t>Хоч незримі скорпіони лізуть,&lt;br /&gt;</w:t>
        <w:br/>
        <w:t>кобри, давуни духовні;&lt;br /&gt;</w:t>
        <w:br/>
        <w:t>звідусіль від адовища знизу—&lt;br /&gt;</w:t>
        <w:br/>
        <w:t>в дверях серця їх знаходить.&lt;br /&gt;</w:t>
        <w:br/>
        <w:t>І через поріг і при корінні&lt;br /&gt;</w:t>
        <w:br/>
        <w:t>движуть свійськими для думки;&lt;br /&gt;</w:t>
        <w:br/>
        <w:t>із-під ліктя в тайності проникли,&lt;br /&gt;</w:t>
        <w:br/>
        <w:t>аж до розпачу докучні.</w:t>
      </w:r>
    </w:p>
    <w:p>
      <w:r>
        <w:br/>
        <w:t>Хоч кричи: "нечисті! геть від мене,&lt;br /&gt;</w:t>
        <w:br/>
        <w:t>вороги—я вас не знаю..."&lt;br /&gt;</w:t>
        <w:br/>
        <w:t>А ще дужче звір'я навіжене&lt;br /&gt;</w:t>
        <w:br/>
        <w:t>рветься в душу! до відчаю.&lt;br /&gt;</w:t>
        <w:br/>
        <w:t>Вже зібравши з крови всі зусилля,&lt;br /&gt;</w:t>
        <w:br/>
        <w:t>гонить змія, що зневолив.&lt;br /&gt;</w:t>
        <w:br/>
        <w:t>Схожо проти смерти назалізнять&lt;br /&gt;</w:t>
        <w:br/>
        <w:t>волю воїни на полі.&lt;br /&gt;</w:t>
        <w:br/>
        <w:t>Так в огні піску без одпочинку&lt;br /&gt;</w:t>
        <w:br/>
        <w:t>він, глядівши на ікону,&lt;br /&gt;</w:t>
        <w:br/>
        <w:t>вів війну в собі, війну очисну&lt;br /&gt;</w:t>
        <w:br/>
        <w:t>вів, як смертник, хвилю кожну.&lt;br /&gt;</w:t>
        <w:br/>
        <w:t>Щоб просвітленістю вся джерельна&lt;br /&gt;</w:t>
        <w:br/>
        <w:t>крапля: вся душа предстала—&lt;br /&gt;</w:t>
        <w:br/>
        <w:t>знов до істин, як була при сферах&lt;br /&gt;</w:t>
        <w:br/>
        <w:t>брана—в пламені з кристалля.&lt;br /&gt;</w:t>
        <w:br/>
        <w:t>24.VIII.66&lt;br /&gt;</w:t>
        <w:br/>
        <w:t>НАЙВИЩА БИТВА</w:t>
      </w:r>
    </w:p>
    <w:p>
      <w:r>
        <w:br/>
        <w:t>Зібрано грядами кручі красні—&lt;br /&gt;</w:t>
        <w:br/>
        <w:t>в табори наметів збройних.&lt;br /&gt;</w:t>
        <w:br/>
        <w:t>Щит начальника горить при царстві,&lt;br /&gt;</w:t>
        <w:br/>
        <w:t>до стежок над смертю зводить.&lt;br /&gt;</w:t>
        <w:br/>
        <w:t>Чи анахорет повстав передній&lt;br /&gt;</w:t>
        <w:br/>
        <w:t>відтіснити прапор звіра;&lt;br /&gt;</w:t>
        <w:br/>
        <w:t>Чи з окопів: "братці, ви піддержіть—&lt;br /&gt;</w:t>
        <w:br/>
        <w:t>я йду перший!" то повірять.&lt;br /&gt;</w:t>
        <w:br/>
        <w:t>Правда—в того, хто життя до скону&lt;br /&gt;</w:t>
        <w:br/>
        <w:t>з кров'ю серця їй посвятить:&lt;br /&gt;</w:t>
        <w:br/>
        <w:t>хресній, добрій! не міня нікому&lt;br /&gt;</w:t>
        <w:br/>
        <w:t>на скарбниці стану всякі.&lt;br /&gt;</w:t>
        <w:br/>
        <w:t>Вклонимося в ноги, біля Лаври,&lt;br /&gt;</w:t>
        <w:br/>
        <w:t>старцям: їх духовні діти...&lt;br /&gt;</w:t>
        <w:br/>
        <w:t>ланцюги гріха над смертю рвали,&lt;br /&gt;</w:t>
        <w:br/>
        <w:t>праведники—всіх привчити.&lt;br /&gt;</w:t>
        <w:br/>
        <w:t>І від корогви знамення взначить:&lt;br /&gt;</w:t>
        <w:br/>
        <w:t>смерть відбути в гробі ночі;&lt;br /&gt;</w:t>
        <w:br/>
        <w:t>і воскреснути від частки в чаші,&lt;br /&gt;</w:t>
        <w:br/>
        <w:t>бо огонь, як кров, приносить.&lt;br /&gt;</w:t>
        <w:br/>
        <w:t>24.VIII.66&lt;br /&gt;</w:t>
        <w:br/>
        <w:t>СВІТИЛЬНИК ГІР</w:t>
      </w:r>
    </w:p>
    <w:p>
      <w:r>
        <w:br/>
        <w:t>Галузками, ніби знак розп'яття,&lt;br /&gt;</w:t>
        <w:br/>
        <w:t>при безодні біля бурі—&lt;br /&gt;</w:t>
        <w:br/>
        <w:t>полоня ялина, в хмари взята&lt;br /&gt;</w:t>
        <w:br/>
        <w:t>від поляни: день пробути;</w:t>
      </w:r>
    </w:p>
    <w:p>
      <w:r>
        <w:br/>
        <w:t>зверху звід Софії в неогляддя&lt;br /&gt;</w:t>
        <w:br/>
        <w:t>голубіє, звівши люстру—&lt;br /&gt;</w:t>
        <w:br/>
        <w:t>полум'я, мов семиріки, пада&lt;br /&gt;</w:t>
        <w:br/>
        <w:t>звідти в розсвіті над скруту...&lt;br /&gt;</w:t>
        <w:br/>
        <w:t>Над пустиню іспитів, де збитки—&lt;br /&gt;</w:t>
        <w:br/>
        <w:t>на душі по смерті: кожній;&lt;br /&gt;</w:t>
        <w:br/>
        <w:t>над злидоту зла! — хрестом безбідній&lt;br /&gt;</w:t>
        <w:br/>
        <w:t>зерно віддадуть при жорні</w:t>
      </w:r>
    </w:p>
    <w:p>
      <w:r>
        <w:br/>
        <w:t>Схаменімся: кості німо кличуть&lt;br /&gt;</w:t>
        <w:br/>
        <w:t>з грозових могил козачі,&lt;br /&gt;</w:t>
        <w:br/>
        <w:t>під звитяжну хоругов довічну—&lt;br /&gt;</w:t>
        <w:br/>
        <w:t>дні для Спаса відчиняти...&lt;br /&gt;</w:t>
        <w:br/>
        <w:t>білопілля вірних; кров хрещена! —&lt;br /&gt;</w:t>
        <w:br/>
        <w:t>дзвонить смерть коло порога;&lt;br /&gt;</w:t>
        <w:br/>
        <w:t>порятунок твій—Христос прощення;&lt;br /&gt;</w:t>
        <w:br/>
        <w:t>огнекрилля оборонять.&lt;br /&gt;</w:t>
        <w:br/>
        <w:t>26.VIII.66&lt;br /&gt;</w:t>
        <w:br/>
        <w:t>СОНЯЧНА ГРОМАДА</w:t>
      </w:r>
    </w:p>
    <w:p>
      <w:r>
        <w:br/>
        <w:t>Повний кругозвід; найбільші—в парус:&lt;br /&gt;</w:t>
        <w:br/>
        <w:t>лебеді, що небо п'ють.&lt;br /&gt;</w:t>
        <w:br/>
        <w:t>День замислюється! вії прагнуть&lt;br /&gt;</w:t>
        <w:br/>
        <w:t>світлоту нести свою.&lt;br /&gt;</w:t>
        <w:br/>
        <w:t>Сторожко нести в блакить блаженних,&lt;br /&gt;</w:t>
        <w:br/>
        <w:t>над обрив орлів, над прірви.&lt;br /&gt;</w:t>
        <w:br/>
        <w:t>А слідами: мов пилок, рожевість—&lt;br /&gt;</w:t>
        <w:br/>
        <w:t>міниться, в півтон помрівши.&lt;br /&gt;</w:t>
        <w:br/>
        <w:t>Лебеді—на схід! моя надія—&lt;br /&gt;</w:t>
        <w:br/>
        <w:t>корогвою віє в двері...&lt;br /&gt;</w:t>
        <w:br/>
        <w:t>світить: як на скатерті недільна&lt;br /&gt;</w:t>
        <w:br/>
        <w:t>білість хліба й свічка щедрих.&lt;br /&gt;</w:t>
        <w:br/>
        <w:t>Самота; листок на схід скривавивсь,&lt;br /&gt;</w:t>
        <w:br/>
        <w:t>чи порив його спинити?&lt;br /&gt;</w:t>
        <w:br/>
        <w:t>Вірю: вік в апостольському праві&lt;br /&gt;</w:t>
        <w:br/>
        <w:t>дав вінець—від сонця мирність.&lt;br /&gt;</w:t>
        <w:br/>
        <w:t>26.VIII.66</w:t>
      </w:r>
    </w:p>
    <w:p>
      <w:r>
        <w:br/>
        <w:t>З'ЯВИ ВИСОКОГІР'Я</w:t>
      </w:r>
    </w:p>
    <w:p>
      <w:r>
        <w:br/>
        <w:t>З полудня наниз минати сходи&lt;br /&gt;</w:t>
        <w:br/>
        <w:t>від надгір'я всіх орлів.&lt;br /&gt;</w:t>
        <w:br/>
        <w:t>Зойк берези і завал кедровий&lt;br /&gt;</w:t>
        <w:br/>
        <w:t>згас! листками добагрів.&lt;br /&gt;</w:t>
        <w:br/>
        <w:t>І камінні сльози позривались,&lt;br /&gt;</w:t>
        <w:br/>
        <w:t>близько від повік жалоби:&lt;br /&gt;</w:t>
        <w:br/>
        <w:t>де тюрма примар, де сиві лави&lt;br /&gt;</w:t>
        <w:br/>
        <w:t>бранників,— біда обложить.&lt;br /&gt;</w:t>
        <w:br/>
        <w:t>Попід стріхами домів титанних—&lt;br /&gt;</w:t>
        <w:br/>
        <w:t>стежка: стріти пазур бурі.&lt;br /&gt;</w:t>
        <w:br/>
        <w:t>Поряд скам'янілий лев спиняти&lt;br /&gt;</w:t>
        <w:br/>
        <w:t>буде, в крушения беручи.&lt;br /&gt;</w:t>
        <w:br/>
        <w:t>Відкрива печерський стан рядами,&lt;br /&gt;</w:t>
        <w:br/>
        <w:t>над глибінню без потоків:&lt;br /&gt;</w:t>
        <w:br/>
        <w:t>напрямки! самим громам роздати,&lt;br /&gt;</w:t>
        <w:br/>
        <w:t>в спад туманів сірооких.&lt;br /&gt;</w:t>
        <w:br/>
        <w:t>Вже до сповіді струмка звернути,&lt;br /&gt;</w:t>
        <w:br/>
        <w:t>синього бровою в брамках...&lt;br /&gt;</w:t>
        <w:br/>
        <w:t>з ним благословенний візерунок:&lt;br /&gt;</w:t>
        <w:br/>
        <w:t>цвіт! колібрі! плеск зібрався.&lt;br /&gt;</w:t>
        <w:br/>
        <w:t>Тишу, падаючи, лист відмірив—&lt;br /&gt;</w:t>
        <w:br/>
        <w:t>і сплива на звіт найдалі.&lt;br /&gt;</w:t>
        <w:br/>
        <w:t>Будуть парус в океан незримий&lt;br /&gt;</w:t>
        <w:br/>
        <w:t>вічні чайки відділяти.&lt;br /&gt;</w:t>
        <w:br/>
        <w:t>27.VIII.66&lt;br /&gt;</w:t>
        <w:br/>
        <w:t>І</w:t>
      </w:r>
    </w:p>
    <w:p>
      <w:r>
        <w:br/>
        <w:t>З викрою листки—мов тіні гострі:&lt;br /&gt;</w:t>
        <w:br/>
        <w:t>серця велетнів зелених.&lt;br /&gt;</w:t>
        <w:br/>
        <w:t>Добрістю від смерти втішить острів,&lt;br /&gt;</w:t>
        <w:br/>
        <w:t>а невидимий з оселі.&lt;br /&gt;</w:t>
        <w:br/>
        <w:t>Острів—корабель, нема вітрильця;&lt;br /&gt;</w:t>
        <w:br/>
        <w:t>а летить громам назустріч...&lt;br /&gt;</w:t>
        <w:br/>
        <w:t>Жизна мова їх в оселі скритна,&lt;br /&gt;</w:t>
        <w:br/>
        <w:t>хоч пророцтвами найдужчі.&lt;br /&gt;</w:t>
        <w:br/>
        <w:t>Милий знак: порив на біловодді&lt;br /&gt;</w:t>
        <w:br/>
        <w:t>безконечно в брижі в'яже—&lt;br /&gt;</w:t>
        <w:br/>
        <w:t>хатку сонця світляну, що сходить&lt;br /&gt;</w:t>
        <w:br/>
        <w:t>брати в сподівання справжнє.&lt;br /&gt;</w:t>
        <w:br/>
        <w:t>Острів прикликає день зверхземний;&lt;br /&gt;</w:t>
        <w:br/>
        <w:t>острів—з ясенками, ризник.&lt;br /&gt;</w:t>
        <w:br/>
        <w:t>І одна надія понад межі:&lt;br /&gt;</w:t>
        <w:br/>
        <w:t>знов побачимось, як зримі.&lt;br /&gt;</w:t>
        <w:br/>
        <w:t>28.VIII.66&lt;br /&gt;</w:t>
        <w:br/>
        <w:t>II</w:t>
      </w:r>
    </w:p>
    <w:p>
      <w:r>
        <w:br/>
        <w:t>Озеро прозорі скорбі множить—&lt;br /&gt;</w:t>
        <w:br/>
        <w:t>бігти в кручах несвятих;&lt;br /&gt;</w:t>
        <w:br/>
        <w:t>і ллючи сліпучий подорожник,&lt;br /&gt;</w:t>
        <w:br/>
        <w:t>розриває тінь, як сіть.&lt;br /&gt;</w:t>
        <w:br/>
        <w:t>Обіходить скелю та могилу,&lt;br /&gt;</w:t>
        <w:br/>
        <w:t>де в крові—берізок тризна;&lt;br /&gt;</w:t>
        <w:br/>
        <w:t>де надію докріпив неспілу&lt;br /&gt;</w:t>
        <w:br/>
        <w:t>спогад! сплесками нестримна.&lt;br /&gt;</w:t>
        <w:br/>
        <w:t>Озеро взоріється на всесвіт,&lt;br /&gt;</w:t>
        <w:br/>
        <w:t>що з усіх пожеж настане.&lt;br /&gt;</w:t>
        <w:br/>
        <w:t>Повно ласки — хід рушає хресний:&lt;br /&gt;</w:t>
        <w:br/>
        <w:t>в лоно, течіями ткане.&lt;br /&gt;</w:t>
        <w:br/>
        <w:t>Всюди дожидати відклик звітний,&lt;br /&gt;</w:t>
        <w:br/>
        <w:t>з безконечности приходів.&lt;br /&gt;</w:t>
        <w:br/>
        <w:t>Білий мак—найсвітляніший цвітик! —&lt;br /&gt;</w:t>
        <w:br/>
        <w:t>приплива в душі сьогодні.&lt;br /&gt;</w:t>
        <w:br/>
        <w:t>28.VIII.66&lt;br /&gt;</w:t>
        <w:br/>
        <w:t>СТАРІСТЬ БЕРЕГА</w:t>
      </w:r>
    </w:p>
    <w:p>
      <w:r>
        <w:br/>
        <w:t>Вічір мій і океан стомився,&lt;br /&gt;</w:t>
        <w:br/>
        <w:t>важко—ледве хвилю звалить.&lt;br /&gt;</w:t>
        <w:br/>
        <w:t>На обличчі синява землиста,&lt;br /&gt;</w:t>
        <w:br/>
        <w:t>з молочаїв: як білявість.&lt;br /&gt;</w:t>
        <w:br/>
        <w:t>Натекли в очах примари хворі,&lt;br /&gt;</w:t>
        <w:br/>
        <w:t>стомлять, застуючи захід.&lt;br /&gt;</w:t>
        <w:br/>
        <w:t>Берег дальній мрією знекровивсь,&lt;br /&gt;</w:t>
        <w:br/>
        <w:t>ніби крейда: погасати.&lt;br /&gt;</w:t>
        <w:br/>
        <w:t>А збарвіють віснички світущі—&lt;br /&gt;</w:t>
        <w:br/>
        <w:t>сонцеві комахи з поля.&lt;br /&gt;</w:t>
        <w:br/>
        <w:t>Тут і зграйку мевину зворушить&lt;br /&gt;</w:t>
        <w:br/>
        <w:t>ласка неба—ллється сповна.&lt;br /&gt;</w:t>
        <w:br/>
        <w:t>Хай завіси сутіні морської&lt;br /&gt;</w:t>
        <w:br/>
        <w:t>позростали, колихавшись.&lt;br /&gt;</w:t>
        <w:br/>
        <w:t>Глянуть маки вечора на острів;&lt;br /&gt;</w:t>
        <w:br/>
        <w:t>місяць—білий сон при хаті.&lt;br /&gt;</w:t>
        <w:br/>
        <w:t>1.ІХ&lt;br /&gt;</w:t>
        <w:br/>
        <w:t>ЗВОРОГОВАНІ НЕОБАЧНО</w:t>
      </w:r>
    </w:p>
    <w:p>
      <w:r>
        <w:br/>
        <w:t>Тяжко блиснув—очі фіялкові,—&lt;br /&gt;</w:t>
        <w:br/>
        <w:t>бровами поворониться:&lt;br /&gt;</w:t>
        <w:br/>
        <w:t>океан! гілками речі змовкли,&lt;br /&gt;</w:t>
        <w:br/>
        <w:t>й спломенить глибинна скриня.&lt;br /&gt;</w:t>
        <w:br/>
        <w:t>Подає сторожа знак тривоги&lt;br /&gt;</w:t>
        <w:br/>
        <w:t>про акул: вовків плавучих.&lt;br /&gt;</w:t>
        <w:br/>
        <w:t>Поспитати в чаєчки кривої—&lt;br /&gt;</w:t>
        <w:br/>
        <w:t>хто мордує? смертю мучить?&lt;br /&gt;</w:t>
        <w:br/>
        <w:t>Дужості в одежах бризно-бистрих&lt;br /&gt;</w:t>
        <w:br/>
        <w:t>докотили гнів рядами:&lt;br /&gt;</w:t>
        <w:br/>
        <w:t>як терни в цвіту, з грози розбитись&lt;br /&gt;</w:t>
        <w:br/>
        <w:t>та до хустки поридати...&lt;br /&gt;</w:t>
        <w:br/>
        <w:t>Чи з потоків смолок над полями&lt;br /&gt;</w:t>
        <w:br/>
        <w:t>переходить піврожевість?&lt;br /&gt;</w:t>
        <w:br/>
        <w:t>Де вже корені зірок приймались,&lt;br /&gt;</w:t>
        <w:br/>
        <w:t>і снагу пелюстя вдержить.&lt;br /&gt;</w:t>
        <w:br/>
        <w:t>Хоч ребро терзають і грозяться,—&lt;br /&gt;</w:t>
        <w:br/>
        <w:t>всі вовки: шукають сліду...&lt;br /&gt;</w:t>
        <w:br/>
        <w:t>Чайки ж при джерельці до завзяття&lt;br /&gt;</w:t>
        <w:br/>
        <w:t>сварку розвели сусідську.&lt;br /&gt;</w:t>
        <w:br/>
        <w:t>2.IX.66&lt;br /&gt;</w:t>
        <w:br/>
        <w:t>ОКЕАН ВЕЧІРНИК</w:t>
      </w:r>
    </w:p>
    <w:p>
      <w:r>
        <w:br/>
        <w:t>Океан з ключами! — де замкнеться&lt;br /&gt;</w:t>
        <w:br/>
        <w:t>круг від співу до ридання.&lt;br /&gt;</w:t>
        <w:br/>
        <w:t>А світліє спокій: нескінченна&lt;br /&gt;</w:t>
        <w:br/>
        <w:t>тихість, як вода йорданська.&lt;br /&gt;</w:t>
        <w:br/>
        <w:t>Ми байдуженці: а круч горбина&lt;br /&gt;</w:t>
        <w:br/>
        <w:t>стала баштою, на стежі.&lt;br /&gt;</w:t>
        <w:br/>
        <w:t>І в колоссі пломенів—правдива&lt;br /&gt;</w:t>
        <w:br/>
        <w:t>кара! йдуть, як навіжені.</w:t>
      </w:r>
    </w:p>
    <w:p>
      <w:r>
        <w:br/>
        <w:t>Доля димними орлами скора:&lt;br /&gt;</w:t>
        <w:br/>
        <w:t>резеду на смерть осудять.&lt;br /&gt;</w:t>
        <w:br/>
        <w:t>Ми засліплені: кричить сорочка&lt;br /&gt;</w:t>
        <w:br/>
        <w:t>океанові на грудях.&lt;br /&gt;</w:t>
        <w:br/>
        <w:t>Він—і срібний хрестик сонця носить&lt;br /&gt;</w:t>
        <w:br/>
        <w:t>вірно на шнурку блакиті.&lt;br /&gt;</w:t>
        <w:br/>
        <w:t>Ми неденники! чаїний стогін,&lt;br /&gt;</w:t>
        <w:br/>
        <w:t>і собор небес відкритий.&lt;br /&gt;</w:t>
        <w:br/>
        <w:t>10.IX.66&lt;br /&gt;</w:t>
        <w:br/>
        <w:t>ВІДХІДНИЙ ЧАС</w:t>
      </w:r>
    </w:p>
    <w:p>
      <w:r>
        <w:br/>
        <w:t>Небо вториться в припливні черги&lt;br /&gt;</w:t>
        <w:br/>
        <w:t>чебрецями туч вечірніх.&lt;br /&gt;</w:t>
        <w:br/>
        <w:t>Сивокрилі ждуть: слова дочерні&lt;br /&gt;</w:t>
        <w:br/>
        <w:t>всі в сповідному наріччі.&lt;br /&gt;</w:t>
        <w:br/>
        <w:t>Води звалено: молочний попіл&lt;br /&gt;</w:t>
        <w:br/>
        <w:t>скелям на слонові плечі.&lt;br /&gt;</w:t>
        <w:br/>
        <w:t>Час—полинник розсварів сполоти&lt;br /&gt;</w:t>
        <w:br/>
        <w:t>в грядці молитов чернечій.&lt;br /&gt;</w:t>
        <w:br/>
        <w:t>Спить межа, мов сніжністю невстежна—&lt;br /&gt;</w:t>
        <w:br/>
        <w:t>зимна в прозелень з буруння.&lt;br /&gt;</w:t>
        <w:br/>
        <w:t>Біла строгість неба: біла вежа,&lt;br /&gt;</w:t>
        <w:br/>
        <w:t>вечеровістю вгорнулась.&lt;br /&gt;</w:t>
        <w:br/>
        <w:t>Стало яблуко з вулкання в димність:&lt;br /&gt;</w:t>
        <w:br/>
        <w:t>розбудити грози мертві.&lt;br /&gt;</w:t>
        <w:br/>
        <w:t>Океан живих течій приріднить&lt;br /&gt;</w:t>
        <w:br/>
        <w:t>васильки святинь і серпик.&lt;br /&gt;</w:t>
        <w:br/>
        <w:t>15.IX.66&lt;br /&gt;</w:t>
        <w:br/>
        <w:t>ГОЛОС МУШЛІ</w:t>
      </w:r>
    </w:p>
    <w:p>
      <w:r>
        <w:br/>
        <w:t>Звинуто будівлю з перламутру;&lt;br /&gt;</w:t>
        <w:br/>
        <w:t>стрій—полив'яний коміник.&lt;br /&gt;</w:t>
        <w:br/>
        <w:t>І луну глибин дарує трубну:&lt;br /&gt;</w:t>
        <w:br/>
        <w:t>мов сльозі не заніміти.&lt;br /&gt;</w:t>
        <w:br/>
        <w:t>Навіть подобизну серця близить,&lt;br /&gt;</w:t>
        <w:br/>
        <w:t>рівно ділячися в змісті.&lt;br /&gt;</w:t>
        <w:br/>
        <w:t>З блиску видність: відсвіт соболиний&lt;br /&gt;</w:t>
        <w:br/>
        <w:t>злито в супокій самітніх.&lt;br /&gt;</w:t>
        <w:br/>
        <w:t>Скружена в ряди кутків спорудні&lt;br /&gt;</w:t>
        <w:br/>
        <w:t>гладіяторова каска.&lt;br /&gt;</w:t>
        <w:br/>
        <w:t>Шумно заграву перлин дотрудить,&lt;br /&gt;</w:t>
        <w:br/>
        <w:t>як на взорі смерчів склалась.&lt;br /&gt;</w:t>
        <w:br/>
        <w:t>Петрик океанний! любий петрик.—&lt;br /&gt;</w:t>
        <w:br/>
        <w:t>равлити в рожеві тіні.&lt;br /&gt;</w:t>
        <w:br/>
        <w:t>А дощинки вдарять: слідик стерти&lt;br /&gt;</w:t>
        <w:br/>
        <w:t>на піску стежок гостинних.&lt;br /&gt;</w:t>
        <w:br/>
        <w:t>24.ІХ.66&lt;br /&gt;</w:t>
        <w:br/>
        <w:t>ПЕРЕХІД КРИСТАЛІВ З МОРЯ</w:t>
      </w:r>
    </w:p>
    <w:p>
      <w:r>
        <w:br/>
        <w:t>В скрині океанній, при напастях,&lt;br /&gt;</w:t>
        <w:br/>
        <w:t>з глибини зроста—видніти...&lt;br /&gt;</w:t>
        <w:br/>
        <w:t>барвник дару! тлінню не розпався,&lt;br /&gt;</w:t>
        <w:br/>
        <w:t>як сліди хатинок димні.&lt;br /&gt;</w:t>
        <w:br/>
        <w:t>Вигранить причілки в ранній просвіт,&lt;br /&gt;</w:t>
        <w:br/>
        <w:t>ніби з снів, нічна ґалена:&lt;br /&gt;</w:t>
        <w:br/>
        <w:t>образ горя! брила брам острожних—&lt;br /&gt;</w:t>
        <w:br/>
        <w:t>з віршів, що громам належать.</w:t>
      </w:r>
    </w:p>
    <w:p>
      <w:r>
        <w:br/>
        <w:t>Від оранжу пил безмежно свіжий&lt;br /&gt;</w:t>
        <w:br/>
        <w:t>кріпить орпімент, на крайцях:&lt;br /&gt;</w:t>
        <w:br/>
        <w:t>мов устами лілія відживши,&lt;br /&gt;</w:t>
        <w:br/>
        <w:t>по грозі, бо в плач каралась.</w:t>
      </w:r>
    </w:p>
    <w:p>
      <w:r>
        <w:br/>
        <w:t>Знано хрест на древніх катедралях,&lt;br /&gt;</w:t>
        <w:br/>
        <w:t>січений майстрами в вірі.&lt;br /&gt;</w:t>
        <w:br/>
        <w:t>Чистий ставроліт, злотивши, зладять&lt;br /&gt;</w:t>
        <w:br/>
        <w:t>струнко трударі безмірні.&lt;br /&gt;</w:t>
        <w:br/>
        <w:t>Для ікони, мов з яринок, сповна,&lt;br /&gt;</w:t>
        <w:br/>
        <w:t>в пензель сипчато від скиби,—&lt;br /&gt;</w:t>
        <w:br/>
        <w:t>мриться: хрисоскол! що і апостол&lt;br /&gt;</w:t>
        <w:br/>
        <w:t>на хітоні мав, любивши.&lt;br /&gt;</w:t>
        <w:br/>
        <w:t>Осторонь з пророчого терпіння&lt;br /&gt;</w:t>
        <w:br/>
        <w:t>всі пориви при незгоді—&lt;br /&gt;</w:t>
        <w:br/>
        <w:t>злито в течію: як ладан! спільна,&lt;br /&gt;</w:t>
        <w:br/>
        <w:t>з брижами зірок відходить.&lt;br /&gt;</w:t>
        <w:br/>
        <w:t>ПРИЙДЕШНІЙ ВРОЖАЙ: ПРИ МОРІ</w:t>
      </w:r>
    </w:p>
    <w:p>
      <w:r>
        <w:br/>
        <w:t>Догримить, обернеться і збрижить&lt;br /&gt;</w:t>
        <w:br/>
        <w:t>кожну скелю, від порогів:&lt;br /&gt;</w:t>
        <w:br/>
        <w:t>грозова біда, сусіда рибі—&lt;br /&gt;</w:t>
        <w:br/>
        <w:t>вдаривши в обрив надгробний...&lt;br /&gt;</w:t>
        <w:br/>
        <w:t>Знов надходить нижче від петуній,&lt;br /&gt;</w:t>
        <w:br/>
        <w:t>важкістю хмарин по валу:&lt;br /&gt;</w:t>
        <w:br/>
        <w:t>стемнена, як помста! — й знов спочути&lt;br /&gt;</w:t>
        <w:br/>
        <w:t>бризку при віконці звану.&lt;br /&gt;</w:t>
        <w:br/>
        <w:t>З неба вчитано в надсмертні знаки,—&lt;br /&gt;</w:t>
        <w:br/>
        <w:t>десь гробниці хат воскресні!&lt;br /&gt;</w:t>
        <w:br/>
        <w:t>Згадку нам, горючу хустку, зранить&lt;br /&gt;</w:t>
        <w:br/>
        <w:t>біль! тавро рвучи до рештки.&lt;br /&gt;</w:t>
        <w:br/>
        <w:t>Ширять хресні ходи в білий безмір,&lt;br /&gt;</w:t>
        <w:br/>
        <w:t>стрінути з полону душі:&lt;br /&gt;</w:t>
        <w:br/>
        <w:t>згублені знайшлися, ввік небесні—&lt;br /&gt;</w:t>
        <w:br/>
        <w:t>в колосках течій грядущих.&lt;br /&gt;</w:t>
        <w:br/>
        <w:t>5.Х.66&lt;br /&gt;</w:t>
        <w:br/>
        <w:t>ОБРАЗ ОСЕНИ—ОСТРІВНИЙ</w:t>
      </w:r>
    </w:p>
    <w:p>
      <w:r>
        <w:br/>
        <w:t>Скорбний сонцеповорот на води;&lt;br /&gt;</w:t>
        <w:br/>
        <w:t>сиві брови: понад берег.&lt;br /&gt;</w:t>
        <w:br/>
        <w:t>Там на викрик скрипки переходить&lt;br /&gt;</w:t>
        <w:br/>
        <w:t>при горі згорання вербне.&lt;br /&gt;</w:t>
        <w:br/>
        <w:t>Далі—мов гробниці безконечні&lt;br /&gt;</w:t>
        <w:br/>
        <w:t>полягли в мідясті дуги.&lt;br /&gt;</w:t>
        <w:br/>
        <w:t>Біля неба зводить блідний ченчик—&lt;br /&gt;</w:t>
        <w:br/>
        <w:t>серп: вівсяні хмари ждучи.</w:t>
      </w:r>
    </w:p>
    <w:p>
      <w:r>
        <w:br/>
        <w:t>Океан промчить краї парчові&lt;br /&gt;</w:t>
        <w:br/>
        <w:t>від кереї—скель торкнеться.&lt;br /&gt;</w:t>
        <w:br/>
        <w:t>Вечір стрінувся в дзеркальні очі;&lt;br /&gt;</w:t>
        <w:br/>
        <w:t>мітра огнища в похрестях.&lt;br /&gt;</w:t>
        <w:br/>
        <w:t>Кущ—пророчий вугіль розгорівся—&lt;br /&gt;</w:t>
        <w:br/>
        <w:t>до глибин жива червоність:&lt;br /&gt;</w:t>
        <w:br/>
        <w:t>виростаючи напроти вістря&lt;br /&gt;</w:t>
        <w:br/>
        <w:t>муки, кожен страх прогонить.&lt;br /&gt;</w:t>
        <w:br/>
        <w:t>Ближні три берізки, в ліру ставши,&lt;br /&gt;</w:t>
        <w:br/>
        <w:t>враз відтворюють ридання&lt;br /&gt;</w:t>
        <w:br/>
        <w:t>й радості при всепломінній чаші! —&lt;br /&gt;</w:t>
        <w:br/>
        <w:t>осінь: мов ікона давня.&lt;br /&gt;</w:t>
        <w:br/>
        <w:t>12.Х.66&lt;br /&gt;</w:t>
        <w:br/>
        <w:t>ОСІННІЙ СТАН</w:t>
      </w:r>
    </w:p>
    <w:p>
      <w:r>
        <w:br/>
        <w:t>Від багряних пальців—лист нещастя&lt;br /&gt;</w:t>
        <w:br/>
        <w:t>вкладено на камінь гордий.&lt;br /&gt;</w:t>
        <w:br/>
        <w:t>Він: застиглий крик накарбувався&lt;br /&gt;</w:t>
        <w:br/>
        <w:t>з нежиття на всі дороги.&lt;br /&gt;</w:t>
        <w:br/>
        <w:t>Недвижимий жар; а вже пронижуть&lt;br /&gt;</w:t>
        <w:br/>
        <w:t>і його льнянисті вії:&lt;br /&gt;</w:t>
        <w:br/>
        <w:t>від надсвіття, з-за гори, в найнижчу&lt;br /&gt;</w:t>
        <w:br/>
        <w:t>свічену сльозу сивіти.&lt;br /&gt;</w:t>
        <w:br/>
        <w:t>Хоч ліски, збліднівши в прирожев'ї,&lt;br /&gt;</w:t>
        <w:br/>
        <w:t>всі з туману згір'їв стихли.&lt;br /&gt;</w:t>
        <w:br/>
        <w:t>А ріка огню: зверхнавіжені&lt;br /&gt;</w:t>
        <w:br/>
        <w:t>клени звуть проти безлистих.&lt;br /&gt;</w:t>
        <w:br/>
        <w:t>Другі сходять на Афон, їх спомин —&lt;br /&gt;</w:t>
        <w:br/>
        <w:t>кров'ю світиться по схилу.&lt;br /&gt;</w:t>
        <w:br/>
        <w:t>В морок помсти, й для каміння втомний,&lt;br /&gt;</w:t>
        <w:br/>
        <w:t>грозові будівлі линуть.&lt;br /&gt;</w:t>
        <w:br/>
        <w:t>Де наблизився до скелі натовп,&lt;br /&gt;</w:t>
        <w:br/>
        <w:t>до провісниці в хустині...&lt;br /&gt;</w:t>
        <w:br/>
        <w:t>досі: яблука з гілок не знято—&lt;br /&gt;</w:t>
        <w:br/>
        <w:t>як думки, огнем достиглі.&lt;br /&gt;</w:t>
        <w:br/>
        <w:t>16.Х.66&lt;br /&gt;</w:t>
        <w:br/>
        <w:t>НАДГІРНІ ТРАВИ</w:t>
      </w:r>
    </w:p>
    <w:p>
      <w:r>
        <w:br/>
        <w:t>Братні ниви, течіями злиті,&lt;br /&gt;</w:t>
        <w:br/>
        <w:t>скріплює обніжок поруч.&lt;br /&gt;</w:t>
        <w:br/>
        <w:t>Весь оцвітаний аж при могилі&lt;br /&gt;</w:t>
        <w:br/>
        <w:t>сонця—ніби жертви, в прощу.</w:t>
      </w:r>
    </w:p>
    <w:p>
      <w:r>
        <w:br/>
        <w:t>Льоник білий! ризкою безсмертник;&lt;br /&gt;</w:t>
        <w:br/>
        <w:t>мріє, взорик приберігши.&lt;br /&gt;</w:t>
        <w:br/>
        <w:t>Мов чотири круження персневі&lt;br /&gt;</w:t>
        <w:br/>
        <w:t>чути: з крильниці безгрішних.&lt;br /&gt;</w:t>
        <w:br/>
        <w:t>І врочистістю рисунків ручать&lt;br /&gt;</w:t>
        <w:br/>
        <w:t>висоту життя на землях:&lt;br /&gt;</w:t>
        <w:br/>
        <w:t>мудра мужність і порив горючих&lt;br /&gt;</w:t>
        <w:br/>
        <w:t>молитов! — ні дня не зменшать.&lt;br /&gt;</w:t>
        <w:br/>
        <w:t>Кличучи, як жар і сніг і листя,&lt;br /&gt;</w:t>
        <w:br/>
        <w:t>врадувати небо: в храмик.&lt;br /&gt;</w:t>
        <w:br/>
        <w:t>Празниковістю святих—мов сниться,&lt;br /&gt;</w:t>
        <w:br/>
        <w:t>в мир і ворогів приманить.&lt;br /&gt;</w:t>
        <w:br/>
        <w:t>А один пломінністю самотник&lt;br /&gt;</w:t>
        <w:br/>
        <w:t>ставить келію вікніти;&lt;br /&gt;</w:t>
        <w:br/>
        <w:t>в заставці небес до книг церковних&lt;br /&gt;</w:t>
        <w:br/>
        <w:t>відсвіт шести крил навіки.&lt;br /&gt;</w:t>
        <w:br/>
        <w:t>17.Х.66</w:t>
      </w:r>
    </w:p>
    <w:p>
      <w:r>
        <w:br/>
        <w:t>I</w:t>
      </w:r>
    </w:p>
    <w:p>
      <w:r>
        <w:br/>
        <w:t>Де престол, вино внесли церковне&lt;br /&gt;</w:t>
        <w:br/>
        <w:t>всі громади в звід піднявши.&lt;br /&gt;</w:t>
        <w:br/>
        <w:t>Свідчить білою любов'ю сонце—&lt;br /&gt;</w:t>
        <w:br/>
        <w:t>кличучи святі нащадки.&lt;br /&gt;</w:t>
        <w:br/>
        <w:t>Нам покрапає, за миро, дощик:&lt;br /&gt;</w:t>
        <w:br/>
        <w:t>з листя на струмки збігати&lt;br /&gt;</w:t>
        <w:br/>
        <w:t>(до рибинок тихістю дійшовши&lt;br /&gt;</w:t>
        <w:br/>
        <w:t>блисками з кольчуг багатих).</w:t>
      </w:r>
    </w:p>
    <w:p>
      <w:r>
        <w:br/>
        <w:t>Душі—в барвності: достигнув нею,&lt;br /&gt;</w:t>
        <w:br/>
        <w:t>посмутнівши, збір з околиць.&lt;br /&gt;</w:t>
        <w:br/>
        <w:t>Витерплять, від вирів навіжену,&lt;br /&gt;</w:t>
        <w:br/>
        <w:t>зваду! бо єство неволить.&lt;br /&gt;</w:t>
        <w:br/>
        <w:t>Вже спломінена в привіти хустка&lt;br /&gt;</w:t>
        <w:br/>
        <w:t>при каплиці горній кличе.&lt;br /&gt;</w:t>
        <w:br/>
        <w:t>Всі! в посвітленості всі всміхнуться,&lt;br /&gt;</w:t>
        <w:br/>
        <w:t>всі в спокуті—всі найближче.&lt;br /&gt;</w:t>
        <w:br/>
        <w:t>Просять глянути, як відкриває&lt;br /&gt;</w:t>
        <w:br/>
        <w:t>чашу, в дверях неба, тепле—&lt;br /&gt;</w:t>
        <w:br/>
        <w:t>серце! повне радости та праве&lt;br /&gt;</w:t>
        <w:br/>
        <w:t>проти тьми ножів і петель.&lt;br /&gt;</w:t>
        <w:br/>
        <w:t>Там і виноград палає в вікна&lt;br /&gt;</w:t>
        <w:br/>
        <w:t>до дітей на час достиглий.&lt;br /&gt;</w:t>
        <w:br/>
        <w:t>Думи! в знак галузки приклоніться:&lt;br /&gt;</w:t>
        <w:br/>
        <w:t>де олтар дарує сили.&lt;br /&gt;</w:t>
        <w:br/>
        <w:t>II</w:t>
      </w:r>
    </w:p>
    <w:p>
      <w:r>
        <w:br/>
        <w:t>Осінь! осінь: діється розп'яття,&lt;br /&gt;</w:t>
        <w:br/>
        <w:t>барвлячи вінечний терен.&lt;br /&gt;</w:t>
        <w:br/>
        <w:t>Гостро—болями жарини вразять&lt;br /&gt;</w:t>
        <w:br/>
        <w:t>кров: при чорногір'ях мертвих.&lt;br /&gt;</w:t>
        <w:br/>
        <w:t>Від холмів ридання губить осінь,&lt;br /&gt;</w:t>
        <w:br/>
        <w:t>бо мороз тюрмою змучив.&lt;br /&gt;</w:t>
        <w:br/>
        <w:t>А плоди в туман троянда вносить—&lt;br /&gt;</w:t>
        <w:br/>
        <w:t>сіяти про день світучий.&lt;br /&gt;</w:t>
        <w:br/>
        <w:t>Незглядимо для людей доземних&lt;br /&gt;</w:t>
        <w:br/>
        <w:t>діється розп'яття й далі—&lt;br /&gt;</w:t>
        <w:br/>
        <w:t>через вістря в звірному щоденстві,&lt;br /&gt;</w:t>
        <w:br/>
        <w:t>де ми пекло наскладали.&lt;br /&gt;</w:t>
        <w:br/>
        <w:t>Діється розп'яття, в цвяхи вдарить&lt;br /&gt;</w:t>
        <w:br/>
        <w:t>молот грозовиць найдужчих...&lt;br /&gt;</w:t>
        <w:br/>
        <w:t>Звідки й спис—на смертні розпорядки&lt;br /&gt;</w:t>
        <w:br/>
        <w:t>пробиває сонце в грудях.&lt;br /&gt;</w:t>
        <w:br/>
        <w:t>Кров'ю пломеня, росою сяйва&lt;br /&gt;</w:t>
        <w:br/>
        <w:t>від ребра: зірниця збігла.&lt;br /&gt;</w:t>
        <w:br/>
        <w:t>Ринучи, краплини всесвіт святять&lt;br /&gt;</w:t>
        <w:br/>
        <w:t>з крихтами живого хліба.&lt;br /&gt;</w:t>
        <w:br/>
        <w:t>Діється розп'яття; свідки хресні&lt;br /&gt;</w:t>
        <w:br/>
        <w:t>вкруг при чаші наднебесній...&lt;br /&gt;</w:t>
        <w:br/>
        <w:t>тіні ангелів: дерева стерпли,&lt;br /&gt;</w:t>
        <w:br/>
        <w:t>листя—їх жива огненність.&lt;br /&gt;</w:t>
        <w:br/>
        <w:t>ОСТАННЯ ОСІННІСТЬ</w:t>
      </w:r>
    </w:p>
    <w:p>
      <w:r>
        <w:br/>
        <w:t>Відсвіт рівний зберегли берези—&lt;br /&gt;</w:t>
        <w:br/>
        <w:t>до нагробків: плач віддавши.&lt;br /&gt;</w:t>
        <w:br/>
        <w:t>Дні жорстокі! по церквах роздерті&lt;br /&gt;</w:t>
        <w:br/>
        <w:t>пурпури на брамах правди.&lt;br /&gt;</w:t>
        <w:br/>
        <w:t>І живі смертельники, без листя:&lt;br /&gt;</w:t>
        <w:br/>
        <w:t>темні нетрі при безодні.&lt;br /&gt;</w:t>
        <w:br/>
        <w:t>Сам на хрестик сонця помолився—&lt;br /&gt;</w:t>
        <w:br/>
        <w:t>на розп'яття, ясен скорбний.&lt;br /&gt;</w:t>
        <w:br/>
        <w:t>Водять привиди по тінях стежку,&lt;br /&gt;</w:t>
        <w:br/>
        <w:t>мов сліпу—за мідні руки.&lt;br /&gt;</w:t>
        <w:br/>
        <w:t>Часом пряжу гіркоти пожежну&lt;br /&gt;</w:t>
        <w:br/>
        <w:t>подих дня устами зрушить.&lt;br /&gt;</w:t>
        <w:br/>
        <w:t>Через кручі мшисті, з павутини —&lt;br /&gt;</w:t>
        <w:br/>
        <w:t>літ мелодії про вирій...&lt;br /&gt;</w:t>
        <w:br/>
        <w:t>Про крило розлуки! в журавлиній&lt;br /&gt;</w:t>
        <w:br/>
        <w:t>тузі вечора вторити.&lt;br /&gt;</w:t>
        <w:br/>
        <w:t>Гаснуть свідки, тільки тінь розп'яття&lt;br /&gt;</w:t>
        <w:br/>
        <w:t>від рамен соснових тужить.&lt;br /&gt;</w:t>
        <w:br/>
        <w:t>Витерпіти спис біди, що вп'явся&lt;br /&gt;</w:t>
        <w:br/>
        <w:t>в груди при сніжистій стужі.&lt;br /&gt;</w:t>
        <w:br/>
        <w:t>25.Х.66&lt;br /&gt;</w:t>
        <w:br/>
        <w:t>ОСТРІВ ОСЕНИ</w:t>
      </w:r>
    </w:p>
    <w:p>
      <w:r>
        <w:br/>
        <w:t>Спокій надпрестолля; ставить вечір&lt;br /&gt;</w:t>
        <w:br/>
        <w:t>із берез потрійний огник:&lt;br /&gt;</w:t>
        <w:br/>
        <w:t>ближько при глибизні перетечній&lt;br /&gt;</w:t>
        <w:br/>
        <w:t>озера, що згортки гонить.&lt;br /&gt;</w:t>
        <w:br/>
        <w:t>Острів—пламенне вітрилля! чисте;&lt;br /&gt;</w:t>
        <w:br/>
        <w:t>з берегами: мов кораблик...&lt;br /&gt;</w:t>
        <w:br/>
        <w:t>А на дні гвоздичністю покличе&lt;br /&gt;</w:t>
        <w:br/>
        <w:t>джерело огню, збиратись.&lt;br /&gt;</w:t>
        <w:br/>
        <w:t>Повний острів—посвіт високосний&lt;br /&gt;</w:t>
        <w:br/>
        <w:t>станув: стишена червінність.&lt;br /&gt;</w:t>
        <w:br/>
        <w:t>Крізь озер'я стрілиться в покоси&lt;br /&gt;</w:t>
        <w:br/>
        <w:t>тисяча смичків! і вітрить.&lt;br /&gt;</w:t>
        <w:br/>
        <w:t>Ліс прибрався в соболі з палацу—&lt;br /&gt;</w:t>
        <w:br/>
        <w:t>гори обійти півчорні.&lt;br /&gt;</w:t>
        <w:br/>
        <w:t>І підняти місяць на присвяту&lt;br /&gt;</w:t>
        <w:br/>
        <w:t>трикоронно: в дверях ночі.&lt;br /&gt;</w:t>
        <w:br/>
        <w:t>Видно, висвітністю серце вірне&lt;br /&gt;</w:t>
        <w:br/>
        <w:t>не зотліє в мертву сонність.&lt;br /&gt;</w:t>
        <w:br/>
        <w:t>З кручі—ліркою кострів примріс&lt;br /&gt;</w:t>
        <w:br/>
        <w:t>кущик, рукавом вісонник:&lt;br /&gt;</w:t>
        <w:br/>
        <w:t>до Начальника життя, де ствердив&lt;br /&gt;</w:t>
        <w:br/>
        <w:t>океани блискавичні.&lt;br /&gt;</w:t>
        <w:br/>
        <w:t>З них випрошує росу безсмертник;&lt;br /&gt;</w:t>
        <w:br/>
        <w:t>а безодню — дзвін відчинить.&lt;br /&gt;</w:t>
        <w:br/>
        <w:t>ВЕЧІР БЕРЕЗ</w:t>
      </w:r>
    </w:p>
    <w:p>
      <w:r>
        <w:br/>
        <w:t>Ви, арф'ярки, плакальниці добрі,&lt;br /&gt;</w:t>
        <w:br/>
        <w:t>при ставку—гробниці свіжій&lt;br /&gt;</w:t>
        <w:br/>
        <w:t>А душа від голубих надгробків&lt;br /&gt;</w:t>
        <w:br/>
        <w:t>похорону: спомин живить.&lt;br /&gt;</w:t>
        <w:br/>
        <w:t>Ви, арф'ярки найбіліші в лузі;&lt;br /&gt;</w:t>
        <w:br/>
        <w:t>всім спалимі скорбі з воску.&lt;br /&gt;</w:t>
        <w:br/>
        <w:t>В головах—чи небом розгорнули&lt;br /&gt;</w:t>
        <w:br/>
        <w:t>корогву життя високу?&lt;br /&gt;</w:t>
        <w:br/>
        <w:t>Ви безвинні плакальниці храму;&lt;br /&gt;</w:t>
        <w:br/>
        <w:t>синьокрила тінь майнула.&lt;br /&gt;</w:t>
        <w:br/>
        <w:t>Вечір поруч—росу нестриманну&lt;br /&gt;</w:t>
        <w:br/>
        <w:t>кинув багрістю на урнах.&lt;br /&gt;</w:t>
        <w:br/>
        <w:t>Ви діждались, плакальниці! сестри:&lt;br /&gt;</w:t>
        <w:br/>
        <w:t>з місяця на висвіт кожен —&lt;br /&gt;</w:t>
        <w:br/>
        <w:t>фіялкові вина про надсмертні&lt;br /&gt;</w:t>
        <w:br/>
        <w:t>кубки! й смолоскип, як жовтень.&lt;br /&gt;</w:t>
        <w:br/>
        <w:t>28.Х.66</w:t>
      </w:r>
    </w:p>
    <w:p>
      <w:r>
        <w:br/>
        <w:t>І</w:t>
      </w:r>
    </w:p>
    <w:p>
      <w:r>
        <w:br/>
        <w:t>Повний горя—океан! прескорий,&lt;br /&gt;</w:t>
        <w:br/>
        <w:t>сизими плечима рушить.&lt;br /&gt;</w:t>
        <w:br/>
        <w:t>Іній. Ліс поставлено в закови,&lt;br /&gt;</w:t>
        <w:br/>
        <w:t>і зідхає сон гіркущий.&lt;br /&gt;</w:t>
        <w:br/>
        <w:t>Поворот світобудови в холод:&lt;br /&gt;</w:t>
        <w:br/>
        <w:t>мов на крузі з валунами&lt;br /&gt;</w:t>
        <w:br/>
        <w:t>обертає крилля млин довкола—&lt;br /&gt;</w:t>
        <w:br/>
        <w:t>подихи тяжкі приймати.&lt;br /&gt;</w:t>
        <w:br/>
        <w:t>З ними океан прозорі жорна&lt;br /&gt;</w:t>
        <w:br/>
        <w:t>подвигає: в сніг звернути.&lt;br /&gt;</w:t>
        <w:br/>
        <w:t>Яблуня життя, чи їм ворожа? —&lt;br /&gt;</w:t>
        <w:br/>
        <w:t>з льоду ланцюги на груди.&lt;br /&gt;</w:t>
        <w:br/>
        <w:t>Ніби в гріх завіяна, крізь попіл&lt;br /&gt;</w:t>
        <w:br/>
        <w:t>після бомб на храми міста:&lt;br /&gt;</w:t>
        <w:br/>
        <w:t>вся душа—гілками в жар! і сповна&lt;br /&gt;</w:t>
        <w:br/>
        <w:t>стерпіла, де звал димівся.&lt;br /&gt;</w:t>
        <w:br/>
        <w:t>Холод; віє чужина вселенська,&lt;br /&gt;</w:t>
        <w:br/>
        <w:t>як домашня: від крижини,&lt;br /&gt;</w:t>
        <w:br/>
        <w:t>звідки зелень сколота світнеться&lt;br /&gt;</w:t>
        <w:br/>
        <w:t>при воді в ряди найближчі.&lt;br /&gt;</w:t>
        <w:br/>
        <w:t>Схилені сніги зблідніли з тонів,&lt;br /&gt;</w:t>
        <w:br/>
        <w:t>мов рояльні рами мчавши.&lt;br /&gt;</w:t>
        <w:br/>
        <w:t>Дзвінний стогін спогадів натовпить&lt;br /&gt;</w:t>
        <w:br/>
        <w:t>надбережжя горя й чайки.&lt;br /&gt;</w:t>
        <w:br/>
        <w:t>II</w:t>
      </w:r>
    </w:p>
    <w:p>
      <w:r>
        <w:br/>
        <w:t>Стали в двір журби нечерешневий —&lt;br /&gt;</w:t>
        <w:br/>
        <w:t>гори, їх ворота сині.&lt;br /&gt;</w:t>
        <w:br/>
        <w:t>Чи завія—з розмиру, шаленців&lt;br /&gt;</w:t>
        <w:br/>
        <w:t>сивими цепами стіснить?</w:t>
      </w:r>
    </w:p>
    <w:p>
      <w:r>
        <w:br/>
        <w:t>Ми—гіллястий стан, і в болях листя&lt;br /&gt;</w:t>
        <w:br/>
        <w:t>пада через тіні стерплі.&lt;br /&gt;</w:t>
        <w:br/>
        <w:t>На динарій світла відкупися:&lt;br /&gt;</w:t>
        <w:br/>
        <w:t>в виправдання з боргу нетрів.&lt;br /&gt;</w:t>
        <w:br/>
        <w:t>Бідні думи;часто, ви дзеркальця&lt;br /&gt;</w:t>
        <w:br/>
        <w:t>навіть океани з вами:&lt;br /&gt;</w:t>
        <w:br/>
        <w:t>зглянути не встигли, як прослався&lt;br /&gt;</w:t>
        <w:br/>
        <w:t>напрям іспитів незнаних.&lt;br /&gt;</w:t>
        <w:br/>
        <w:t>І обернуто, мов шлях на вічність,&lt;br /&gt;</w:t>
        <w:br/>
        <w:t>верстовий, згубивши верби:&lt;br /&gt;</w:t>
        <w:br/>
        <w:t>берег! спіниться! і сніг не скінчить&lt;br /&gt;</w:t>
        <w:br/>
        <w:t>шепоту про сон посмертний.&lt;br /&gt;</w:t>
        <w:br/>
        <w:t>СНІЖНИЙ НЕБОЗВІД</w:t>
      </w:r>
    </w:p>
    <w:p>
      <w:r>
        <w:br/>
        <w:t>Брама моря замкнута з недолі;&lt;br /&gt;</w:t>
        <w:br/>
        <w:t>смерть ключі на дно поклала.&lt;br /&gt;</w:t>
        <w:br/>
        <w:t>Нам—чи хуртовина слід обновить&lt;br /&gt;</w:t>
        <w:br/>
        <w:t>з берега, плачем ласкава?&lt;br /&gt;</w:t>
        <w:br/>
        <w:t>Хуртовина мчить хустки на південь,&lt;br /&gt;</w:t>
        <w:br/>
        <w:t>часом вернеться, згубивши.&lt;br /&gt;</w:t>
        <w:br/>
        <w:t>Ми жили безумні: в смерть подібне&lt;br /&gt;</w:t>
        <w:br/>
        <w:t>дення— від лілей найближчих.</w:t>
      </w:r>
    </w:p>
    <w:p>
      <w:r>
        <w:br/>
        <w:t>Хуртовина люба! знак дарує —&lt;br /&gt;</w:t>
        <w:br/>
        <w:t>ввічі: всім забути болі.&lt;br /&gt;</w:t>
        <w:br/>
        <w:t>Чи відкриється, мов брама, вдруге&lt;br /&gt;</w:t>
        <w:br/>
        <w:t>книга місяців незлобних?&lt;br /&gt;</w:t>
        <w:br/>
        <w:t>Може в крузі сніговиця верне,&lt;br /&gt;</w:t>
        <w:br/>
        <w:t>вороживши часто в крузі.&lt;br /&gt;</w:t>
        <w:br/>
        <w:t>З трун—як тіні! чи страждання хресне&lt;br /&gt;</w:t>
        <w:br/>
        <w:t>вже під корогву заручить?&lt;br /&gt;</w:t>
        <w:br/>
        <w:t>Над глибінню, що в душі розкрита,&lt;br /&gt;</w:t>
        <w:br/>
        <w:t>жовтокрилий місяць плаче.&lt;br /&gt;</w:t>
        <w:br/>
        <w:t>Повні річища від сліз на плитах:&lt;br /&gt;</w:t>
        <w:br/>
        <w:t>вибиті з грози найтяжче.&lt;br /&gt;</w:t>
        <w:br/>
        <w:t>І промчиться просто! многість віща:&lt;br /&gt;</w:t>
        <w:br/>
        <w:t>мов саму зорю при небі&lt;br /&gt;</w:t>
        <w:br/>
        <w:t>ангели життя—на хліб розкришать,&lt;br /&gt;</w:t>
        <w:br/>
        <w:t>світлом сипати білезний.&lt;br /&gt;</w:t>
        <w:br/>
        <w:t>І завіса: неспинима многість,&lt;br /&gt;</w:t>
        <w:br/>
        <w:t>і прощальні смутки звідси.&lt;br /&gt;</w:t>
        <w:br/>
        <w:t>Мов тополі огняні, промовив&lt;br /&gt;</w:t>
        <w:br/>
        <w:t>тайно грім —тисячосвічник.&lt;br /&gt;</w:t>
        <w:br/>
        <w:t>Хоч печатка важча в смерті буде,&lt;br /&gt;</w:t>
        <w:br/>
        <w:t>ніж до дна промерзле море,—&lt;br /&gt;</w:t>
        <w:br/>
        <w:t>щезне! бо мечами світло судне&lt;br /&gt;</w:t>
        <w:br/>
        <w:t>йде від хрестика й поборе.&lt;br /&gt;</w:t>
        <w:br/>
        <w:t>1.1967&lt;br /&gt;</w:t>
        <w:br/>
        <w:t>СНІЖНИЙ ОКЕАН</w:t>
      </w:r>
    </w:p>
    <w:p>
      <w:r>
        <w:br/>
        <w:t>Збліднуло безум'я; звідки — бранця,&lt;br /&gt;</w:t>
        <w:br/>
        <w:t>в райдугу, в ясир медовий:&lt;br /&gt;</w:t>
        <w:br/>
        <w:t>погнано бичами чару! рвався&lt;br /&gt;</w:t>
        <w:br/>
        <w:t>серпик пломеня, де сходить.&lt;br /&gt;</w:t>
        <w:br/>
        <w:t>Давні ланцюги неси, бредучи,&lt;br /&gt;</w:t>
        <w:br/>
        <w:t>навіть смутками щасливий.&lt;br /&gt;</w:t>
        <w:br/>
        <w:t>Поки враз півні біди горючі&lt;br /&gt;</w:t>
        <w:br/>
        <w:t>серце збудять: над невільність.&lt;br /&gt;</w:t>
        <w:br/>
        <w:t>Вирвешся, в'язничний, крізь закляття;&lt;br /&gt;</w:t>
        <w:br/>
        <w:t>теплі пестощі в галузки...&lt;br /&gt;</w:t>
        <w:br/>
        <w:t>вирвешся! лілея з правди взята—&lt;br /&gt;</w:t>
        <w:br/>
        <w:t>від річок, для нерозлучних.&lt;br /&gt;</w:t>
        <w:br/>
        <w:t>Силою хреста з надзем'я тайни—&lt;br /&gt;</w:t>
        <w:br/>
        <w:t>взначена любов родині.&lt;br /&gt;</w:t>
        <w:br/>
        <w:t>Хто жемчуг, безумні, розметали&lt;br /&gt;</w:t>
        <w:br/>
        <w:t>в лісі, на тропі звіриній?&lt;br /&gt;</w:t>
        <w:br/>
        <w:t>Вирвешся з трояндних тюрем саду,&lt;br /&gt;</w:t>
        <w:br/>
        <w:t>де гріхи, як ділять серце,&lt;br /&gt;</w:t>
        <w:br/>
        <w:t>на човні спокус тендітно крадуть—&lt;br /&gt;</w:t>
        <w:br/>
        <w:t>зір: в кохання заозерне.&lt;br /&gt;</w:t>
        <w:br/>
        <w:t>Викричано горе з тьми грудної,&lt;br /&gt;</w:t>
        <w:br/>
        <w:t>мов смичками в білу безліч.&lt;br /&gt;</w:t>
        <w:br/>
        <w:t>І обкине океан з прибоїв—&lt;br /&gt;</w:t>
        <w:br/>
        <w:t>місяць: як надгробний глечик.&lt;br /&gt;</w:t>
        <w:br/>
        <w:t>З ночі вибитися до майдану,&lt;br /&gt;</w:t>
        <w:br/>
        <w:t>голосного в дзвін церковний,&lt;br /&gt;</w:t>
        <w:br/>
        <w:t>воплем кличучи:—я з болю стану&lt;br /&gt;</w:t>
        <w:br/>
        <w:t>тут, на лобне місце, в кроткість.&lt;br /&gt;</w:t>
        <w:br/>
        <w:t>Поклонися на чотири хмари,&lt;br /&gt;</w:t>
        <w:br/>
        <w:t>де з ключами світоч ходить:&lt;br /&gt;</w:t>
        <w:br/>
        <w:t>— винен я на скін! дверми забрати&lt;br /&gt;</w:t>
        <w:br/>
        <w:t>в ніч снігів, чолом холодний...&lt;br /&gt;</w:t>
        <w:br/>
        <w:t>Винний—цепу! і безмірно дужче,&lt;br /&gt;</w:t>
        <w:br/>
        <w:t>бо забув первітку з ниви,—&lt;br /&gt;</w:t>
        <w:br/>
        <w:t>буде небо зорями падуче&lt;br /&gt;</w:t>
        <w:br/>
        <w:t>знов ридати: цепу винний.&lt;br /&gt;</w:t>
        <w:br/>
        <w:t>Поблукав на красні роздоріжжя—&lt;br /&gt;</w:t>
        <w:br/>
        <w:t>птах, збіднівши, браний смертю.&lt;br /&gt;</w:t>
        <w:br/>
        <w:t>А крізь січень істина наріжна&lt;br /&gt;</w:t>
        <w:br/>
        <w:t>мріла! з кривди вікна скреснуть.&lt;br /&gt;</w:t>
        <w:br/>
        <w:t>Завірюха жарова під реви&lt;br /&gt;</w:t>
        <w:br/>
        <w:t>місяць обкидала й душу...&lt;br /&gt;</w:t>
        <w:br/>
        <w:t>де й дракон крижинно очі древні&lt;br /&gt;</w:t>
        <w:br/>
        <w:t>взеленяв крізь тьму гудучу.&lt;br /&gt;</w:t>
        <w:br/>
        <w:t>Що розметано руками лиха—&lt;br /&gt;</w:t>
        <w:br/>
        <w:t>полум'я з коронок маку:&lt;br /&gt;</w:t>
        <w:br/>
        <w:t>бо війна! розлучниця велика,&lt;br /&gt;</w:t>
        <w:br/>
        <w:t>сім'ї рвала й наостанку.&lt;br /&gt;</w:t>
        <w:br/>
        <w:t>Та, палюча пір'ям, через тучі,&lt;br /&gt;</w:t>
        <w:br/>
        <w:t>мівши, розвела з прибою —&lt;br /&gt;</w:t>
        <w:br/>
        <w:t>наші зорі, в пітьмі, неминучі,&lt;br /&gt;</w:t>
        <w:br/>
        <w:t>скорбно над руїнку вбогу.</w:t>
      </w:r>
    </w:p>
    <w:p>
      <w:r>
        <w:br/>
        <w:t>Невстежимі прірви, зборні смерчів&lt;br /&gt;</w:t>
        <w:br/>
        <w:t>погасили з моря вістку.&lt;br /&gt;</w:t>
        <w:br/>
        <w:t>А навій множини—сіті мерзлі! —&lt;br /&gt;</w:t>
        <w:br/>
        <w:t>душу понесли присліплу.&lt;br /&gt;</w:t>
        <w:br/>
        <w:t>І терпівши в квітковій спокусі,&lt;br /&gt;</w:t>
        <w:br/>
        <w:t>бранець радісний — до горя:&lt;br /&gt;</w:t>
        <w:br/>
        <w:t>заблудився, кров'ю з волі скутий;&lt;br /&gt;</w:t>
        <w:br/>
        <w:t>кайдани снігів морозять.&lt;br /&gt;</w:t>
        <w:br/>
        <w:t>А близькі сузір'я склали ґрати,&lt;br /&gt;</w:t>
        <w:br/>
        <w:t>в'язнячи в полон пташиний.&lt;br /&gt;</w:t>
        <w:br/>
        <w:t>Хто, жалівши, мов на ватрі тративсь—&lt;br /&gt;</w:t>
        <w:br/>
        <w:t>до шляхів, крізь дим: жалівши.&lt;br /&gt;</w:t>
        <w:br/>
        <w:t>І забувся, навмання бредучи,&lt;br /&gt;</w:t>
        <w:br/>
        <w:t>мов недумна тінь берізки,&lt;br /&gt;</w:t>
        <w:br/>
        <w:t>кручі десь: від моря синню дужчі,&lt;br /&gt;</w:t>
        <w:br/>
        <w:t>криги в небо розгорілись.&lt;br /&gt;</w:t>
        <w:br/>
        <w:t>І одна гроза і друга! вдрузки&lt;br /&gt;</w:t>
        <w:br/>
        <w:t>розточили, вбрану з райдуг,&lt;br /&gt;</w:t>
        <w:br/>
        <w:t>радість привиду в гіркому крузі,&lt;br /&gt;</w:t>
        <w:br/>
        <w:t>з тьми росинок незриданну.&lt;br /&gt;</w:t>
        <w:br/>
        <w:t>Холод! хуртовинний дим річками&lt;br /&gt;</w:t>
        <w:br/>
        <w:t>строгі гори перестрінув.&lt;br /&gt;</w:t>
        <w:br/>
        <w:t>Нам — якби хоч кладки дочекатись:&lt;br /&gt;</w:t>
        <w:br/>
        <w:t>мир над океанську кригу.&lt;br /&gt;</w:t>
        <w:br/>
        <w:t>Нам: висока віхола від ночі&lt;br /&gt;</w:t>
        <w:br/>
        <w:t>яблуневий плач обсипле;&lt;br /&gt;</w:t>
        <w:br/>
        <w:t>і всміхнеться в серце! не наврочить,&lt;br /&gt;</w:t>
        <w:br/>
        <w:t>білячи гілля безлисте.&lt;br /&gt;</w:t>
        <w:br/>
        <w:t>Біля вікон пронесе надію&lt;br /&gt;</w:t>
        <w:br/>
        <w:t>від зірчин вітрилля ткане;&lt;br /&gt;</w:t>
        <w:br/>
        <w:t>рідність над часовнею єдину&lt;br /&gt;</w:t>
        <w:br/>
        <w:t>вимовляти з неба стане.&lt;br /&gt;</w:t>
        <w:br/>
        <w:t>1.1967&lt;br /&gt;</w:t>
        <w:br/>
        <w:t>ПРИЙДЕШНЯ ЗГОДА</w:t>
      </w:r>
    </w:p>
    <w:p>
      <w:r>
        <w:br/>
        <w:t>Ми могли прощати зло навіки,&lt;br /&gt;</w:t>
        <w:br/>
        <w:t>рідні—як ніхто собі.&lt;br /&gt;</w:t>
        <w:br/>
        <w:t>Всюди весен білі сльози з гілки—&lt;br /&gt;</w:t>
        <w:br/>
        <w:t>збігли по шибках дрібні.&lt;br /&gt;</w:t>
        <w:br/>
        <w:t>Засвітити з іспитів пекельних&lt;br /&gt;</w:t>
        <w:br/>
        <w:t>вряд лампади двох сердець:&lt;br /&gt;</w:t>
        <w:br/>
        <w:t>при іконі неба! скрізь над скелі,&lt;br /&gt;</w:t>
        <w:br/>
        <w:t>над огненні—вічно вдень.&lt;br /&gt;</w:t>
        <w:br/>
        <w:t>Люблячи ми сповірялись тихі&lt;br /&gt;</w:t>
        <w:br/>
        <w:t>в світлу ніжність, над валами.&lt;br /&gt;</w:t>
        <w:br/>
        <w:t>З моря місяць до криниць прихилить&lt;br /&gt;</w:t>
        <w:br/>
        <w:t>вії, де листки спалали.&lt;br /&gt;</w:t>
        <w:br/>
        <w:t>Не прошепче хуртовина в груди,&lt;br /&gt;</w:t>
        <w:br/>
        <w:t>втіхами забувшись блідна.&lt;br /&gt;</w:t>
        <w:br/>
        <w:t>Там—зоря жива з зорею дружить,&lt;br /&gt;</w:t>
        <w:br/>
        <w:t>бравши від святого хліба.&lt;br /&gt;</w:t>
        <w:br/>
        <w:t>А при морі сварок навіжених —&lt;br /&gt;</w:t>
        <w:br/>
        <w:t>заметіль:сама власкавить.&lt;br /&gt;</w:t>
        <w:br/>
        <w:t>Всі серця зустрінуться з пожежі,&lt;br /&gt;</w:t>
        <w:br/>
        <w:t>всі! для сонця пелюстками.&lt;br /&gt;</w:t>
        <w:br/>
        <w:t>29.1; 4.II.67&lt;br /&gt;</w:t>
        <w:br/>
        <w:t>ХУРТОВИННИЙ СВІТ</w:t>
      </w:r>
    </w:p>
    <w:p>
      <w:r>
        <w:br/>
        <w:t>Всім заносить, найніміша в горі,&lt;br /&gt;</w:t>
        <w:br/>
        <w:t>заметіль—як гробик: юність.&lt;br /&gt;</w:t>
        <w:br/>
        <w:t>Там замучено відради скромні,&lt;br /&gt;</w:t>
        <w:br/>
        <w:t>і веселки їх заснули.&lt;br /&gt;</w:t>
        <w:br/>
        <w:t>Бо, найпребезумніші з юдолі—&lt;br /&gt;</w:t>
        <w:br/>
        <w:t>розточили вік на знади.&lt;br /&gt;</w:t>
        <w:br/>
        <w:t>В жовтім городі пожежа дробить&lt;br /&gt;</w:t>
        <w:br/>
        <w:t>всім—палац пустот свічадних.&lt;br /&gt;</w:t>
        <w:br/>
        <w:t>Я в деревах нетрів лісостану,&lt;br /&gt;</w:t>
        <w:br/>
        <w:t>знаю — вдача найкривіша.&lt;br /&gt;</w:t>
        <w:br/>
        <w:t>Сам руїну серця нескричанну&lt;br /&gt;</w:t>
        <w:br/>
        <w:t>в груди склав для пожарища:&lt;br /&gt;</w:t>
        <w:br/>
        <w:t>аж на дні життя, в душі досмертні&lt;br /&gt;</w:t>
        <w:br/>
        <w:t>з каяття вериги вбравши.&lt;br /&gt;</w:t>
        <w:br/>
        <w:t>І врізняє доля крик окремий—&lt;br /&gt;</w:t>
        <w:br/>
        <w:t>свідок від лампад пропащих...&lt;br /&gt;</w:t>
        <w:br/>
        <w:t>крик! від комина з війни гіркіший&lt;br /&gt;</w:t>
        <w:br/>
        <w:t>і завій з мостів огненних:&lt;br /&gt;</w:t>
        <w:br/>
        <w:t>де не вернеться, в дощі журившись,&lt;br /&gt;</w:t>
        <w:br/>
        <w:t>журавлиний ключ при небі.&lt;br /&gt;</w:t>
        <w:br/>
        <w:t>Все над хуртавину голос тужить;&lt;br /&gt;</w:t>
        <w:br/>
        <w:t>там і твій рукав з пригір'я...&lt;br /&gt;</w:t>
        <w:br/>
        <w:t>там — від згадки, невислівно дружній!&lt;br /&gt;</w:t>
        <w:br/>
        <w:t>голуб коло шибки грівся,&lt;br /&gt;</w:t>
        <w:br/>
        <w:t>Ми жили в руїні! де й часовня—&lt;br /&gt;</w:t>
        <w:br/>
        <w:t>при зубах війни димучих.&lt;br /&gt;</w:t>
        <w:br/>
        <w:t>Із райдерева сорочку сточать&lt;br /&gt;</w:t>
        <w:br/>
        <w:t>ворони,напасть ведучи.&lt;br /&gt;</w:t>
        <w:br/>
        <w:t>Дим відчаю в стінах обгорілих&lt;br /&gt;</w:t>
        <w:br/>
        <w:t>сходить хмарою терпкою.&lt;br /&gt;</w:t>
        <w:br/>
        <w:t>І збіліють камені: в двокриллі&lt;br /&gt;</w:t>
        <w:br/>
        <w:t>сніжних вихорів з грозою.&lt;br /&gt;</w:t>
        <w:br/>
        <w:t>Двом серцям при надпланетній тайні&lt;br /&gt;</w:t>
        <w:br/>
        <w:t>від живих джерел небесних—&lt;br /&gt;</w:t>
        <w:br/>
        <w:t>радостей добризнуто! їх святить&lt;br /&gt;</w:t>
        <w:br/>
        <w:t>крильми пламенний лебедник.&lt;br /&gt;</w:t>
        <w:br/>
        <w:t>Чути з яблунь, як блаженний відклик!&lt;br /&gt;</w:t>
        <w:br/>
        <w:t>крізь гілки, медвисті кросна:&lt;br /&gt;</w:t>
        <w:br/>
        <w:t>білотонну безліч лірок рідних&lt;br /&gt;</w:t>
        <w:br/>
        <w:t>при блакитті бджоли вносять.</w:t>
      </w:r>
    </w:p>
    <w:p>
      <w:r>
        <w:br/>
        <w:t>Все розгублено в безхресний грудень&lt;br /&gt;</w:t>
        <w:br/>
        <w:t>вовчого, мов ніч блукання—&lt;br /&gt;</w:t>
        <w:br/>
        <w:t>все тепло! не прихлюпнеться вдруге&lt;br /&gt;</w:t>
        <w:br/>
        <w:t>вдень крізь хвилю з океання.&lt;br /&gt;</w:t>
        <w:br/>
        <w:t>Босий, голову спиливши в попіл,&lt;br /&gt;</w:t>
        <w:br/>
        <w:t>голосна петля на шиї:&lt;br /&gt;</w:t>
        <w:br/>
        <w:t>бийсь під мурами святині! кропить&lt;br /&gt;</w:t>
        <w:br/>
        <w:t>із повік полин, скипівши.&lt;br /&gt;</w:t>
        <w:br/>
        <w:t>Руку підведи жалі звернути —&lt;br /&gt;</w:t>
        <w:br/>
        <w:t>в космос на чотири ґанки:&lt;br /&gt;</w:t>
        <w:br/>
        <w:t>— ось! огонь забрав стежки минучі&lt;br /&gt;</w:t>
        <w:br/>
        <w:t>з наших розмінів доганних.</w:t>
      </w:r>
    </w:p>
    <w:p>
      <w:r>
        <w:br/>
        <w:t>Нам ні океан гречок празничних&lt;br /&gt;</w:t>
        <w:br/>
        <w:t>виправдання не приносить —&lt;br /&gt;</w:t>
        <w:br/>
        <w:t>ні, при бджілках, пахощі в храмниці:&lt;br /&gt;</w:t>
        <w:br/>
        <w:t>красне чудо на бездомність.&lt;br /&gt;</w:t>
        <w:br/>
        <w:t>Покарайте судного не скелі:&lt;br /&gt;</w:t>
        <w:br/>
        <w:t>гіркістю могил морозні,&lt;br /&gt;</w:t>
        <w:br/>
        <w:t>бурі з льодовців! як стовб зелений—&lt;br /&gt;</w:t>
        <w:br/>
        <w:t>скрижаніти в мертвій зморі...&lt;br /&gt;</w:t>
        <w:br/>
        <w:t>Щоб з повік прозорих і слоїстих,&lt;br /&gt;</w:t>
        <w:br/>
        <w:t>від докору сонця зразу,&lt;br /&gt;</w:t>
        <w:br/>
        <w:t>в райдужки—іскристі сльози склились,&lt;br /&gt;</w:t>
        <w:br/>
        <w:t>бігши в глибину безрадну.&lt;br /&gt;</w:t>
        <w:br/>
        <w:t>Тільки й сліду: німо попереджу,&lt;br /&gt;</w:t>
        <w:br/>
        <w:t>в зміїв шлях підвівши напис:&lt;br /&gt;</w:t>
        <w:br/>
        <w:t>— ви троянду збережіть сердечну! —&lt;br /&gt;</w:t>
        <w:br/>
        <w:t>тут з обриву в цвіті впасти.&lt;br /&gt;</w:t>
        <w:br/>
        <w:t>Хай спасуться, бачачи терзання—&lt;br /&gt;</w:t>
        <w:br/>
        <w:t>в сітях райдуг невеселих.&lt;br /&gt;</w:t>
        <w:br/>
        <w:t>Душі юні: дома в дверях— ждана&lt;br /&gt;</w:t>
        <w:br/>
        <w:t>сила неба повнить келех.&lt;br /&gt;</w:t>
        <w:br/>
        <w:t>З нього крапля, в сферах безконечна,&lt;br /&gt;</w:t>
        <w:br/>
        <w:t>втрату днів земних замінить.&lt;br /&gt;</w:t>
        <w:br/>
        <w:t>Згублена любов, з весни вінеччя;&lt;br /&gt;</w:t>
        <w:br/>
        <w:t>знак вікна при вічній схимі.&lt;br /&gt;</w:t>
        <w:br/>
        <w:t>7-10.II.67&lt;br /&gt;</w:t>
        <w:br/>
        <w:t>ВІКНО СНІЖИН</w:t>
      </w:r>
    </w:p>
    <w:p>
      <w:r>
        <w:br/>
        <w:t>Всі великі, всі німі, без скарги,&lt;br /&gt;</w:t>
        <w:br/>
        <w:t>чистий світ собою рушать:&lt;br /&gt;</w:t>
        <w:br/>
        <w:t>полетіли всі! ясминки гарні—&lt;br /&gt;</w:t>
        <w:br/>
        <w:t>як прощення в наших душах.&lt;br /&gt;</w:t>
        <w:br/>
        <w:t>З ними вийти в безгомінну вічність,&lt;br /&gt;</w:t>
        <w:br/>
        <w:t>повівами чутну: в скроні.&lt;br /&gt;</w:t>
        <w:br/>
        <w:t>Світлі! свіжі, доторками звичні,&lt;br /&gt;</w:t>
        <w:br/>
        <w:t>вихор горя їх прискорить.&lt;br /&gt;</w:t>
        <w:br/>
        <w:t>їх помчав кругами, проминучі,&lt;br /&gt;</w:t>
        <w:br/>
        <w:t>їх поніс: ялинам димність.&lt;br /&gt;</w:t>
        <w:br/>
        <w:t>Книга каяття в вікні ростучи,&lt;br /&gt;</w:t>
        <w:br/>
        <w:t>тихо сіру скорб відмінить.&lt;br /&gt;</w:t>
        <w:br/>
        <w:t>Білотою мов живі, без крику,&lt;br /&gt;</w:t>
        <w:br/>
        <w:t>біжучи в скляні сторінки—&lt;br /&gt;</w:t>
        <w:br/>
        <w:t>літери сніжин до серця вкинуть&lt;br /&gt;</w:t>
        <w:br/>
        <w:t>просьбу! з моря непрогірклі.&lt;br /&gt;</w:t>
        <w:br/>
        <w:t>Раптом—так брусниць медвиста повідь&lt;br /&gt;</w:t>
        <w:br/>
        <w:t>втішеннями переллє:&lt;br /&gt;</w:t>
        <w:br/>
        <w:t>навскіс, над лісами! сонце входить—&lt;br /&gt;</w:t>
        <w:br/>
        <w:t>з крилами шістьма, як лев...&lt;br /&gt;</w:t>
        <w:br/>
        <w:t>Сніжні літери мина: останні,&lt;br /&gt;</w:t>
        <w:br/>
        <w:t>гори одяга в огонь.&lt;br /&gt;</w:t>
        <w:br/>
        <w:t>А лазурні звіщення настали,&lt;br /&gt;</w:t>
        <w:br/>
        <w:t>звідки? з віхолами знов.</w:t>
      </w:r>
    </w:p>
    <w:p>
      <w:r>
        <w:br/>
        <w:t>Набіжать! віконна книга повна,&lt;br /&gt;</w:t>
        <w:br/>
        <w:t>хресна книга від ясминів.&lt;br /&gt;</w:t>
        <w:br/>
        <w:t>А згадаємо, як знов приносять&lt;br /&gt;</w:t>
        <w:br/>
        <w:t>радість наші ниви милі.&lt;br /&gt;</w:t>
        <w:br/>
        <w:t>7.III.67&lt;br /&gt;</w:t>
        <w:br/>
        <w:t>І</w:t>
      </w:r>
    </w:p>
    <w:p>
      <w:r>
        <w:br/>
        <w:t>Враз веселка з усміхів бровою&lt;br /&gt;</w:t>
        <w:br/>
        <w:t>склала в тучі семицвітник...&lt;br /&gt;</w:t>
        <w:br/>
        <w:t>Так: само кохання молодою&lt;br /&gt;</w:t>
        <w:br/>
        <w:t>вірністю з недолі втішить.&lt;br /&gt;</w:t>
        <w:br/>
        <w:t>В серці гроз—веселка погасала,&lt;br /&gt;</w:t>
        <w:br/>
        <w:t>як з вікна вино розлите.&lt;br /&gt;</w:t>
        <w:br/>
        <w:t>В серці: осінь згадка! хоч і красна,&lt;br /&gt;</w:t>
        <w:br/>
        <w:t>а безсмертником не сквітне.&lt;br /&gt;</w:t>
        <w:br/>
        <w:t>Вслід само кохання відголосить&lt;br /&gt;</w:t>
        <w:br/>
        <w:t>все крилатістю з безумства.&lt;br /&gt;</w:t>
        <w:br/>
        <w:t>І довіку звіть, як свідків—сосни,&lt;br /&gt;</w:t>
        <w:br/>
        <w:t>де труна його замкнулась.&lt;br /&gt;</w:t>
        <w:br/>
        <w:t>А любов родинна, літній медвик,&lt;br /&gt;</w:t>
        <w:br/>
        <w:t>званий з ниви, ждати буде.&lt;br /&gt;</w:t>
        <w:br/>
        <w:t>В шлюбі—криник між дими щоденні&lt;br /&gt;</w:t>
        <w:br/>
        <w:t>сходить: на життя подружнє.&lt;br /&gt;</w:t>
        <w:br/>
        <w:t>Чара! нам одна дочасна, чиста,&lt;br /&gt;</w:t>
        <w:br/>
        <w:t>суджена при брамі в юність...&lt;br /&gt;</w:t>
        <w:br/>
        <w:t>І до неї на незнаних стрічах—&lt;br /&gt;</w:t>
        <w:br/>
        <w:t>в схід живих очей звернутись.&lt;br /&gt;</w:t>
        <w:br/>
        <w:t>10.III.67&lt;br /&gt;</w:t>
        <w:br/>
        <w:t>II</w:t>
      </w:r>
    </w:p>
    <w:p>
      <w:r>
        <w:br/>
        <w:t>З висоти даровано в прощення—&lt;br /&gt;</w:t>
        <w:br/>
        <w:t>хліб, нескришений з громами.&lt;br /&gt;</w:t>
        <w:br/>
        <w:t>Жінчина душа, з довір'я щедра,&lt;br /&gt;</w:t>
        <w:br/>
        <w:t>вернеться: все примиряти.&lt;br /&gt;</w:t>
        <w:br/>
        <w:t>Примиряти в доброту бджолину;&lt;br /&gt;</w:t>
        <w:br/>
        <w:t>яблуневі дні для неї...&lt;br /&gt;</w:t>
        <w:br/>
        <w:t>в згоді—в білій радості, сніжіють&lt;br /&gt;</w:t>
        <w:br/>
        <w:t>з медом чистоти своєї.&lt;br /&gt;</w:t>
        <w:br/>
        <w:t>Виднота олтарна в лілій стала,&lt;br /&gt;</w:t>
        <w:br/>
        <w:t>від грудей розп'яття лившись:&lt;br /&gt;</w:t>
        <w:br/>
        <w:t>приріднити кров'ю! враз—до щастя&lt;br /&gt;</w:t>
        <w:br/>
        <w:t>в зірку викупля незлісних.&lt;br /&gt;</w:t>
        <w:br/>
        <w:t>Люди, братні, нам обмиє очі&lt;br /&gt;</w:t>
        <w:br/>
        <w:t>при дорозі сніжна хустка—&lt;br /&gt;</w:t>
        <w:br/>
        <w:t>бачити! крізь смерть: світила Отчі,&lt;br /&gt;</w:t>
        <w:br/>
        <w:t>в церкві небесами звуться.&lt;br /&gt;</w:t>
        <w:br/>
        <w:t>16.III.67&lt;br /&gt;</w:t>
        <w:br/>
        <w:t>СМУТНА ЗИМА</w:t>
      </w:r>
    </w:p>
    <w:p>
      <w:r>
        <w:br/>
        <w:t>Прокричить розбитий дзвін, зірвавшись,&lt;br /&gt;</w:t>
        <w:br/>
        <w:t>так мій жаль! думки стомив.&lt;br /&gt;</w:t>
        <w:br/>
        <w:t>А завіса з моря: сніг найстарший&lt;br /&gt;</w:t>
        <w:br/>
        <w:t>станув пилом мостовим.&lt;br /&gt;</w:t>
        <w:br/>
        <w:t>Скоро, зірковистим димом сива,&lt;br /&gt;</w:t>
        <w:br/>
        <w:t>кинеться завія з кручі.&lt;br /&gt;</w:t>
        <w:br/>
        <w:t>Над тропу вінечністю сповився&lt;br /&gt;</w:t>
        <w:br/>
        <w:t>розсвіт, від скорботи дужчий.</w:t>
      </w:r>
    </w:p>
    <w:p>
      <w:r>
        <w:br/>
        <w:t>Вийдем, ланцюги біди забувши&lt;br /&gt;</w:t>
        <w:br/>
        <w:t>і гілки образи чорні—&lt;br /&gt;</w:t>
        <w:br/>
        <w:t>все, що під обвали гір майбутні&lt;br /&gt;</w:t>
        <w:br/>
        <w:t>в попіл сполох похоронить.&lt;br /&gt;</w:t>
        <w:br/>
        <w:t>Вийдем: від бурунности в пориві&lt;br /&gt;</w:t>
        <w:br/>
        <w:t>безлічі снігів голосять.&lt;br /&gt;</w:t>
        <w:br/>
        <w:t>На дорозі, через міст, примирні,&lt;br /&gt;</w:t>
        <w:br/>
        <w:t>ми для моря—чайки в гостях.&lt;br /&gt;</w:t>
        <w:br/>
        <w:t>17.III.67&lt;br /&gt;</w:t>
        <w:br/>
        <w:t>ПЕРЕДВЕСІННІЙ ДОСВІТ</w:t>
      </w:r>
    </w:p>
    <w:p>
      <w:r>
        <w:br/>
        <w:t>Острів обізвався, в мові дзвонів—&lt;br /&gt;</w:t>
        <w:br/>
        <w:t>строгих, мов на сповідь схимні.&lt;br /&gt;</w:t>
        <w:br/>
        <w:t>Наші болі: легіт їм дозволить&lt;br /&gt;</w:t>
        <w:br/>
        <w:t>відійти в моря незримі.&lt;br /&gt;</w:t>
        <w:br/>
        <w:t>Сніг покірний, сніг—терпіння вбогі,&lt;br /&gt;</w:t>
        <w:br/>
        <w:t>найбагатші, лан залічать.&lt;br /&gt;</w:t>
        <w:br/>
        <w:t>Втіха ластівок! як сонце з гробу&lt;br /&gt;</w:t>
        <w:br/>
        <w:t>воскресає в небо вічних.&lt;br /&gt;</w:t>
        <w:br/>
        <w:t>Княжий кущик сходи сторожує:&lt;br /&gt;</w:t>
        <w:br/>
        <w:t>пурпуром навкруг без ліку&lt;br /&gt;</w:t>
        <w:br/>
        <w:t>всіявши листків шиття безжурне,&lt;br /&gt;</w:t>
        <w:br/>
        <w:t>де тумани в смутки кличуть.&lt;br /&gt;</w:t>
        <w:br/>
        <w:t>Каганці зелені в рівний пломінь —&lt;br /&gt;</w:t>
        <w:br/>
        <w:t>від берізок між висоти.&lt;br /&gt;</w:t>
        <w:br/>
        <w:t>Серце: серед сивих снів паломник,&lt;br /&gt;</w:t>
        <w:br/>
        <w:t>чи вітчизна птиць—пригостить?&lt;br /&gt;</w:t>
        <w:br/>
        <w:t>22, 28.III.67&lt;br /&gt;</w:t>
        <w:br/>
        <w:t>Ясна яблуня: в нескорбну добрість,&lt;br /&gt;</w:t>
        <w:br/>
        <w:t>білу! галузки вгорнулись.&lt;br /&gt;</w:t>
        <w:br/>
        <w:t>Великодня: подих нам відродить&lt;br /&gt;</w:t>
        <w:br/>
        <w:t>проти трути тлінів трунних.&lt;br /&gt;</w:t>
        <w:br/>
        <w:t>Глянемо, від розпачу, до неї—&lt;br /&gt;</w:t>
        <w:br/>
        <w:t>висвітлиться нев'ядима.&lt;br /&gt;</w:t>
        <w:br/>
        <w:t>Бідні бранці, горя полонені,&lt;br /&gt;</w:t>
        <w:br/>
        <w:t>скривлені його дверима!&lt;br /&gt;</w:t>
        <w:br/>
        <w:t>Дружня яблуня: простерла руки;&lt;br /&gt;</w:t>
        <w:br/>
        <w:t>з віями рожево зводить—&lt;br /&gt;</w:t>
        <w:br/>
        <w:t>зори в димності, де мов обкружний&lt;br /&gt;</w:t>
        <w:br/>
        <w:t>розсип зірковини в згоді.&lt;br /&gt;</w:t>
        <w:br/>
        <w:t>Чиста яблуня, рідня небесна! —&lt;br /&gt;</w:t>
        <w:br/>
        <w:t>для знамення збудить очі,&lt;br /&gt;</w:t>
        <w:br/>
        <w:t>аж над смертю кличучи до себе,&lt;br /&gt;</w:t>
        <w:br/>
        <w:t>в двір—надії найдорожчі.&lt;br /&gt;</w:t>
        <w:br/>
        <w:t>26.III.67&lt;br /&gt;</w:t>
        <w:br/>
        <w:t>II</w:t>
      </w:r>
    </w:p>
    <w:p>
      <w:r>
        <w:br/>
        <w:t>Вишня: краплі з пальців ніжнокорих&lt;br /&gt;</w:t>
        <w:br/>
        <w:t>дзвінковою міддю в чергах...&lt;br /&gt;</w:t>
        <w:br/>
        <w:t>Серед кликаности, що ворожить—&lt;br /&gt;</w:t>
        <w:br/>
        <w:t>птича! сонцеві дочерня.&lt;br /&gt;</w:t>
        <w:br/>
        <w:t>І вродила вишня дар присвятний:&lt;br /&gt;</w:t>
        <w:br/>
        <w:t>дар з огненністю рятунків,&lt;br /&gt;</w:t>
        <w:br/>
        <w:t>беручи снагу надсвіття в празник—&lt;br /&gt;</w:t>
        <w:br/>
        <w:t>всіх до літа привернути.&lt;br /&gt;</w:t>
        <w:br/>
        <w:t>Внала смерть на звіровитих вістрях&lt;br /&gt;</w:t>
        <w:br/>
        <w:t>лютої зими з безодні.&lt;br /&gt;</w:t>
        <w:br/>
        <w:t>Жертва: кров'ю квітня розгориться,&lt;br /&gt;</w:t>
        <w:br/>
        <w:t>блиск долонь з могили зводить.</w:t>
      </w:r>
    </w:p>
    <w:p>
      <w:r>
        <w:br/>
        <w:t>Вірна пам'ять білоцвіття стала&lt;br /&gt;</w:t>
        <w:br/>
        <w:t>дніти коло стріхи неба.&lt;br /&gt;</w:t>
        <w:br/>
        <w:t>Вість весіння, з ластівок прослав'я,&lt;br /&gt;</w:t>
        <w:br/>
        <w:t>від світил огнем надхненна.&lt;br /&gt;</w:t>
        <w:br/>
        <w:t>З них найвищу храмину призначить,&lt;br /&gt;</w:t>
        <w:br/>
        <w:t>відімкнувши: хресний ключ;&lt;br /&gt;</w:t>
        <w:br/>
        <w:t>де в сузір'ях добрости незнаних&lt;br /&gt;</w:t>
        <w:br/>
        <w:t>незгасимі дні течуть.&lt;br /&gt;</w:t>
        <w:br/>
        <w:t>29, 31.Ш.67&lt;br /&gt;</w:t>
        <w:br/>
        <w:t>ПОВОРОТНИЙ ЧАС</w:t>
      </w:r>
    </w:p>
    <w:p>
      <w:r>
        <w:br/>
        <w:t>Молиться при всесвіті-іконі&lt;br /&gt;</w:t>
        <w:br/>
        <w:t>білотисячник: свічіє.&lt;br /&gt;</w:t>
        <w:br/>
        <w:t>Вдруге не дарується ніколи&lt;br /&gt;</w:t>
        <w:br/>
        <w:t>в груди прожиття довічне.&lt;br /&gt;</w:t>
        <w:br/>
        <w:t>Ми вчаровані—як бранці, взяті&lt;br /&gt;</w:t>
        <w:br/>
        <w:t>речовизною кружкою:&lt;br /&gt;</w:t>
        <w:br/>
        <w:t>до пожежі в смертному безсвятті,—&lt;br /&gt;</w:t>
        <w:br/>
        <w:t>від конвалії з рікою.&lt;br /&gt;</w:t>
        <w:br/>
        <w:t>І стерзається в гірку тортуру,&lt;br /&gt;</w:t>
        <w:br/>
        <w:t>гублячи душа оману...&lt;br /&gt;</w:t>
        <w:br/>
        <w:t>краще в плоті подолати, трупну" —&lt;br /&gt;</w:t>
        <w:br/>
        <w:t>поки всі суди споглянуть.&lt;br /&gt;</w:t>
        <w:br/>
        <w:t>Бо взірець прозріння дозорівся&lt;br /&gt;</w:t>
        <w:br/>
        <w:t>скрізь навколішках сліпому:&lt;br /&gt;</w:t>
        <w:br/>
        <w:t>від розп'яття неба брала віра,&lt;br /&gt;</w:t>
        <w:br/>
        <w:t>від ребра,— крізь грім і потьму.&lt;br /&gt;</w:t>
        <w:br/>
        <w:t>Станемо при всевсіті призорні—&lt;br /&gt;</w:t>
        <w:br/>
        <w:t>при іконі: чисті очі.&lt;br /&gt;</w:t>
        <w:br/>
        <w:t>Бо в недолі й гробовій тривозі&lt;br /&gt;</w:t>
        <w:br/>
        <w:t>божевільна прірва сточить.&lt;br /&gt;</w:t>
        <w:br/>
        <w:t>23.VIII.67&lt;br /&gt;</w:t>
        <w:br/>
        <w:t>ДУШЕВНА НЕВОЛЯ</w:t>
      </w:r>
    </w:p>
    <w:p>
      <w:r>
        <w:br/>
        <w:t>Скрізь ліхтарня правди в небосхилі&lt;br /&gt;</w:t>
        <w:br/>
        <w:t>дикі бджоли познаходить.&lt;br /&gt;</w:t>
        <w:br/>
        <w:t>Ми —до струпности ми побліднились,&lt;br /&gt;</w:t>
        <w:br/>
        <w:t>ми—з проказами в злидоті.&lt;br /&gt;</w:t>
        <w:br/>
        <w:t>Як повідчиняються вікнини:&lt;br /&gt;</w:t>
        <w:br/>
        <w:t>глянути крізь груди наші...&lt;br /&gt;</w:t>
        <w:br/>
        <w:t>Озеро! зірок огні калинні&lt;br /&gt;</w:t>
        <w:br/>
        <w:t>змовкли, в соромі прив'явши.&lt;br /&gt;</w:t>
        <w:br/>
        <w:t>Бо пораза, з пекла вріст ядучий,&lt;br /&gt;</w:t>
        <w:br/>
        <w:t>валунці сердець аж корчить.&lt;br /&gt;</w:t>
        <w:br/>
        <w:t>І згноїлися думки, бредучи&lt;br /&gt;</w:t>
        <w:br/>
        <w:t>в зло! двозуб'я підворотні.&lt;br /&gt;</w:t>
        <w:br/>
        <w:t>Всі ми вихідці від нетрів кривди;&lt;br /&gt;</w:t>
        <w:br/>
        <w:t>без дверей для прокаженця...&lt;br /&gt;</w:t>
        <w:br/>
        <w:t>Нам і місяць—як на шиї мідний&lt;br /&gt;</w:t>
        <w:br/>
        <w:t>дзвоник! (цвіт побережеться).&lt;br /&gt;</w:t>
        <w:br/>
        <w:t>Все повинні звати: "Йдем, нечисті!" —&lt;br /&gt;</w:t>
        <w:br/>
        <w:t>одіж на душі заразна;&lt;br /&gt;</w:t>
        <w:br/>
        <w:t>і пустельну кістку кари з'їсти —&lt;br /&gt;</w:t>
        <w:br/>
        <w:t>всім, кого віконця казять.&lt;br /&gt;</w:t>
        <w:br/>
        <w:t>А очистить, при мольбі, при небі:&lt;br /&gt;</w:t>
        <w:br/>
        <w:t>агнче сонце! над жертовник...&lt;br /&gt;</w:t>
        <w:br/>
        <w:t>Повелить—і цвіття яблуневі&lt;br /&gt;</w:t>
        <w:br/>
        <w:t>вбрали в білість переможних.&lt;br /&gt;</w:t>
        <w:br/>
        <w:t>24.VIII.67&lt;br /&gt;</w:t>
        <w:br/>
        <w:t>ЗНАМЕННЯ НЕБА</w:t>
      </w:r>
    </w:p>
    <w:p>
      <w:r>
        <w:br/>
        <w:t>В гроб покладено,—псалом співали! —&lt;br /&gt;</w:t>
        <w:br/>
        <w:t>в смерть; і звої при бальзамі.&lt;br /&gt;</w:t>
        <w:br/>
        <w:t>Накотився камінь, весь напасний,&lt;br /&gt;</w:t>
        <w:br/>
        <w:t>під печаттю в знаки брамні.&lt;br /&gt;</w:t>
        <w:br/>
        <w:t>І покоїться життя небесне,&lt;br /&gt;</w:t>
        <w:br/>
        <w:t>після списа від убивців.&lt;br /&gt;</w:t>
        <w:br/>
        <w:t>Темрявна земля взяла до себе&lt;br /&gt;</w:t>
        <w:br/>
        <w:t>в серце—човен гробівниці;&lt;br /&gt;</w:t>
        <w:br/>
        <w:t>і крізь море смерти цар престольний&lt;br /&gt;</w:t>
        <w:br/>
        <w:t>неспинимо переходить.&lt;br /&gt;</w:t>
        <w:br/>
        <w:t>Доки тричі відміняє в колі&lt;br /&gt;</w:t>
        <w:br/>
        <w:t>сонце білосвітний подих.&lt;br /&gt;</w:t>
        <w:br/>
        <w:t>Клич престольний, відімкнувши збудить&lt;br /&gt;</w:t>
        <w:br/>
        <w:t>безлічі в'язничні з пітми:&lt;br /&gt;</w:t>
        <w:br/>
        <w:t>від глибизни в небі незабутні,&lt;br /&gt;</w:t>
        <w:br/>
        <w:t>розкуються! з муки вийти.</w:t>
      </w:r>
    </w:p>
    <w:p>
      <w:r>
        <w:br/>
        <w:t>Вже фортеця смерти—вже розвалля,&lt;br /&gt;</w:t>
        <w:br/>
        <w:t>порозточувано свірні...&lt;br /&gt;</w:t>
        <w:br/>
        <w:t>і не вернеться снага злорада,&lt;br /&gt;</w:t>
        <w:br/>
        <w:t>прокосивши села мирні.</w:t>
      </w:r>
    </w:p>
    <w:p>
      <w:r>
        <w:br/>
        <w:t>Вслід володареві дня й надзем'я,&lt;br /&gt;</w:t>
        <w:br/>
        <w:t>крилиться родина: з пастки.&lt;br /&gt;</w:t>
        <w:br/>
        <w:t>А гробницю стережуть! а леза,&lt;br /&gt;</w:t>
        <w:br/>
        <w:t>ватра й очі—неприспанні.&lt;br /&gt;</w:t>
        <w:br/>
        <w:t>Тільки трави, поглядами любі,&lt;br /&gt;</w:t>
        <w:br/>
        <w:t>поночі в саду жаліють...&lt;br /&gt;</w:t>
        <w:br/>
        <w:t>можуть і на небі вічно бути,&lt;br /&gt;</w:t>
        <w:br/>
        <w:t>бравши радости жаринку.&lt;br /&gt;</w:t>
        <w:br/>
        <w:t>Варта ні списом,—хоч їй мертвілось! —&lt;br /&gt;</w:t>
        <w:br/>
        <w:t>ні зіницею не никне.&lt;br /&gt;</w:t>
        <w:br/>
        <w:t>В гробі замкнуто, як зірку, тіло,&lt;br /&gt;</w:t>
        <w:br/>
        <w:t>світленнями безграничне.&lt;br /&gt;</w:t>
        <w:br/>
        <w:t>Враз: виручі підмур'я струснувши&lt;br /&gt;</w:t>
        <w:br/>
        <w:t>світоскладу—розсвіт править;&lt;br /&gt;</w:t>
        <w:br/>
        <w:t>бо Життєначальник, вічно сущий,&lt;br /&gt;</w:t>
        <w:br/>
        <w:t>воскресає: стати в царстві.&lt;br /&gt;</w:t>
        <w:br/>
        <w:t>Сили блискавичні з невидим'я&lt;br /&gt;</w:t>
        <w:br/>
        <w:t>злобу жорна вбік відвалять.&lt;br /&gt;</w:t>
        <w:br/>
        <w:t>І до снігу березня подібна,&lt;br /&gt;</w:t>
        <w:br/>
        <w:t>ллється льняність покривала.</w:t>
      </w:r>
    </w:p>
    <w:p>
      <w:r>
        <w:br/>
        <w:t>І довкола подих світла в подвиг! —&lt;br /&gt;</w:t>
        <w:br/>
        <w:t>оживає, через жертву.&lt;br /&gt;</w:t>
        <w:br/>
        <w:t>Цар, святопоклонний чиньми: сповнив&lt;br /&gt;</w:t>
        <w:br/>
        <w:t>кров'ю серця правду хресну.&lt;br /&gt;</w:t>
        <w:br/>
        <w:t>Цар, святопоклонний чиньми,ствердив&lt;br /&gt;</w:t>
        <w:br/>
        <w:t>на закон: любов родини.&lt;br /&gt;</w:t>
        <w:br/>
        <w:t>Гроб воскресний, незгасимі двері&lt;br /&gt;</w:t>
        <w:br/>
        <w:t>неба—для церков відкриті.&lt;br /&gt;</w:t>
        <w:br/>
        <w:t>29-30.VIII.67&lt;br /&gt;</w:t>
        <w:br/>
        <w:t>ДОЛЯ РОСЛИН</w:t>
      </w:r>
    </w:p>
    <w:p>
      <w:r>
        <w:br/>
        <w:t>Через цвинтар ночі мандрували&lt;br /&gt;</w:t>
        <w:br/>
        <w:t>вбогі з острогів звірів'я.&lt;br /&gt;</w:t>
        <w:br/>
        <w:t>Всі питалися на горах правди,&lt;br /&gt;</w:t>
        <w:br/>
        <w:t>де огненно клени вірять.&lt;br /&gt;</w:t>
        <w:br/>
        <w:t>Поміж кручі заклято примерлих,&lt;br /&gt;</w:t>
        <w:br/>
        <w:t>під печатки на чавуння;&lt;br /&gt;</w:t>
        <w:br/>
        <w:t>і виварюється віра церкви,&lt;br /&gt;</w:t>
        <w:br/>
        <w:t>з серця! під струну павучу.&lt;br /&gt;</w:t>
        <w:br/>
        <w:t>А птахи блакитні, в дощ і розтіч,&lt;br /&gt;</w:t>
        <w:br/>
        <w:t>мучаться: з оман колісних.&lt;br /&gt;</w:t>
        <w:br/>
        <w:t>Доки янголова кров відпросить,&lt;br /&gt;</w:t>
        <w:br/>
        <w:t>свічена крізь ліс-осінник.</w:t>
      </w:r>
    </w:p>
    <w:p>
      <w:r>
        <w:br/>
        <w:t>Ждімо коло рани неба, стерплі,&lt;br /&gt;</w:t>
        <w:br/>
        <w:t>всім спасіння ллється в груди.&lt;br /&gt;</w:t>
        <w:br/>
        <w:t>І в князівстві правди, серед нетрів,&lt;br /&gt;</w:t>
        <w:br/>
        <w:t>лілії гробів розбудить.&lt;br /&gt;</w:t>
        <w:br/>
        <w:t>9.Х.&lt;br /&gt;</w:t>
        <w:br/>
        <w:t>СВІТОЧ ПЕРЕМІН</w:t>
      </w:r>
    </w:p>
    <w:p>
      <w:r>
        <w:br/>
        <w:t>Всепломінник півдня і довічник&lt;br /&gt;</w:t>
        <w:br/>
        <w:t>докінчає час. як обвід.&lt;br /&gt;</w:t>
        <w:br/>
        <w:t>Він від безлічі знамен видніший,&lt;br /&gt;</w:t>
        <w:br/>
        <w:t>він, жаріючи, проходить:&lt;br /&gt;</w:t>
        <w:br/>
        <w:t>над пурпурними лісами в кручах&lt;br /&gt;</w:t>
        <w:br/>
        <w:t>біля стружности з озер'я—&lt;br /&gt;</w:t>
        <w:br/>
        <w:t>над димучими! що сном беруться&lt;br /&gt;</w:t>
        <w:br/>
        <w:t>схмарені та сліз не здержать.&lt;br /&gt;</w:t>
        <w:br/>
        <w:t>Щирий; ледве холод перекотить&lt;br /&gt;</w:t>
        <w:br/>
        <w:t>верховин багрянокрилля,—&lt;br /&gt;</w:t>
        <w:br/>
        <w:t>він пошепчеться: він кров'ю кроткий,&lt;br /&gt;</w:t>
        <w:br/>
        <w:t>він—зворушення присилять.&lt;br /&gt;</w:t>
        <w:br/>
        <w:t>Він—мандрівник, самота всезначна,&lt;br /&gt;</w:t>
        <w:br/>
        <w:t>над зловістями, де круки...&lt;br /&gt;</w:t>
        <w:br/>
        <w:t>ланцюгами помсти, наче в'язня,&lt;br /&gt;</w:t>
        <w:br/>
        <w:t>не вберуть! —огнем розкутий.&lt;br /&gt;</w:t>
        <w:br/>
        <w:t>6-8.X.67&lt;br /&gt;</w:t>
        <w:br/>
        <w:t>ОСІНЬ: КРАЄВИД</w:t>
      </w:r>
    </w:p>
    <w:p>
      <w:r>
        <w:br/>
        <w:t>Знов зворушливо, як зір дитячий,&lt;br /&gt;</w:t>
        <w:br/>
        <w:t>озеро повторить острів:&lt;br /&gt;</w:t>
        <w:br/>
        <w:t>сам! —хоч і пташин осіння вдячність&lt;br /&gt;</w:t>
        <w:br/>
        <w:t>візерунок скриків скорить.&lt;br /&gt;</w:t>
        <w:br/>
        <w:t>А іконописець, а небесник,&lt;br /&gt;</w:t>
        <w:br/>
        <w:t>що палітри скорбі звідав:&lt;br /&gt;</w:t>
        <w:br/>
        <w:t>там архангел пламенно сердечний&lt;br /&gt;</w:t>
        <w:br/>
        <w:t>сповістився в круговиддях.</w:t>
      </w:r>
    </w:p>
    <w:p>
      <w:r>
        <w:br/>
        <w:t>І слова його з огню невстежних&lt;br /&gt;</w:t>
        <w:br/>
        <w:t>болів про людей невір'я —&lt;br /&gt;</w:t>
        <w:br/>
        <w:t>всім присвічено в смутну блаженність&lt;br /&gt;</w:t>
        <w:br/>
        <w:t>барви, що ніхто не зміря.&lt;br /&gt;</w:t>
        <w:br/>
        <w:t>Ми, смішливі, брали шлях на плаху:&lt;br /&gt;</w:t>
        <w:br/>
        <w:t>через міст—падкий переступ.&lt;br /&gt;</w:t>
        <w:br/>
        <w:t>Там плачі архангела спадають&lt;br /&gt;</w:t>
        <w:br/>
        <w:t>жаром листя в землю смертну.&lt;br /&gt;</w:t>
        <w:br/>
        <w:t>10.Х.67</w:t>
      </w:r>
    </w:p>
    <w:p>
      <w:r>
        <w:br/>
        <w:t>Стромова доріжка; пропад поряд.&lt;br /&gt;</w:t>
        <w:br/>
        <w:t>І, мов сни з руїни замків:&lt;br /&gt;</w:t>
        <w:br/>
        <w:t>без бійниці, погляд загородять—&lt;br /&gt;</w:t>
        <w:br/>
        <w:t>звали в зваді демонянській.&lt;br /&gt;</w:t>
        <w:br/>
        <w:t>І слабі серця, як зяблик, збились,&lt;br /&gt;</w:t>
        <w:br/>
        <w:t>боючися збору звірів,&lt;br /&gt;</w:t>
        <w:br/>
        <w:t>що герби їх—черепова блідність&lt;br /&gt;</w:t>
        <w:br/>
        <w:t>при марі з проваль прозірній.&lt;br /&gt;</w:t>
        <w:br/>
        <w:t>Всім гірська доріжка; сліплять пущі:&lt;br /&gt;</w:t>
        <w:br/>
        <w:t>з брами бурелому в протьмах.&lt;br /&gt;</w:t>
        <w:br/>
        <w:t>Скривджені ткачі дощів кипучих—&lt;br /&gt;</w:t>
        <w:br/>
        <w:t>в полум'я верстати топлять.&lt;br /&gt;</w:t>
        <w:br/>
        <w:t>Там листками осени зблукали&lt;br /&gt;</w:t>
        <w:br/>
        <w:t>злякані думки: в полоні.&lt;br /&gt;</w:t>
        <w:br/>
        <w:t>Блиск надії, від весни кристалів,&lt;br /&gt;</w:t>
        <w:br/>
        <w:t>згублено в печері злобній.&lt;br /&gt;</w:t>
        <w:br/>
        <w:t>На серця—картинну пастку в'яжуть,&lt;br /&gt;</w:t>
        <w:br/>
        <w:t>княжачи в норі, єхидки.&lt;br /&gt;</w:t>
        <w:br/>
        <w:t>Бідна кров смиренних! кров з пожару;&lt;br /&gt;</w:t>
        <w:br/>
        <w:t>жертви: місяць їх не вслідить.&lt;br /&gt;</w:t>
        <w:br/>
        <w:t>Ми розтратили в небачній розгрі&lt;br /&gt;</w:t>
        <w:br/>
        <w:t>східці світла до рятунку.&lt;br /&gt;</w:t>
        <w:br/>
        <w:t>Небо! біль який! з біди, розорний,&lt;br /&gt;</w:t>
        <w:br/>
        <w:t>всюди всіяв землю трунну.&lt;br /&gt;</w:t>
        <w:br/>
        <w:t>ПОМИЛКА БАЙДУЖИХ</w:t>
      </w:r>
    </w:p>
    <w:p>
      <w:r>
        <w:br/>
        <w:t>В тіні хрестика і м'яті рівна,&lt;br /&gt;</w:t>
        <w:br/>
        <w:t>для чужих очей нечаста:&lt;br /&gt;</w:t>
        <w:br/>
        <w:t>мов сестра потокові! доріжка—&lt;br /&gt;</w:t>
        <w:br/>
        <w:t>через серце звіку стала.&lt;br /&gt;</w:t>
        <w:br/>
        <w:t>Так до вогнеруких, біля неба,&lt;br /&gt;</w:t>
        <w:br/>
        <w:t>ясенів та брамок бору—&lt;br /&gt;</w:t>
        <w:br/>
        <w:t>молода мелодія в молебнях&lt;br /&gt;</w:t>
        <w:br/>
        <w:t>з верхогір'я ллється зроду.&lt;br /&gt;</w:t>
        <w:br/>
        <w:t>А замками склято двері книжні;&lt;br /&gt;</w:t>
        <w:br/>
        <w:t>мимо серця день відносить...&lt;br /&gt;</w:t>
        <w:br/>
        <w:t>нам забула думка відчинитись&lt;br /&gt;</w:t>
        <w:br/>
        <w:t>фіялкова! з літер сонних.&lt;br /&gt;</w:t>
        <w:br/>
        <w:t>Проміняли небо з фіміямів—&lt;br /&gt;</w:t>
        <w:br/>
        <w:t>на іржу в нашийник лютий.&lt;br /&gt;</w:t>
        <w:br/>
        <w:t>І стежини зміїв засміялись,&lt;br /&gt;</w:t>
        <w:br/>
        <w:t>несучи пожеж пелюстки.&lt;br /&gt;</w:t>
        <w:br/>
        <w:t>12.Х.67&lt;br /&gt;</w:t>
        <w:br/>
        <w:t>СПОДІВАНИЙ ДОЩ</w:t>
      </w:r>
    </w:p>
    <w:p>
      <w:r>
        <w:br/>
        <w:t>Незглядимо в бір—засіви сірі;&lt;br /&gt;</w:t>
        <w:br/>
        <w:t>краплі з павутиння смутків.&lt;br /&gt;</w:t>
        <w:br/>
        <w:t>Пуща ж докривавлюс гранітність&lt;br /&gt;</w:t>
        <w:br/>
        <w:t>і жовтіє в шлях світучий...&lt;br /&gt;</w:t>
        <w:br/>
        <w:t>Мов жарів'я добрости яскравне&lt;br /&gt;</w:t>
        <w:br/>
        <w:t>до життя жертовник губить&lt;br /&gt;</w:t>
        <w:br/>
        <w:t>(від вершини, звідки воскресає&lt;br /&gt;</w:t>
        <w:br/>
        <w:t>співик зірки в незабутність).&lt;br /&gt;</w:t>
        <w:br/>
        <w:t>Ми: невже на злотності іконні&lt;br /&gt;</w:t>
        <w:br/>
        <w:t>розточили Царство з неба?—&lt;br /&gt;</w:t>
        <w:br/>
        <w:t>чи, гравці, відстукали в скарбони&lt;br /&gt;</w:t>
        <w:br/>
        <w:t>святість? бо сердець дрібнеча.&lt;br /&gt;</w:t>
        <w:br/>
        <w:t>Чи скадили з брязками в розкрасні&lt;br /&gt;</w:t>
        <w:br/>
        <w:t>стіни—правду храмів хресну?.,&lt;br /&gt;</w:t>
        <w:br/>
        <w:t>після свічки й дзвону, вже не в Спасі! —&lt;br /&gt;</w:t>
        <w:br/>
        <w:t>ми в язичництві доверху?&lt;br /&gt;</w:t>
        <w:br/>
        <w:t>Чи, над тайністю краси відмріли,&lt;br /&gt;</w:t>
        <w:br/>
        <w:t>всі в священності блаженній —&lt;br /&gt;</w:t>
        <w:br/>
        <w:t>нам при смерті: сфери серафимів,&lt;br /&gt;</w:t>
        <w:br/>
        <w:t>рідні! серце не постежить.&lt;br /&gt;</w:t>
        <w:br/>
        <w:t>Ми потопленики в нетрий попіл&lt;br /&gt;</w:t>
        <w:br/>
        <w:t>безнебесся й сон руїни.&lt;br /&gt;</w:t>
        <w:br/>
        <w:t>Лиш полиння—сіру миску вповні&lt;br /&gt;</w:t>
        <w:br/>
        <w:t>з пустки зичить для немирних.&lt;br /&gt;</w:t>
        <w:br/>
        <w:t>Дощ іде! обмиються галузки,&lt;br /&gt;</w:t>
        <w:br/>
        <w:t>скрізь на висвіті живому—&lt;br /&gt;</w:t>
        <w:br/>
        <w:t>без навій від чорноденства й злуди,&lt;br /&gt;</w:t>
        <w:br/>
        <w:t>що з кайданницького двору.&lt;br /&gt;</w:t>
        <w:br/>
        <w:t>18.Х.67&lt;br /&gt;</w:t>
        <w:br/>
        <w:t>ЗАБУТИЙ СХОРОНОК</w:t>
      </w:r>
    </w:p>
    <w:p>
      <w:r>
        <w:br/>
        <w:t>Злива океанна! в тьму при дубі;&lt;br /&gt;</w:t>
        <w:br/>
        <w:t>між княжистий бір біжу.&lt;br /&gt;</w:t>
        <w:br/>
        <w:t>Дарма: велети в біду забуті,&lt;br /&gt;</w:t>
        <w:br/>
        <w:t>під струмки, як ворожбу.&lt;br /&gt;</w:t>
        <w:br/>
        <w:t>Гільйотинні грози вкруг настигли:&lt;br /&gt;</w:t>
        <w:br/>
        <w:t>в нетрах сиву кров зливати.&lt;br /&gt;</w:t>
        <w:br/>
        <w:t>Мов розгублено персні до злиднів,&lt;br /&gt;</w:t>
        <w:br/>
        <w:t>і в листві лягли закляті.&lt;br /&gt;</w:t>
        <w:br/>
        <w:t>З вод натерпівшися повно, з муки,—&lt;br /&gt;</w:t>
        <w:br/>
        <w:t>згір'я після бурі зглянув&lt;br /&gt;</w:t>
        <w:br/>
        <w:t>Як? мов стріхи виставля могутні,&lt;br /&gt;</w:t>
        <w:br/>
        <w:t>скеля близько над поляну.&lt;br /&gt;</w:t>
        <w:br/>
        <w:t>Захисток і силу предковічну&lt;br /&gt;</w:t>
        <w:br/>
        <w:t>так забули, бранці пущі!...&lt;br /&gt;</w:t>
        <w:br/>
        <w:t>Короговки Січі в церкву кличуть,&lt;br /&gt;</w:t>
        <w:br/>
        <w:t>хресні—правдами кріпущі.&lt;br /&gt;</w:t>
        <w:br/>
        <w:t>І твердині з полум'я немає&lt;br /&gt;</w:t>
        <w:br/>
        <w:t>дужчої в світах рятунку—&lt;br /&gt;</w:t>
        <w:br/>
        <w:t>всім! як небо: над негоддя марне,&lt;br /&gt;</w:t>
        <w:br/>
        <w:t>душу звільнить, горем скуту.&lt;br /&gt;</w:t>
        <w:br/>
        <w:t>20.Х.67&lt;br /&gt;</w:t>
        <w:br/>
        <w:t>ОСТАННЯ ПЕРЕМІНА</w:t>
      </w:r>
    </w:p>
    <w:p>
      <w:r>
        <w:br/>
        <w:t>Знак преображения! рута кожна—&lt;br /&gt;</w:t>
        <w:br/>
        <w:t>прирідніє в квіт зіниці.&lt;br /&gt;</w:t>
        <w:br/>
        <w:t>Всі білопелюстя в полі зложать&lt;br /&gt;</w:t>
        <w:br/>
        <w:t>здогад світла: хоч найнижчі.&lt;br /&gt;</w:t>
        <w:br/>
        <w:t>Знак преображения все поборе&lt;br /&gt;</w:t>
        <w:br/>
        <w:t>в день Месії—в день без смерти.&lt;br /&gt;</w:t>
        <w:br/>
        <w:t>Божістю з гори Фавор, крізь горе,&lt;br /&gt;</w:t>
        <w:br/>
        <w:t>невбієнний храм потвердив.&lt;br /&gt;</w:t>
        <w:br/>
        <w:t>Знак преображения все завінчить,—&lt;br /&gt;</w:t>
        <w:br/>
        <w:t>небо створюється вдруге;&lt;br /&gt;</w:t>
        <w:br/>
        <w:t>вже—Єрусалим життя довічний&lt;br /&gt;</w:t>
        <w:br/>
        <w:t>хліб нетлінности дарує.&lt;br /&gt;</w:t>
        <w:br/>
        <w:t>Скоро сходячи з висот просторить—&lt;br /&gt;</w:t>
        <w:br/>
        <w:t>пламенний бальзам на землі.&lt;br /&gt;</w:t>
        <w:br/>
        <w:t>Молитовно глянуть при надмор'ї&lt;br /&gt;</w:t>
        <w:br/>
        <w:t>хати в ранах безіменні.&lt;br /&gt;</w:t>
        <w:br/>
        <w:t>28.Х.67&lt;br /&gt;</w:t>
        <w:br/>
        <w:t>НАДБЕРЕЖНИЙ ДОСВІТ</w:t>
      </w:r>
    </w:p>
    <w:p>
      <w:r>
        <w:br/>
        <w:t>І</w:t>
      </w:r>
    </w:p>
    <w:p>
      <w:r>
        <w:br/>
        <w:t>Марева від озера відходять,&lt;br /&gt;</w:t>
        <w:br/>
        <w:t>а туман: як потойсвітній.&lt;br /&gt;</w:t>
        <w:br/>
        <w:t>Ми —самокрадіжні; сонця одяг&lt;br /&gt;</w:t>
        <w:br/>
        <w:t>скинули, бо мало втіхи.&lt;br /&gt;</w:t>
        <w:br/>
        <w:t>Зодягаємся в півтіні мерхлі,&lt;br /&gt;</w:t>
        <w:br/>
        <w:t>без надій, що—й луг палає,&lt;br /&gt;</w:t>
        <w:br/>
        <w:t>несучи ікони в мідній церкві&lt;br /&gt;</w:t>
        <w:br/>
        <w:t>осени! крізь горе спрагле.&lt;br /&gt;</w:t>
        <w:br/>
        <w:t>Все—в блаженний жеврій, все з листками,&lt;br /&gt;</w:t>
        <w:br/>
        <w:t>погляди предвіччя близить:&lt;br /&gt;</w:t>
        <w:br/>
        <w:t>кличучи! вам квіти відмикати&lt;br /&gt;</w:t>
        <w:br/>
        <w:t>з вікон царства незалізних.&lt;br /&gt;</w:t>
        <w:br/>
        <w:t>Там, світливши берег проти нетрів,&lt;br /&gt;</w:t>
        <w:br/>
        <w:t>з воску—мучениці повість.&lt;br /&gt;</w:t>
        <w:br/>
        <w:t>Білокора! в пламенності терпить&lt;br /&gt;</w:t>
        <w:br/>
        <w:t>ради дня сестер високих.&lt;br /&gt;</w:t>
        <w:br/>
        <w:t>4.Х.68</w:t>
      </w:r>
    </w:p>
    <w:p>
      <w:r>
        <w:br/>
        <w:t>НАДБЕРЕЖНИЙ ДОСВІТ</w:t>
      </w:r>
    </w:p>
    <w:p>
      <w:r>
        <w:br/>
        <w:t>II</w:t>
      </w:r>
    </w:p>
    <w:p>
      <w:r>
        <w:br/>
        <w:t>Чуємо: курличуть в ірій вірний&lt;br /&gt;</w:t>
        <w:br/>
        <w:t>білі журавлі:—ключами,&lt;br /&gt;</w:t>
        <w:br/>
        <w:t>їм, як свідок, місяць перемірить—&lt;br /&gt;</w:t>
        <w:br/>
        <w:t>в айстрі синій шлях змічати.</w:t>
      </w:r>
    </w:p>
    <w:p>
      <w:r>
        <w:br/>
        <w:t>Тут незлобні; тут ікон явлених&lt;br /&gt;</w:t>
        <w:br/>
        <w:t>учні: в листковій подобі.&lt;br /&gt;</w:t>
        <w:br/>
        <w:t>Жертву клен, безкнижно—євангелик,&lt;br /&gt;</w:t>
        <w:br/>
        <w:t>розпалив! послушник добрий.&lt;br /&gt;</w:t>
        <w:br/>
        <w:t>Вкруг помножено костри блаженних;&lt;br /&gt;</w:t>
        <w:br/>
        <w:t>в озеро галуззя схилять.&lt;br /&gt;</w:t>
        <w:br/>
        <w:t>Небо кров'ю на трихресній стежі—&lt;br /&gt;</w:t>
        <w:br/>
        <w:t>побагрілося й крізь листя.&lt;br /&gt;</w:t>
        <w:br/>
        <w:t>Ми незрячістю сердець—мов сонні:&lt;br /&gt;</w:t>
        <w:br/>
        <w:t>не збагнем свічок осінніх.&lt;br /&gt;</w:t>
        <w:br/>
        <w:t>Риби під дзеркальністю при мості&lt;br /&gt;</w:t>
        <w:br/>
        <w:t>проминуть веселок відблиск.&lt;br /&gt;</w:t>
        <w:br/>
        <w:t>Ми—чи простимо, громада братня:&lt;br /&gt;</w:t>
        <w:br/>
        <w:t>всю! в непам'ять, кожну кривду?&lt;br /&gt;</w:t>
        <w:br/>
        <w:t>Рідні духом полум'я з розп'яття,&lt;br /&gt;</w:t>
        <w:br/>
        <w:t>ангели позвати прийдуть.&lt;br /&gt;</w:t>
        <w:br/>
        <w:t>Ми—чи в звіт готові? крильня сіра,—&lt;br /&gt;</w:t>
        <w:br/>
        <w:t>до спокути, до палання.&lt;br /&gt;</w:t>
        <w:br/>
        <w:t>Вкруг хреста небесного іскриться,&lt;br /&gt;</w:t>
        <w:br/>
        <w:t>в цвіт, галузка сонць ласкава.&lt;br /&gt;</w:t>
        <w:br/>
        <w:t>Невеличні! кожен братчик вибрав&lt;br /&gt;</w:t>
        <w:br/>
        <w:t>смолоскип від неба мовчки.&lt;br /&gt;</w:t>
        <w:br/>
        <w:t>І повторює з огню глибизна—&lt;br /&gt;</w:t>
        <w:br/>
        <w:t>звіщення: в досвітню поміч.&lt;br /&gt;</w:t>
        <w:br/>
        <w:t>Мов пожежа в небозвід: чудесність! —&lt;br /&gt;</w:t>
        <w:br/>
        <w:t>без темнот, ні в спад пелюстки.&lt;br /&gt;</w:t>
        <w:br/>
        <w:t>Ключик сонця зо стежок щоденних&lt;br /&gt;</w:t>
        <w:br/>
        <w:t>світить крізь терни колючі.&lt;br /&gt;</w:t>
        <w:br/>
        <w:t>Світоч, розсипаючи вкруг церкви&lt;br /&gt;</w:t>
        <w:br/>
        <w:t>скарби з-над сузір'їв кріпких...&lt;br /&gt;</w:t>
        <w:br/>
        <w:t>мій порадник! псальмик мій сердечний,&lt;br /&gt;</w:t>
        <w:br/>
        <w:t>став при дверях неба мріти.&lt;br /&gt;</w:t>
        <w:br/>
        <w:t>Царство, при хатках межею поряд,&lt;br /&gt;</w:t>
        <w:br/>
        <w:t>побудовано: від чаші.&lt;br /&gt;</w:t>
        <w:br/>
        <w:t>Зором серця зглянем, як негорда&lt;br /&gt;</w:t>
        <w:br/>
        <w:t>нива стала причащатись.&lt;br /&gt;</w:t>
        <w:br/>
        <w:t>9-10.X.68&lt;br /&gt;</w:t>
        <w:br/>
        <w:t>Сиплються листки—в три чверті зірки:&lt;br /&gt;</w:t>
        <w:br/>
        <w:t>ніби розгорівши з воску.&lt;br /&gt;</w:t>
        <w:br/>
        <w:t>Кучугурами жарин закрили&lt;br /&gt;</w:t>
        <w:br/>
        <w:t>згадку каменів жорстоку.&lt;br /&gt;</w:t>
        <w:br/>
        <w:t>В синьогір'я напливають хмари,&lt;br /&gt;</w:t>
        <w:br/>
        <w:t>з тайности: мов гілка близить.&lt;br /&gt;</w:t>
        <w:br/>
        <w:t>Огній кленик—смолоскипник, марить;&lt;br /&gt;</w:t>
        <w:br/>
        <w:t>розсвіт в озері любити.&lt;br /&gt;</w:t>
        <w:br/>
        <w:t>Нам би, наче пламінь, завінчалась&lt;br /&gt;</w:t>
        <w:br/>
        <w:t>осінь при гробниці сніжній.&lt;br /&gt;</w:t>
        <w:br/>
        <w:t>Звідки? від руїни та дичання&lt;br /&gt;</w:t>
        <w:br/>
        <w:t>груди розростили в хижість.&lt;br /&gt;</w:t>
        <w:br/>
        <w:t>Без святого невидим'я! тоскні,&lt;br /&gt;</w:t>
        <w:br/>
        <w:t>кліплять каганечно душі...&lt;br /&gt;</w:t>
        <w:br/>
        <w:t>Чад і тління суєти крізь осінь&lt;br /&gt;</w:t>
        <w:br/>
        <w:t>розтягнули: сніг додушить.&lt;br /&gt;</w:t>
        <w:br/>
        <w:t>Збудимося? крізь туман присмертний,&lt;br /&gt;</w:t>
        <w:br/>
        <w:t>вірячи з свічками свідків.&lt;br /&gt;</w:t>
        <w:br/>
        <w:t>Спомин церкви, в десять рук, берези&lt;br /&gt;</w:t>
        <w:br/>
        <w:t>піднесли на празник східній.&lt;br /&gt;</w:t>
        <w:br/>
        <w:t>9-12.X.68&lt;br /&gt;</w:t>
        <w:br/>
        <w:t>СПОГАД ГОТИКИ:ОСІНЬ</w:t>
      </w:r>
    </w:p>
    <w:p>
      <w:r>
        <w:br/>
        <w:t>Вкруг відкриє старохрамний скорбник&lt;br /&gt;</w:t>
        <w:br/>
        <w:t>плечі в ранах багряніти.&lt;br /&gt;</w:t>
        <w:br/>
        <w:t>Там від готики і дух безсонний&lt;br /&gt;</w:t>
        <w:br/>
        <w:t>спакує горючі війни...&lt;br /&gt;</w:t>
        <w:br/>
        <w:t>він—в образі, сивий і на страту,—&lt;br /&gt;</w:t>
        <w:br/>
        <w:t>мрія про ковчежик любий:&lt;br /&gt;</w:t>
        <w:br/>
        <w:t>над півмісяць гільйотини старшу,&lt;br /&gt;</w:t>
        <w:br/>
        <w:t>ні в ридання не розгубить.</w:t>
      </w:r>
    </w:p>
    <w:p>
      <w:r>
        <w:br/>
        <w:t>Хоч криваво молот, через ребра,&lt;br /&gt;</w:t>
        <w:br/>
        <w:t>вдариться: мов з кузні, скорий! —&lt;br /&gt;</w:t>
        <w:br/>
        <w:t>тільки блискавка необережна&lt;br /&gt;</w:t>
        <w:br/>
        <w:t>від очей—відгадку гострить.&lt;br /&gt;</w:t>
        <w:br/>
        <w:t>Віща постать промовля з початків—&lt;br /&gt;</w:t>
        <w:br/>
        <w:t>з пурпуру, пророча в думці...&lt;br /&gt;</w:t>
        <w:br/>
        <w:t>Хоч кайданами огнів бряжчати&lt;br /&gt;</w:t>
        <w:br/>
        <w:t>в'язневі в біді димучій.&lt;br /&gt;</w:t>
        <w:br/>
        <w:t>Мов незрячий лірник сам кармінну&lt;br /&gt;</w:t>
        <w:br/>
        <w:t>релю берега заводить.&lt;br /&gt;</w:t>
        <w:br/>
        <w:t>Ноти йдуть березами на зміну—&lt;br /&gt;</w:t>
        <w:br/>
        <w:t>під клятьбу громів дібровних.&lt;br /&gt;</w:t>
        <w:br/>
        <w:t>І святинний острів (ніби хатка)&lt;br /&gt;</w:t>
        <w:br/>
        <w:t>розпачі від стріх розсипав.&lt;br /&gt;</w:t>
        <w:br/>
        <w:t>Сонця заставка! тополя стала&lt;br /&gt;</w:t>
        <w:br/>
        <w:t>звати—хмарчина сестриця.&lt;br /&gt;</w:t>
        <w:br/>
        <w:t>Неозорі від тойсвіття юрми&lt;br /&gt;</w:t>
        <w:br/>
        <w:t>з хуторців і сіл,— чи з битви? —&lt;br /&gt;</w:t>
        <w:br/>
        <w:t>всі, кривавими струмками мрущі,&lt;br /&gt;</w:t>
        <w:br/>
        <w:t>входять: мрії полюбитись.&lt;br /&gt;</w:t>
        <w:br/>
        <w:t>І стареча—сохлі кості ржаві&lt;br /&gt;</w:t>
        <w:br/>
        <w:t>видно крізь одеж восковість.&lt;br /&gt;</w:t>
        <w:br/>
        <w:t>Очі: мов життя волосожарів—&lt;br /&gt;</w:t>
        <w:br/>
        <w:t>листвиною сльози скотить.&lt;br /&gt;</w:t>
        <w:br/>
        <w:t>Скаржиться: "завіщо з неземелля&lt;br /&gt;</w:t>
        <w:br/>
        <w:t>ми задушені, без крихти —&lt;br /&gt;</w:t>
        <w:br/>
        <w:t>крихти й краплі неба! й страшно змерзла,&lt;br /&gt;</w:t>
        <w:br/>
        <w:t>в безсвіті душа горівши."&lt;br /&gt;</w:t>
        <w:br/>
        <w:t>Вкрили берег колиски: як цвинтар&lt;br /&gt;</w:t>
        <w:br/>
        <w:t>сірих кістяків дитячих,—&lt;br /&gt;</w:t>
        <w:br/>
        <w:t>галузками тіні їх прочинять&lt;br /&gt;</w:t>
        <w:br/>
        <w:t>сині двері, з-над відчаїв.&lt;br /&gt;</w:t>
        <w:br/>
        <w:t>Хто почислив кривди прибережні&lt;br /&gt;</w:t>
        <w:br/>
        <w:t>в ланцюгах біди з невілля?&lt;br /&gt;</w:t>
        <w:br/>
        <w:t>Скрізь вино огненне зводить вежі&lt;br /&gt;</w:t>
        <w:br/>
        <w:t>й пада в озеро, як злива.&lt;br /&gt;</w:t>
        <w:br/>
        <w:t>З'яви ждуть! надокеання друге&lt;br /&gt;</w:t>
        <w:br/>
        <w:t>змістить зборню — крик пожару.&lt;br /&gt;</w:t>
        <w:br/>
        <w:t>А рятунок небо подарує&lt;br /&gt;</w:t>
        <w:br/>
        <w:t>проти прірви, в тишу справжню.&lt;br /&gt;</w:t>
        <w:br/>
        <w:t>13-16.X.68&lt;br /&gt;</w:t>
        <w:br/>
        <w:t>Ми з кумирні, павичани, світим&lt;br /&gt;</w:t>
        <w:br/>
        <w:t>проти неба—красну весність;&lt;br /&gt;</w:t>
        <w:br/>
        <w:t>мов самі з огнем несамовитим&lt;br /&gt;</w:t>
        <w:br/>
        <w:t>ми творці: в сузірнім персні.&lt;br /&gt;</w:t>
        <w:br/>
        <w:t>Бідні! ми з лісів гріха, насправді,&lt;br /&gt;</w:t>
        <w:br/>
        <w:t>прокаженці: мідь на шиях,&lt;br /&gt;</w:t>
        <w:br/>
        <w:t>і кричім, що "стережіться!"—в спразі;&lt;br /&gt;</w:t>
        <w:br/>
        <w:t>аж пиху напасті знищать.&lt;br /&gt;</w:t>
        <w:br/>
        <w:t>Марно в самосвятості при кубках&lt;br /&gt;</w:t>
        <w:br/>
        <w:t>проти неба рвуться вперті.&lt;br /&gt;</w:t>
        <w:br/>
        <w:t>Голубинну книгу сміхом збурять,&lt;br /&gt;</w:t>
        <w:br/>
        <w:t>каменями—вікна в церкві.</w:t>
      </w:r>
    </w:p>
    <w:p>
      <w:r>
        <w:br/>
        <w:t>Покорімся, браття, серцем—кров'ю,&lt;br /&gt;</w:t>
        <w:br/>
        <w:t>в пломінь хрещені з купелі:&lt;br /&gt;</w:t>
        <w:br/>
        <w:t>вірені під корогву орлову—&lt;br /&gt;</w:t>
        <w:br/>
        <w:t>Духові, як діти певні.&lt;br /&gt;</w:t>
        <w:br/>
        <w:t>Спалиться в спокутній муці язва,&lt;br /&gt;</w:t>
        <w:br/>
        <w:t>що гноїла тайно груди.&lt;br /&gt;</w:t>
        <w:br/>
        <w:t>І жива блаженність: іскра звана,&lt;br /&gt;</w:t>
        <w:br/>
        <w:t>дужча, ніж сузір'я, збудить.&lt;br /&gt;</w:t>
        <w:br/>
        <w:t>18.Х.68</w:t>
      </w:r>
    </w:p>
    <w:p>
      <w:r>
        <w:br/>
        <w:t>І</w:t>
      </w:r>
    </w:p>
    <w:p>
      <w:r>
        <w:br/>
        <w:t>Осінь: безмір килимар'я з листя—&lt;br /&gt;</w:t>
        <w:br/>
        <w:t>барвний океан зложив.&lt;br /&gt;</w:t>
        <w:br/>
        <w:t>Осінь: тисяча фортець огниться&lt;br /&gt;</w:t>
        <w:br/>
        <w:t>баштами думок живих.&lt;br /&gt;</w:t>
        <w:br/>
        <w:t>Осінь: вись вулканена, з надлюддя,&lt;br /&gt;</w:t>
        <w:br/>
        <w:t>в жеврії гілок при небі...&lt;br /&gt;</w:t>
        <w:br/>
        <w:t>на мільон майолік німо ллються,&lt;br /&gt;</w:t>
        <w:br/>
        <w:t>мов з планетністю щоденні.&lt;br /&gt;</w:t>
        <w:br/>
        <w:t>Осінь: кораблі вдягла при щоглах! —&lt;br /&gt;</w:t>
        <w:br/>
        <w:t>знамено тривог колірних.&lt;br /&gt;</w:t>
        <w:br/>
        <w:t>З хвиль вина—і сурми проголосять&lt;br /&gt;</w:t>
        <w:br/>
        <w:t>про жертовний жар надгір'я.&lt;br /&gt;</w:t>
        <w:br/>
        <w:t>Осінь: з кіноварних катедралів&lt;br /&gt;</w:t>
        <w:br/>
        <w:t>півзірчасто дзвін, лебедик...&lt;br /&gt;</w:t>
        <w:br/>
        <w:t>при світлобудові, серцю братній! —&lt;br /&gt;</w:t>
        <w:br/>
        <w:t>часто в спогад і молебень.&lt;br /&gt;</w:t>
        <w:br/>
        <w:t>Осінь: сиві патріярхи з скиту&lt;br /&gt;</w:t>
        <w:br/>
        <w:t>по кругах життя виходять.&lt;br /&gt;</w:t>
        <w:br/>
        <w:t>Одіж —мов сузірну ткань застиглу&lt;br /&gt;</w:t>
        <w:br/>
        <w:t>світять крізь туман при водах.&lt;br /&gt;</w:t>
        <w:br/>
        <w:t>19.Х.1968&lt;br /&gt;</w:t>
        <w:br/>
        <w:t>II</w:t>
      </w:r>
    </w:p>
    <w:p>
      <w:r>
        <w:br/>
        <w:t>Осінь: до воскресности святиня:&lt;br /&gt;</w:t>
        <w:br/>
        <w:t>як Почаїв: свічка—лавра...&lt;br /&gt;</w:t>
        <w:br/>
        <w:t>в літургію миру грім спинила,&lt;br /&gt;</w:t>
        <w:br/>
        <w:t>полум'яністю кривава.&lt;br /&gt;</w:t>
        <w:br/>
        <w:t>Осінь: спаленнями мова звідки? —&lt;br /&gt;</w:t>
        <w:br/>
        <w:t>тиша з висоти церковна;&lt;br /&gt;</w:t>
        <w:br/>
        <w:t>жарова в Преображення свідків,&lt;br /&gt;</w:t>
        <w:br/>
        <w:t>коло брами—на поклонах.&lt;br /&gt;</w:t>
        <w:br/>
        <w:t>З ночі грозовиць і скель похмурних&lt;br /&gt;</w:t>
        <w:br/>
        <w:t>смолоскипний скит підвівся:&lt;br /&gt;</w:t>
        <w:br/>
        <w:t>розсвітом розкривши сонні труни,&lt;br /&gt;</w:t>
        <w:br/>
        <w:t>скинув страхи від привиддя.&lt;br /&gt;</w:t>
        <w:br/>
        <w:t>В стихарі надій світити вбрався:&lt;br /&gt;</w:t>
        <w:br/>
        <w:t>і журба листками добра.&lt;br /&gt;</w:t>
        <w:br/>
        <w:t>Осінь; господарство неба—в радість,&lt;br /&gt;</w:t>
        <w:br/>
        <w:t>відпокутників дорога.&lt;br /&gt;</w:t>
        <w:br/>
        <w:t>20.Х.68&lt;br /&gt;</w:t>
        <w:br/>
        <w:t>ВИХІД сили</w:t>
      </w:r>
    </w:p>
    <w:p>
      <w:r>
        <w:br/>
        <w:t>Крізь ліси спроміниться всесильне,&lt;br /&gt;</w:t>
        <w:br/>
        <w:t>сходячи, де цвинтар гір:&lt;br /&gt;</w:t>
        <w:br/>
        <w:t>серце світочеве! звати встигне,&lt;br /&gt;</w:t>
        <w:br/>
        <w:t>хто крізь морок озвірів.&lt;br /&gt;</w:t>
        <w:br/>
        <w:t>Нетрі—як глибинна нерозрадність,&lt;br /&gt;</w:t>
        <w:br/>
        <w:t>хоч потоплено в пишноти.&lt;br /&gt;</w:t>
        <w:br/>
        <w:t>Барва—світниця: їй достраждати,&lt;br /&gt;</w:t>
        <w:br/>
        <w:t>мов на дні морська коштовність...&lt;br /&gt;</w:t>
        <w:br/>
        <w:t>бо, знецінена, журбі згубилась,&lt;br /&gt;</w:t>
        <w:br/>
        <w:t>під біду, красою в сірість.&lt;br /&gt;</w:t>
        <w:br/>
        <w:t>Мов і не своя! єством рабиня&lt;br /&gt;</w:t>
        <w:br/>
        <w:t>глибині гробів пристрітних.&lt;br /&gt;</w:t>
        <w:br/>
        <w:t>Від висот, мов лотосовий, погляд&lt;br /&gt;</w:t>
        <w:br/>
        <w:t>світлість розсипає теплу.&lt;br /&gt;</w:t>
        <w:br/>
        <w:t>І ласкаво згрішених виводять&lt;br /&gt;</w:t>
        <w:br/>
        <w:t>ниті правди—крізь потерю.&lt;br /&gt;</w:t>
        <w:br/>
        <w:t>Станемо в невисловиму ясність,&lt;br /&gt;</w:t>
        <w:br/>
        <w:t>повну ласки: мов дошиться:&lt;br /&gt;</w:t>
        <w:br/>
        <w:t>всім єство спрозорюючи наскрізь,&lt;br /&gt;</w:t>
        <w:br/>
        <w:t>як незнана дійсність—вища...&lt;br /&gt;</w:t>
        <w:br/>
        <w:t>приріднила від небес в істоту,&lt;br /&gt;</w:t>
        <w:br/>
        <w:t>в кров духовну, в кожні груди:&lt;br /&gt;</w:t>
        <w:br/>
        <w:t>від вінця з тернин огню — Христову&lt;br /&gt;</w:t>
        <w:br/>
        <w:t>видноту, що труни збудить.&lt;br /&gt;</w:t>
        <w:br/>
        <w:t>ОЗЕРНА ВЕСЕЛКА</w:t>
      </w:r>
    </w:p>
    <w:p>
      <w:r>
        <w:br/>
        <w:t>Надпрестолля жовтня: в німбі—чашне;&lt;br /&gt;</w:t>
        <w:br/>
        <w:t>і свічні ліси з хмаризни.&lt;br /&gt;</w:t>
        <w:br/>
        <w:t>Чи спокуту нашу листя сплаче? —&lt;br /&gt;</w:t>
        <w:br/>
        <w:t>бо пішли в круги немирні.&lt;br /&gt;</w:t>
        <w:br/>
        <w:t>Незгасима кров з край-сонця в душу&lt;br /&gt;</w:t>
        <w:br/>
        <w:t>крапа над озерний острів.&lt;br /&gt;</w:t>
        <w:br/>
        <w:t>І прощення: дар, крізь ніч дикущу,&lt;br /&gt;</w:t>
        <w:br/>
        <w:t>від двірця зірок дорожчий.&lt;br /&gt;</w:t>
        <w:br/>
        <w:t>Пряжа блідна змечеться в купелі,&lt;br /&gt;</w:t>
        <w:br/>
        <w:t>пурпури течій зустрівши.&lt;br /&gt;</w:t>
        <w:br/>
        <w:t>Ми ланцюг: ми—гордовито вперті! —&lt;br /&gt;</w:t>
        <w:br/>
        <w:t>на собі замкнули в грішність.&lt;br /&gt;</w:t>
        <w:br/>
        <w:t>А дарохранильниця проз грози,&lt;br /&gt;</w:t>
        <w:br/>
        <w:t>золотінністю лілейна...&lt;br /&gt;</w:t>
        <w:br/>
        <w:t>Нам з любови зірку днів дозволить&lt;br /&gt;</w:t>
        <w:br/>
        <w:t>брати в груди, над пекелля.&lt;br /&gt;</w:t>
        <w:br/>
        <w:t>На горі вселенській сиву правду&lt;br /&gt;</w:t>
        <w:br/>
        <w:t>хресно стережуть смереки.&lt;br /&gt;</w:t>
        <w:br/>
        <w:t>Де ти? синь гробниці; сльози райдуг,&lt;br /&gt;</w:t>
        <w:br/>
        <w:t>а крізь них огонь воскресний.&lt;br /&gt;</w:t>
        <w:br/>
        <w:t>26.Х .68&lt;br /&gt;</w:t>
        <w:br/>
        <w:t>ПРИБЕРЕЖНА ОСІННІСТЬ</w:t>
      </w:r>
    </w:p>
    <w:p>
      <w:r>
        <w:br/>
        <w:t>І</w:t>
      </w:r>
    </w:p>
    <w:p>
      <w:r>
        <w:br/>
        <w:t>Мов дзвіничник, сам відкривши ребра,&lt;br /&gt;</w:t>
        <w:br/>
        <w:t>віддає на суд істоту—&lt;br /&gt;</w:t>
        <w:br/>
        <w:t>кленик серця! ватрами береться,&lt;br /&gt;</w:t>
        <w:br/>
        <w:t>вістку чуючи високу.&lt;br /&gt;</w:t>
        <w:br/>
        <w:t>Монастир ялин і сосен старчий,&lt;br /&gt;</w:t>
        <w:br/>
        <w:t>проти круків при обриві,&lt;br /&gt;</w:t>
        <w:br/>
        <w:t>книгозбірню світла став читати:&lt;br /&gt;</w:t>
        <w:br/>
        <w:t>з озера—в повтор багристий.&lt;br /&gt;</w:t>
        <w:br/>
        <w:t>Сіроокий дощ, кропильний служка,&lt;br /&gt;</w:t>
        <w:br/>
        <w:t>ткана борода проз місяць:&lt;br /&gt;</w:t>
        <w:br/>
        <w:t>поторкав стежки, де в спомин журять;&lt;br /&gt;</w:t>
        <w:br/>
        <w:t>громів дзвоник відгремівся.&lt;br /&gt;</w:t>
        <w:br/>
        <w:t>Мітрових ниток і ризних повні&lt;br /&gt;</w:t>
        <w:br/>
        <w:t>всюди—в жеврії надгір'я.&lt;br /&gt;</w:t>
        <w:br/>
        <w:t>Кленик серця! блискавка обновить,&lt;br /&gt;</w:t>
        <w:br/>
        <w:t>від очей орла негрізна.&lt;br /&gt;</w:t>
        <w:br/>
        <w:t>27.Х .68&lt;br /&gt;</w:t>
        <w:br/>
        <w:t>ПРИБЕРЕЖНА ОСІННІСТЬ</w:t>
      </w:r>
    </w:p>
    <w:p>
      <w:r>
        <w:br/>
        <w:t>II</w:t>
      </w:r>
    </w:p>
    <w:p>
      <w:r>
        <w:br/>
        <w:t>Листя сиплеться! — панує камінь:&lt;br /&gt;</w:t>
        <w:br/>
        <w:t>склавши нездвижиму думку.&lt;br /&gt;</w:t>
        <w:br/>
        <w:t>Кров жаринна, ніби в дим, змовкати&lt;br /&gt;</w:t>
        <w:br/>
        <w:t>буде через тінь байдужу.&lt;br /&gt;</w:t>
        <w:br/>
        <w:t>Що в рожеві крила—в ласки рідні—&lt;br /&gt;</w:t>
        <w:br/>
        <w:t>рвалось на безумний повів:&lt;br /&gt;</w:t>
        <w:br/>
        <w:t>падає в ридання відгоріти&lt;br /&gt;</w:t>
        <w:br/>
        <w:t>і в сніги на вихор стовпний.</w:t>
      </w:r>
    </w:p>
    <w:p>
      <w:r>
        <w:br/>
        <w:t>Змієм камінь засичить, мов царик,&lt;br /&gt;</w:t>
        <w:br/>
        <w:t>що коронний між пеньками.&lt;br /&gt;</w:t>
        <w:br/>
        <w:t>А криниць і сферок не скрижанить,&lt;br /&gt;</w:t>
        <w:br/>
        <w:t>звідки зміст лілей домашніх.&lt;br /&gt;</w:t>
        <w:br/>
        <w:t>Листя в бурю, в рух, мов навіжене&lt;br /&gt;</w:t>
        <w:br/>
        <w:t>з поломенів первотворчих.&lt;br /&gt;</w:t>
        <w:br/>
        <w:t>Тихо в груди нам,— святинь ромене! —&lt;br /&gt;</w:t>
        <w:br/>
        <w:t>подаруй тепло і кроткість.&lt;br /&gt;</w:t>
        <w:br/>
        <w:t>29.Х.68&lt;br /&gt;</w:t>
        <w:br/>
        <w:t>ЗВ'ЯЗОК</w:t>
      </w:r>
    </w:p>
    <w:p>
      <w:r>
        <w:br/>
        <w:t>Чи розлукою на вічну осінь&lt;br /&gt;</w:t>
        <w:br/>
        <w:t>ми покарані з тобою?&lt;br /&gt;</w:t>
        <w:br/>
        <w:t>Крізь тумани крик тополі! зносить,&lt;br /&gt;</w:t>
        <w:br/>
        <w:t>мов кістяк, мольбу скорботну.&lt;br /&gt;</w:t>
        <w:br/>
        <w:t>Ми неназвані стояти поруч;&lt;br /&gt;</w:t>
        <w:br/>
        <w:t>в грудях лісу—привид маків.&lt;br /&gt;</w:t>
        <w:br/>
        <w:t>Озеро з берез, крізь дощ і розпач,&lt;br /&gt;</w:t>
        <w:br/>
        <w:t>поклялося в білий камінь.&lt;br /&gt;</w:t>
        <w:br/>
        <w:t>Де ти? журавлина безконечність&lt;br /&gt;</w:t>
        <w:br/>
        <w:t>нам замкнула відгук трунний.&lt;br /&gt;</w:t>
        <w:br/>
        <w:t>Розділя, над хресним ходом кленів! —&lt;br /&gt;</w:t>
        <w:br/>
        <w:t>сонцеві ридати в руки.&lt;br /&gt;</w:t>
        <w:br/>
        <w:t>Від дзвіниці місяця прикотить&lt;br /&gt;</w:t>
        <w:br/>
        <w:t>клич: як приозерна вістка.&lt;br /&gt;</w:t>
        <w:br/>
        <w:t>Нам сузірностей огонь іконний&lt;br /&gt;</w:t>
        <w:br/>
        <w:t>до стежини чи присниться?&lt;br /&gt;</w:t>
        <w:br/>
        <w:t>Дерево—диякон ризний, служить,&lt;br /&gt;</w:t>
        <w:br/>
        <w:t>кадячи від круч листками.&lt;br /&gt;</w:t>
        <w:br/>
        <w:t>Там серця: засвічені галузки,—&lt;br /&gt;</w:t>
        <w:br/>
        <w:t>ласкою крізь смерть зростались.&lt;br /&gt;</w:t>
        <w:br/>
        <w:t>29.Х.68&lt;br /&gt;</w:t>
        <w:br/>
        <w:t>ПРИЗНАЧЕНИЙ ЧАС</w:t>
      </w:r>
    </w:p>
    <w:p>
      <w:r>
        <w:br/>
        <w:t>Спомин твій стежини гір згубили;&lt;br /&gt;</w:t>
        <w:br/>
        <w:t>де прощання при тополях.&lt;br /&gt;</w:t>
        <w:br/>
        <w:t>Ти: зелена тінь, і коси—ближчі&lt;br /&gt;</w:t>
        <w:br/>
        <w:t>від листків; як струмик, топлять.&lt;br /&gt;</w:t>
        <w:br/>
        <w:t>Чутно голос, мов зростає в страхах;&lt;br /&gt;</w:t>
        <w:br/>
        <w:t>від похмар'я храмик любий...&lt;br /&gt;</w:t>
        <w:br/>
        <w:t>Там з вікна родині просвіт брався—&lt;br /&gt;</w:t>
        <w:br/>
        <w:t>вбоге серце приголубить.&lt;br /&gt;</w:t>
        <w:br/>
        <w:t>Прийме винних! — смертних пожаліє,&lt;br /&gt;</w:t>
        <w:br/>
        <w:t>в свічану метіль берези.&lt;br /&gt;</w:t>
        <w:br/>
        <w:t>Ми з тобою, над життя залізне,&lt;br /&gt;</w:t>
        <w:br/>
        <w:t>взнали вікна, з бомб роздерті.&lt;br /&gt;</w:t>
        <w:br/>
        <w:t>Ти: любов первістка; і вернулась;&lt;br /&gt;</w:t>
        <w:br/>
        <w:t>осінь—переддвер'я карне.&lt;br /&gt;</w:t>
        <w:br/>
        <w:t>Де знайду тебе? з пожеж надтрунна&lt;br /&gt;</w:t>
        <w:br/>
        <w:t>гілка втішити скликає.&lt;br /&gt;</w:t>
        <w:br/>
        <w:t>31.Х.68&lt;br /&gt;</w:t>
        <w:br/>
        <w:t>ВЕРХОГІРНИЙ ЛИСТОПАД</w:t>
      </w:r>
    </w:p>
    <w:p>
      <w:r>
        <w:br/>
        <w:t>Спокій вільхи—чистота свічарні;&lt;br /&gt;</w:t>
        <w:br/>
        <w:t>а листки скрадає дощик.&lt;br /&gt;</w:t>
        <w:br/>
        <w:t>Ми в зміїний гнів і клопіт старчий&lt;br /&gt;</w:t>
        <w:br/>
        <w:t>душим голубу коштовність.&lt;br /&gt;</w:t>
        <w:br/>
        <w:t>На процесії, на мшистих плечах,&lt;br /&gt;</w:t>
        <w:br/>
        <w:t>через гори в скарзі димній,&lt;br /&gt;</w:t>
        <w:br/>
        <w:t>семиогненний світник! і ллється&lt;br /&gt;</w:t>
        <w:br/>
        <w:t>день: проти чорнот гордині:&lt;br /&gt;</w:t>
        <w:br/>
        <w:t>відпадати всій від ребер наших;&lt;br /&gt;</w:t>
        <w:br/>
        <w:t>труп оси на лист кленовий.&lt;br /&gt;</w:t>
        <w:br/>
        <w:t>Подивися: зверх безодні страшить&lt;br /&gt;</w:t>
        <w:br/>
        <w:t>терезами звіт при склоні.&lt;br /&gt;</w:t>
        <w:br/>
        <w:t>Гаснуть голосні вінці на звірах,&lt;br /&gt;</w:t>
        <w:br/>
        <w:t>де гробниці дощик мучить.&lt;br /&gt;</w:t>
        <w:br/>
        <w:t>Тільки знати нам: трояндність рідна—&lt;br /&gt;</w:t>
        <w:br/>
        <w:t>з кров'ю, в жертві неминучій.&lt;br /&gt;</w:t>
        <w:br/>
        <w:t>8.XI.68&lt;br /&gt;</w:t>
        <w:br/>
        <w:t>НЕРАННІЙ РОЗСВІТ</w:t>
      </w:r>
    </w:p>
    <w:p>
      <w:r>
        <w:br/>
        <w:t>Книга згір'я—в круках, як чернетка;&lt;br /&gt;</w:t>
        <w:br/>
        <w:t>і доріжка: нам на сповідь.&lt;br /&gt;</w:t>
        <w:br/>
        <w:t>Крізь дощів'я вслід воскреслий череп&lt;br /&gt;</w:t>
        <w:br/>
        <w:t>світлить воскові тополі.</w:t>
      </w:r>
    </w:p>
    <w:p>
      <w:r>
        <w:br/>
        <w:t>Кущиків стобарвні сни зворушать,&lt;br /&gt;</w:t>
        <w:br/>
        <w:t>біль кровинок! — трави вчасні.&lt;br /&gt;</w:t>
        <w:br/>
        <w:t>Стану: мов, до сліз, дитяча зустріч,&lt;br /&gt;</w:t>
        <w:br/>
        <w:t>молитовністю при чаші.&lt;br /&gt;</w:t>
        <w:br/>
        <w:t>Східній кленик; черлість подорожня;&lt;br /&gt;</w:t>
        <w:br/>
        <w:t>в тінь єпітрахіль сплеснеься.&lt;br /&gt;</w:t>
        <w:br/>
        <w:t>Тиша (до ридання поря, шкода)—&lt;br /&gt;</w:t>
        <w:br/>
        <w:t>тут когось нема в оселях.&lt;br /&gt;</w:t>
        <w:br/>
        <w:t>Мовою німою гори в розмах—&lt;br /&gt;</w:t>
        <w:br/>
        <w:t>синь; орел від крівлі скрилить.&lt;br /&gt;</w:t>
        <w:br/>
        <w:t>Дальня, мов дихання—найдорожча,&lt;br /&gt;</w:t>
        <w:br/>
        <w:t>ти одна, мій мирт примирний.&lt;br /&gt;</w:t>
        <w:br/>
        <w:t>9.XI.68&lt;br /&gt;</w:t>
        <w:br/>
        <w:t>ПОЧАТКОВИЙ СНІГОПАД</w:t>
      </w:r>
    </w:p>
    <w:p>
      <w:r>
        <w:br/>
        <w:t>До ялин благословення сніжне,&lt;br /&gt;</w:t>
        <w:br/>
        <w:t>з білої руки; як пчоли.&lt;br /&gt;</w:t>
        <w:br/>
        <w:t>Жду тебе! зідханнями оживши&lt;br /&gt;</w:t>
        <w:br/>
        <w:t>й пурпуром, гілля шепоче.&lt;br /&gt;</w:t>
        <w:br/>
        <w:t>Мов леліяв ліс: довіку жданий&lt;br /&gt;</w:t>
        <w:br/>
        <w:t>висвіт надпрестолля в себе.&lt;br /&gt;</w:t>
        <w:br/>
        <w:t>(Хоч залізний ворог прикажанив,—&lt;br /&gt;</w:t>
        <w:br/>
        <w:t>рев'я в ребрах піднебесне).&lt;br /&gt;</w:t>
        <w:br/>
        <w:t>Нам—часовня вічна при дорозі,&lt;br /&gt;</w:t>
        <w:br/>
        <w:t>з каменю сузір'їв чиста.&lt;br /&gt;</w:t>
        <w:br/>
        <w:t>Хуртовина ж, мов прочанка, скорить&lt;br /&gt;</w:t>
        <w:br/>
        <w:t>сиві кроки через листя.&lt;br /&gt;</w:t>
        <w:br/>
        <w:t>Нам забути збір образ докучних,&lt;br /&gt;</w:t>
        <w:br/>
        <w:t>бачачи планет лампадку.&lt;br /&gt;</w:t>
        <w:br/>
        <w:t>Всюди, мов берізок острів: душі—&lt;br /&gt;</w:t>
        <w:br/>
        <w:t>в сніжній видноті поглянуть.&lt;br /&gt;</w:t>
        <w:br/>
        <w:t>10.XI.68&lt;br /&gt;</w:t>
        <w:br/>
        <w:t>ЛИСТОПАДНИЙ ОБРАЗ</w:t>
      </w:r>
    </w:p>
    <w:p>
      <w:r>
        <w:br/>
        <w:t>Відбезуміли незгоди в бурях,&lt;br /&gt;</w:t>
        <w:br/>
        <w:t>значені під перстень смерти.&lt;br /&gt;</w:t>
        <w:br/>
        <w:t>Глянь: мільйон монастирів! полюблять&lt;br /&gt;</w:t>
        <w:br/>
        <w:t>від ікони день озерний...&lt;br /&gt;</w:t>
        <w:br/>
        <w:t>Сніжні ризки викладено в образ;&lt;br /&gt;</w:t>
        <w:br/>
        <w:t>та з галузок—шовк огненний.&lt;br /&gt;</w:t>
        <w:br/>
        <w:t>Милості святих очей відродять&lt;br /&gt;</w:t>
        <w:br/>
        <w:t>стан кісток від чорнокленів.&lt;br /&gt;</w:t>
        <w:br/>
        <w:t>Помоліться, схимники з мовчання! —&lt;br /&gt;</w:t>
        <w:br/>
        <w:t>зелен острів; сліз крижинки.&lt;br /&gt;</w:t>
        <w:br/>
        <w:t>Страшно знати: як зірки промчаться&lt;br /&gt;</w:t>
        <w:br/>
        <w:t>наші, над гроби найнижчі.&lt;br /&gt;</w:t>
        <w:br/>
        <w:t>Підкорися, серце, в правду хресну! —&lt;br /&gt;</w:t>
        <w:br/>
        <w:t>місяць, мов лілея, просить...&lt;br /&gt;</w:t>
        <w:br/>
        <w:t>просить небо з війкового терну,&lt;br /&gt;</w:t>
        <w:br/>
        <w:t>і кривавиться крізь осінь.&lt;br /&gt;</w:t>
        <w:br/>
        <w:t>11.XI.68&lt;br /&gt;</w:t>
        <w:br/>
        <w:t>І</w:t>
      </w:r>
    </w:p>
    <w:p>
      <w:r>
        <w:br/>
        <w:t>Ми розділені; ми—найрідніші;&lt;br /&gt;</w:t>
        <w:br/>
        <w:t>смерть і океан між нами.&lt;br /&gt;</w:t>
        <w:br/>
        <w:t>Через хуртовину, без доріжки,&lt;br /&gt;</w:t>
        <w:br/>
        <w:t>гіркоті листків минати.&lt;br /&gt;</w:t>
        <w:br/>
        <w:t>Ніби корабель зими без тебе;&lt;br /&gt;</w:t>
        <w:br/>
        <w:t>тисячовітрилля мчиться.&lt;br /&gt;</w:t>
        <w:br/>
        <w:t>Чую: поруч ти! в огні оберне&lt;br /&gt;</w:t>
        <w:br/>
        <w:t>дзеркало зірок—обличчя.&lt;br /&gt;</w:t>
        <w:br/>
        <w:t>І висока віхола з неволі&lt;br /&gt;</w:t>
        <w:br/>
        <w:t>наша! вбрала ліс димучий.&lt;br /&gt;</w:t>
        <w:br/>
        <w:t>Бачу: гілку озеро прилонить&lt;br /&gt;</w:t>
        <w:br/>
        <w:t>мов косу твою, від кручі.&lt;br /&gt;</w:t>
        <w:br/>
        <w:t>Хуртовині скрізь ланцюг нещастя&lt;br /&gt;</w:t>
        <w:br/>
        <w:t>рвати, крізь топольні пустки.&lt;br /&gt;</w:t>
        <w:br/>
        <w:t>Вік прощення: білістю почався,&lt;br /&gt;</w:t>
        <w:br/>
        <w:t>нам до зустрічі спокутний.&lt;br /&gt;</w:t>
        <w:br/>
        <w:t>13.XI.68&lt;br /&gt;</w:t>
        <w:br/>
        <w:t>II</w:t>
      </w:r>
    </w:p>
    <w:p>
      <w:r>
        <w:br/>
        <w:t>Чудо снів і палахких берізок&lt;br /&gt;</w:t>
        <w:br/>
        <w:t>свічено снігам, на острів!...&lt;br /&gt;</w:t>
        <w:br/>
        <w:t>як провістя: з берегів зберіться,&lt;br /&gt;</w:t>
        <w:br/>
        <w:t>з приозер'я горя, в гості.&lt;br /&gt;</w:t>
        <w:br/>
        <w:t>Нетрі! над зеленими гробами&lt;br /&gt;</w:t>
        <w:br/>
        <w:t>каменів—сім'я знаменна.&lt;br /&gt;</w:t>
        <w:br/>
        <w:t>Всі в найзірчанішу барву вбрані,&lt;br /&gt;</w:t>
        <w:br/>
        <w:t>красні берестки, як з неба.&lt;br /&gt;</w:t>
        <w:br/>
        <w:t>Навіть глибочі над смертю водні&lt;br /&gt;</w:t>
        <w:br/>
        <w:t>склали крижані галузки.&lt;br /&gt;</w:t>
        <w:br/>
        <w:t>І, крізь бурю, сонцеві долоні&lt;br /&gt;</w:t>
        <w:br/>
        <w:t>в сиві прядива сгорнулись.&lt;br /&gt;</w:t>
        <w:br/>
        <w:t>Ми з тобою ниву полюбили—&lt;br /&gt;</w:t>
        <w:br/>
        <w:t>рідну, в хуртовині денній.&lt;br /&gt;</w:t>
        <w:br/>
        <w:t>Гори зводять паруси білисті,&lt;br /&gt;</w:t>
        <w:br/>
        <w:t>свідки: про твою сердечність.&lt;br /&gt;</w:t>
        <w:br/>
        <w:t>14.XI.</w:t>
      </w:r>
    </w:p>
    <w:p>
      <w:r>
        <w:br/>
        <w:t>Вдосвіта, не висловлю: велична&lt;br /&gt;</w:t>
        <w:br/>
        <w:t>виднота! — чи вбрати в думку?&lt;br /&gt;</w:t>
        <w:br/>
        <w:t>Острахи гіркі мороз накликав—&lt;br /&gt;</w:t>
        <w:br/>
        <w:t>крізь печаль: як тінь докучну...&lt;br /&gt;</w:t>
        <w:br/>
        <w:t>і чого? —пройшла чого до стежки,&lt;br /&gt;</w:t>
        <w:br/>
        <w:t>на листки, що криво впали?&lt;br /&gt;</w:t>
        <w:br/>
        <w:t>Пальці втоплеників прибережних,&lt;br /&gt;</w:t>
        <w:br/>
        <w:t>моторошно нетерплячі.&lt;br /&gt;</w:t>
        <w:br/>
        <w:t>А притьма згадались проти гніту&lt;br /&gt;</w:t>
        <w:br/>
        <w:t>молитви наспівні з служби,&lt;br /&gt;</w:t>
        <w:br/>
        <w:t>їх повторюючи, правду звітну&lt;br /&gt;</w:t>
        <w:br/>
        <w:t>враз відчув: їх сили дужчі.&lt;br /&gt;</w:t>
        <w:br/>
        <w:t>Потім—ніби від надгір'я здогад&lt;br /&gt;</w:t>
        <w:br/>
        <w:t>провиднів крізь смутки хворі.&lt;br /&gt;</w:t>
        <w:br/>
        <w:t>Бо поклінністю чуття знаходять&lt;br /&gt;</w:t>
        <w:br/>
        <w:t>просвіт радости в дорозі.&lt;br /&gt;</w:t>
        <w:br/>
        <w:t>16.XI.68&lt;br /&gt;</w:t>
        <w:br/>
        <w:t>ВОСКРЕСНИЙ ЧАС</w:t>
      </w:r>
    </w:p>
    <w:p>
      <w:r>
        <w:br/>
        <w:t>Очі озера: святі! без муки&lt;br /&gt;</w:t>
        <w:br/>
        <w:t>від гробниці всіх снігів.&lt;br /&gt;</w:t>
        <w:br/>
        <w:t>І фіялку волі—відімкнути,&lt;br /&gt;</w:t>
        <w:br/>
        <w:t>ключ від просвіту настиг.&lt;br /&gt;</w:t>
        <w:br/>
        <w:t>Ключ обсипано в квітневу радість,&lt;br /&gt;</w:t>
        <w:br/>
        <w:t>і над огник—онікс легшу.&lt;br /&gt;</w:t>
        <w:br/>
        <w:t>Хоч верба, чи вийшла наридатись? —&lt;br /&gt;</w:t>
        <w:br/>
        <w:t>жертва, в місяці, шаленству.&lt;br /&gt;</w:t>
        <w:br/>
        <w:t>Ключ—напроти чорної провини,&lt;br /&gt;</w:t>
        <w:br/>
        <w:t>що карала крига вкруг:&lt;br /&gt;</w:t>
        <w:br/>
        <w:t>для поради сонцевої вірний&lt;br /&gt;</w:t>
        <w:br/>
        <w:t>ключ, і тайну доторкнув.&lt;br /&gt;</w:t>
        <w:br/>
        <w:t>Доля люба, на озерні очі—&lt;br /&gt;</w:t>
        <w:br/>
        <w:t>процвітами фіялкова:&lt;br /&gt;</w:t>
        <w:br/>
        <w:t>віє вісткою! з огню пророчить,&lt;br /&gt;</w:t>
        <w:br/>
        <w:t>з воскресіння серця—воля.&lt;br /&gt;</w:t>
        <w:br/>
        <w:t>27.IV.69&lt;br /&gt;</w:t>
        <w:br/>
        <w:t>І</w:t>
      </w:r>
    </w:p>
    <w:p>
      <w:r>
        <w:br/>
        <w:t>Незглядимі круки вкруг чигають,&lt;br /&gt;</w:t>
        <w:br/>
        <w:t>крилами вчорнівши в слідність.&lt;br /&gt;</w:t>
        <w:br/>
        <w:t>Заробітно: з гнаного відчаю,—&lt;br /&gt;</w:t>
        <w:br/>
        <w:t>кружать! свічку підглядіти.&lt;br /&gt;</w:t>
        <w:br/>
        <w:t>Білу свічку вбити, свічку-волю;&lt;br /&gt;</w:t>
        <w:br/>
        <w:t>бо,страсна, їм ворог мирний.&lt;br /&gt;</w:t>
        <w:br/>
        <w:t>Стала: "Я вам променем промовлю&lt;br /&gt;</w:t>
        <w:br/>
        <w:t>про неправду змія й свірнів".&lt;br /&gt;</w:t>
        <w:br/>
        <w:t>Відтерпи: їх сіркова спокуса&lt;br /&gt;</w:t>
        <w:br/>
        <w:t>скривджує з пристроїв ярих.&lt;br /&gt;</w:t>
        <w:br/>
        <w:t>Бо заміною,— за гріх! даються,&lt;br /&gt;</w:t>
        <w:br/>
        <w:t>проти тогосвіття в карах.&lt;br /&gt;</w:t>
        <w:br/>
        <w:t>То: між небом нижуть і землею&lt;br /&gt;</w:t>
        <w:br/>
        <w:t>пеклокрильці "воздух" тайний.&lt;br /&gt;</w:t>
        <w:br/>
        <w:t>То: гіпноз огню, людоту мерхлу&lt;br /&gt;</w:t>
        <w:br/>
        <w:t>силячи—на смерть стинатись.&lt;br /&gt;</w:t>
        <w:br/>
        <w:t>Тінню їх залізнооко в розмир&lt;br /&gt;</w:t>
        <w:br/>
        <w:t>кружать кажани дзвенющі.&lt;br /&gt;</w:t>
        <w:br/>
        <w:t>Відтерпи напасті! знов боронить&lt;br /&gt;</w:t>
        <w:br/>
        <w:t>яблуня—стежки і душі.&lt;br /&gt;</w:t>
        <w:br/>
        <w:t>З.У.69&lt;br /&gt;</w:t>
        <w:br/>
        <w:t>II</w:t>
      </w:r>
    </w:p>
    <w:p>
      <w:r>
        <w:br/>
        <w:t>Проти вогнекрилля в реві й димі—&lt;br /&gt;</w:t>
        <w:br/>
        <w:t>пеклого, з пір'їн гудучих;&lt;br /&gt;</w:t>
        <w:br/>
        <w:t>проти кішла, звідки смерть відмірить&lt;br /&gt;</w:t>
        <w:br/>
        <w:t>стежку крови при сундуччі,&lt;br /&gt;</w:t>
        <w:br/>
        <w:t>стежку розграбунків серця й поля,&lt;br /&gt;</w:t>
        <w:br/>
        <w:t>й кістяків—-на скарбний брязкіт;&lt;br /&gt;</w:t>
        <w:br/>
        <w:t>проти прірви, де гріхи половлять&lt;br /&gt;</w:t>
        <w:br/>
        <w:t>медом голосів заразних,—&lt;br /&gt;</w:t>
        <w:br/>
        <w:t>збережім весну в мільярд коронок&lt;br /&gt;</w:t>
        <w:br/>
        <w:t>роснихгз вишнями квітниться,—&lt;br /&gt;</w:t>
        <w:br/>
        <w:t>і ялину неба зіркового,&lt;br /&gt;</w:t>
        <w:br/>
        <w:t>мов різдвяну з повносвіччя.&lt;br /&gt;</w:t>
        <w:br/>
        <w:t>Збережім: луги, струмком веселі,&lt;br /&gt;</w:t>
        <w:br/>
        <w:t>стрівши (й цвинтар не розлучить!)—&lt;br /&gt;</w:t>
        <w:br/>
        <w:t>сонце журавлине серед стелі&lt;br /&gt;</w:t>
        <w:br/>
        <w:t>голубої хати в лузі.</w:t>
      </w:r>
    </w:p>
    <w:p>
      <w:r>
        <w:br/>
        <w:t>Збережім луги: дарують, ждучи,&lt;br /&gt;</w:t>
        <w:br/>
        <w:t>над вінок сузір'їв—ласку.&lt;br /&gt;</w:t>
        <w:br/>
        <w:t>Крильні сфери, стежами жемчужні,&lt;br /&gt;</w:t>
        <w:br/>
        <w:t>з вічного життя скликають.&lt;br /&gt;</w:t>
        <w:br/>
        <w:t>І відкрився, над кристалля зводів,—&lt;br /&gt;</w:t>
        <w:br/>
        <w:t>зверх небесних чайок церкви,&lt;br /&gt;</w:t>
        <w:br/>
        <w:t>в зірці з блискавок: престол визвольний,&lt;br /&gt;</w:t>
        <w:br/>
        <w:t>звідки сонце—душі хрестить.&lt;br /&gt;</w:t>
        <w:br/>
        <w:t>9^.68&lt;br /&gt;</w:t>
        <w:br/>
        <w:t>ГОРНІЙ СКАРБ</w:t>
      </w:r>
    </w:p>
    <w:p>
      <w:r>
        <w:br/>
        <w:t>Безнебесні, хоч, на срібних горах,&lt;br /&gt;</w:t>
        <w:br/>
        <w:t>де мости із самоцвітів:&lt;br /&gt;</w:t>
        <w:br/>
        <w:t>ми—злидота! комашня міжгробна;&lt;br /&gt;</w:t>
        <w:br/>
        <w:t>і скелети глина змістить.&lt;br /&gt;</w:t>
        <w:br/>
        <w:t>Кров зотліти в листя перев'яне,&lt;br /&gt;</w:t>
        <w:br/>
        <w:t>через смерть і сніг тойбіччя:&lt;br /&gt;</w:t>
        <w:br/>
        <w:t>всім,— а, мов магнолія, віясте&lt;br /&gt;</w:t>
        <w:br/>
        <w:t>світло втішення домчиться.&lt;br /&gt;</w:t>
        <w:br/>
        <w:t>То благати бранцеві дрібному&lt;br /&gt;</w:t>
        <w:br/>
        <w:t>з милости, що ввік прибутна—&lt;br /&gt;</w:t>
        <w:br/>
        <w:t>в білого Ісуса: хліба—корму&lt;br /&gt;</w:t>
        <w:br/>
        <w:t>крихотку, від сонця в грудях.&lt;br /&gt;</w:t>
        <w:br/>
        <w:t>Всім сузір'я схиляться трибратні:&lt;br /&gt;</w:t>
        <w:br/>
        <w:t>від надсвіття вишень рідних...&lt;br /&gt;</w:t>
        <w:br/>
        <w:t>до відпущення провин при брамі,&lt;br /&gt;</w:t>
        <w:br/>
        <w:t>звідки свічі днів судились.&lt;br /&gt;</w:t>
        <w:br/>
        <w:t>Близько цвіт, немов дитячий усміх—&lt;br /&gt;</w:t>
        <w:br/>
        <w:t>щирий! з острова надходить:&lt;br /&gt;</w:t>
        <w:br/>
        <w:t>бо зустрівся кущик огнеустий,&lt;br /&gt;</w:t>
        <w:br/>
        <w:t>кинувши галуззя в досвіт.&lt;br /&gt;</w:t>
        <w:br/>
        <w:t>5,7.V.69&lt;br /&gt;</w:t>
        <w:br/>
        <w:t>ДЕННА НІЧ</w:t>
      </w:r>
    </w:p>
    <w:p>
      <w:r>
        <w:br/>
        <w:t>Монастир сузір'їв: став—надсвітець:&lt;br /&gt;</w:t>
        <w:br/>
        <w:t>ми в недолі заблудили.&lt;br /&gt;</w:t>
        <w:br/>
        <w:t>Ясен жде, як ченчик; заповітне&lt;br /&gt;</w:t>
        <w:br/>
        <w:t>море рветься в брами блідні.</w:t>
      </w:r>
    </w:p>
    <w:p>
      <w:r>
        <w:br/>
        <w:t>А, під кручами, чи знов побачу,&lt;br /&gt;</w:t>
        <w:br/>
        <w:t>хоч би привид над труною?&lt;br /&gt;</w:t>
        <w:br/>
        <w:t>Човен: чий? на глибину рибальську&lt;br /&gt;</w:t>
        <w:br/>
        <w:t>сплив—смиренністю дрібною.&lt;br /&gt;</w:t>
        <w:br/>
        <w:t>Завжди в морі, при живій пожежі—&lt;br /&gt;</w:t>
        <w:br/>
        <w:t>згадка про спасенні сили...&lt;br /&gt;</w:t>
        <w:br/>
        <w:t>Порадіти! до хаток блаженний&lt;br /&gt;</w:t>
        <w:br/>
        <w:t>зіркостан руша схилитись.&lt;br /&gt;</w:t>
        <w:br/>
        <w:t>На розп'ятті жеврить, по надгір'ю,—&lt;br /&gt;</w:t>
        <w:br/>
        <w:t>в сонця й місяця, як цвяхів:&lt;br /&gt;</w:t>
        <w:br/>
        <w:t>рана Спаса! біль скрапає; й вірну&lt;br /&gt;</w:t>
        <w:br/>
        <w:t>келію веселки святить.&lt;br /&gt;</w:t>
        <w:br/>
        <w:t>Став на роздоріжжі всесвіт—бранець;&lt;br /&gt;</w:t>
        <w:br/>
        <w:t>розпинати, склявши, будуть:&lt;br /&gt;</w:t>
        <w:br/>
        <w:t>наче тінь Христа, в страшне прадавнє&lt;br /&gt;</w:t>
        <w:br/>
        <w:t>мучення—з нічного суду.&lt;br /&gt;</w:t>
        <w:br/>
        <w:t>25,27.VI.69&lt;br /&gt;</w:t>
        <w:br/>
        <w:t>МАЙБУТНЯ ТИШИНА</w:t>
      </w:r>
    </w:p>
    <w:p>
      <w:r>
        <w:br/>
        <w:t>На руїні правди—сила серця&lt;br /&gt;</w:t>
        <w:br/>
        <w:t>вся туманами збігала.&lt;br /&gt;</w:t>
        <w:br/>
        <w:t>Тільки згадка неба не зітреться&lt;br /&gt;</w:t>
        <w:br/>
        <w:t>хресного! іконна згадка...&lt;br /&gt;</w:t>
        <w:br/>
        <w:t>стародавня, при стіні та дубі,&lt;br /&gt;</w:t>
        <w:br/>
        <w:t>вежі, цвинтарі, соборі.&lt;br /&gt;</w:t>
        <w:br/>
        <w:t>Інок півдня на душі розбудить&lt;br /&gt;</w:t>
        <w:br/>
        <w:t>голубі молитви скорбних.&lt;br /&gt;</w:t>
        <w:br/>
        <w:t>Понесуть смутну його й несмілу&lt;br /&gt;</w:t>
        <w:br/>
        <w:t>просьбу: де престольний ірій.&lt;br /&gt;</w:t>
        <w:br/>
        <w:t>І вогонь від ангельського змісту,&lt;br /&gt;</w:t>
        <w:br/>
        <w:t>тихо! — радістю приріднить.&lt;br /&gt;</w:t>
        <w:br/>
        <w:t>Там примирно, з крилами спокою,&lt;br /&gt;</w:t>
        <w:br/>
        <w:t>випромінються святість—&lt;br /&gt;</w:t>
        <w:br/>
        <w:t>крізь одвічні зводи зірковою&lt;br /&gt;</w:t>
        <w:br/>
        <w:t>вірністю: в життя зростати.&lt;br /&gt;</w:t>
        <w:br/>
        <w:t>Десь до отрочого односвіччя&lt;br /&gt;</w:t>
        <w:br/>
        <w:t>паленого в кроткій жертві,&lt;br /&gt;</w:t>
        <w:br/>
        <w:t>стала— Тройці білість невечірня;&lt;br /&gt;</w:t>
        <w:br/>
        <w:t>мов роменно! небо стежить.&lt;br /&gt;</w:t>
        <w:br/>
        <w:t>10.VII.69&lt;br /&gt;</w:t>
        <w:br/>
        <w:t>НАГАДКА ГРОЗИ</w:t>
      </w:r>
    </w:p>
    <w:p>
      <w:r>
        <w:br/>
        <w:t>Доля в ланцюги громів замкнула&lt;br /&gt;</w:t>
        <w:br/>
        <w:t>землю серед злив зелених...&lt;br /&gt;</w:t>
        <w:br/>
        <w:t>розпаливши кузні й на малюнках&lt;br /&gt;</w:t>
        <w:br/>
        <w:t>лісу побуявши в леви.&lt;br /&gt;</w:t>
        <w:br/>
        <w:t>Серед стріл, під терезами кари,&lt;br /&gt;</w:t>
        <w:br/>
        <w:t>ждуть істоти неспокутні—&lt;br /&gt;</w:t>
        <w:br/>
        <w:t>в трепеті: бо видно з книг надхмарних&lt;br /&gt;</w:t>
        <w:br/>
        <w:t>блискавкам, кого торкнути.&lt;br /&gt;</w:t>
        <w:br/>
        <w:t>І душа, відтерплюючи грибну&lt;br /&gt;</w:t>
        <w:br/>
        <w:t>цвілину з марнот щоденства,&lt;br /&gt;</w:t>
        <w:br/>
        <w:t>аж до дна грудей—до спрутів бриду—&lt;br /&gt;</w:t>
        <w:br/>
        <w:t>адського! як птах, стенеться.&lt;br /&gt;</w:t>
        <w:br/>
        <w:t>Чи війна? крізь дощові повтори,&lt;br /&gt;</w:t>
        <w:br/>
        <w:t>ниви серця будить згаслі...&lt;br /&gt;</w:t>
        <w:br/>
        <w:t>в сполох заклина і криком&lt;br /&gt;</w:t>
        <w:br/>
        <w:t>гірко! з тління визволятись.&lt;br /&gt;</w:t>
        <w:br/>
        <w:t>То війна покровлена з грозою,&lt;br /&gt;</w:t>
        <w:br/>
        <w:t>іспити в секунду справить:&lt;br /&gt;</w:t>
        <w:br/>
        <w:t>чи цвіте під кісткою грудною&lt;br /&gt;</w:t>
        <w:br/>
        <w:t>лілія огню для правди?&lt;br /&gt;</w:t>
        <w:br/>
        <w:t>Щоб не гниль достояла літепла,&lt;br /&gt;</w:t>
        <w:br/>
        <w:t>жабуринністю тканившись.&lt;br /&gt;</w:t>
        <w:br/>
        <w:t>Чи розкриється жарке трепеття&lt;br /&gt;</w:t>
        <w:br/>
        <w:t>віри—в книгу шестикрилих?&lt;br /&gt;</w:t>
        <w:br/>
        <w:t>Від грози нам осуди відчутні&lt;br /&gt;</w:t>
        <w:br/>
        <w:t>за мерзоту днів сірчану,&lt;br /&gt;</w:t>
        <w:br/>
        <w:t>за в'ялизну рибокровну: в суті&lt;br /&gt;</w:t>
        <w:br/>
        <w:t>прожиття—під темну чарку.&lt;br /&gt;</w:t>
        <w:br/>
        <w:t>Ланцюги громів складає в окрест&lt;br /&gt;</w:t>
        <w:br/>
        <w:t>буря—крізь буття безсвятне...&lt;br /&gt;</w:t>
        <w:br/>
        <w:t>блиском заклина! дощами просить&lt;br /&gt;</w:t>
        <w:br/>
        <w:t>страшно: з тління визволяйтесь.&lt;br /&gt;</w:t>
        <w:br/>
        <w:t>16-20.VII.69</w:t>
      </w:r>
    </w:p>
    <w:p>
      <w:r>
        <w:br/>
        <w:t>Ти терпи, складаючи в негоді&lt;br /&gt;</w:t>
        <w:br/>
        <w:t>промурок при мертвій прірві.&lt;br /&gt;</w:t>
        <w:br/>
        <w:t>Звідки з'явцева навала зводить&lt;br /&gt;</w:t>
        <w:br/>
        <w:t>сто зміїн: часовню гризти.&lt;br /&gt;</w:t>
        <w:br/>
        <w:t>Ти терпи, наперекір мароті,&lt;br /&gt;</w:t>
        <w:br/>
        <w:t>стрій докріплюючи в камінь:&lt;br /&gt;</w:t>
        <w:br/>
        <w:t>і жало і подих відбороти,&lt;br /&gt;</w:t>
        <w:br/>
        <w:t>хоч давун півсонця ярмить.&lt;br /&gt;</w:t>
        <w:br/>
        <w:t>Хоч крицеві кречети нестерпні&lt;br /&gt;</w:t>
        <w:br/>
        <w:t>висоту січуть і хилять.&lt;br /&gt;</w:t>
        <w:br/>
        <w:t>Нашого спасіння білий хрестик&lt;br /&gt;</w:t>
        <w:br/>
        <w:t>звів, на грудях неба!—крилля.&lt;br /&gt;</w:t>
        <w:br/>
        <w:t>І для нього грановид часовні,&lt;br /&gt;</w:t>
        <w:br/>
        <w:t>вбравши зброю неоружну,&lt;br /&gt;</w:t>
        <w:br/>
        <w:t>свій святий світильник семиогній&lt;br /&gt;</w:t>
        <w:br/>
        <w:t>зберіга: в псалом і службу.&lt;br /&gt;</w:t>
        <w:br/>
        <w:t>24.VII.69&lt;br /&gt;</w:t>
        <w:br/>
        <w:t>ЗНАЧЕННЯ ВРАЗИ</w:t>
      </w:r>
    </w:p>
    <w:p>
      <w:r>
        <w:br/>
        <w:t>Я нікому не суддя! і знаю&lt;br /&gt;</w:t>
        <w:br/>
        <w:t>тінь свою в тропі щоденній.&lt;br /&gt;</w:t>
        <w:br/>
        <w:t>Коло башти присудив до зламу&lt;br /&gt;</w:t>
        <w:br/>
        <w:t>грім — ялину, кору здерши.&lt;br /&gt;</w:t>
        <w:br/>
        <w:t>Кору—збризнувши навкруг, як згубу&lt;br /&gt;</w:t>
        <w:br/>
        <w:t>царської парчі на трави:&lt;br /&gt;</w:t>
        <w:br/>
        <w:t>звідти з літер прочитай пробудну&lt;br /&gt;</w:t>
        <w:br/>
        <w:t>звістку про пишноти втратні.&lt;br /&gt;</w:t>
        <w:br/>
        <w:t>При дощі, з краплистою вагою,&lt;br /&gt;</w:t>
        <w:br/>
        <w:t>в розтріски корона зверглась:&lt;br /&gt;</w:t>
        <w:br/>
        <w:t>звідти з ноток вимовляй терпкою&lt;br /&gt;</w:t>
        <w:br/>
        <w:t>згадку про шумке мізер'я.&lt;br /&gt;</w:t>
        <w:br/>
        <w:t>З кожною грозою судьби дужчі—&lt;br /&gt;</w:t>
        <w:br/>
        <w:t>думку вчать: про вічні звіти.&lt;br /&gt;</w:t>
        <w:br/>
        <w:t>Осінь дожида! квиток доручить&lt;br /&gt;</w:t>
        <w:br/>
        <w:t>огняний—на вихід звідси.&lt;br /&gt;</w:t>
        <w:br/>
        <w:t>24.VII.69&lt;br /&gt;</w:t>
        <w:br/>
        <w:t>Рано! з острова тумани котять&lt;br /&gt;</w:t>
        <w:br/>
        <w:t>пальці на озер'я липня.&lt;br /&gt;</w:t>
        <w:br/>
        <w:t>Сотнями гілок горить істота&lt;br /&gt;</w:t>
        <w:br/>
        <w:t>кожна: в зміїв гріх провинна.&lt;br /&gt;</w:t>
        <w:br/>
        <w:t>Многості прискладів, тайно владних,&lt;br /&gt;</w:t>
        <w:br/>
        <w:t>строї неба в людях держать.&lt;br /&gt;</w:t>
        <w:br/>
        <w:t>Ні з сузір'їв свічена лампадність&lt;br /&gt;</w:t>
        <w:br/>
        <w:t>не красніша в їх пожежах.&lt;br /&gt;</w:t>
        <w:br/>
        <w:t>Рано! трепети і подих свіжий;&lt;br /&gt;</w:t>
        <w:br/>
        <w:t>день по краплі рветься: в розпал.&lt;br /&gt;</w:t>
        <w:br/>
        <w:t>Що—весь космос? океанна жизність,&lt;br /&gt;</w:t>
        <w:br/>
        <w:t>чи—як сосна, в смерті проста?</w:t>
      </w:r>
    </w:p>
    <w:p>
      <w:r>
        <w:br/>
        <w:t>Хоч на місяці з триніг торкнули&lt;br /&gt;</w:t>
        <w:br/>
        <w:t>стопи камінь, мов скелетний.&lt;br /&gt;</w:t>
        <w:br/>
        <w:t>То дрібнота, хутір! сивий вулик&lt;br /&gt;</w:t>
        <w:br/>
        <w:t>без бджоли: людей смертельців.&lt;br /&gt;</w:t>
        <w:br/>
        <w:t>Рано; серце—як вікно відкрите:&lt;br /&gt;</w:t>
        <w:br/>
        <w:t>в озеро та в очі неба.&lt;br /&gt;</w:t>
        <w:br/>
        <w:t>Ми забули, що гроза докрикне,&lt;br /&gt;</w:t>
        <w:br/>
        <w:t>ліхтарями корабельна.&lt;br /&gt;</w:t>
        <w:br/>
        <w:t>25.VII.69</w:t>
      </w:r>
    </w:p>
    <w:p>
      <w:r>
        <w:br/>
        <w:t>Чудо! проти помети безсвітанних&lt;br /&gt;</w:t>
        <w:br/>
        <w:t>криводумів; чаша—чудо:&lt;br /&gt;</w:t>
        <w:br/>
        <w:t>що любов подужує ненависть,&lt;br /&gt;</w:t>
        <w:br/>
        <w:t>звучи в церкву многолюдну.</w:t>
      </w:r>
    </w:p>
    <w:p>
      <w:r>
        <w:br/>
        <w:t>Свідчена через очиток свічки:&lt;br /&gt;</w:t>
        <w:br/>
        <w:t>в храмі, стінами—без цегли,&lt;br /&gt;</w:t>
        <w:br/>
        <w:t>правда (без кропил і сварок звичних)—&lt;br /&gt;</w:t>
        <w:br/>
        <w:t>краща, ніж вінці двірцеві.&lt;br /&gt;</w:t>
        <w:br/>
        <w:t>Ми розширили повіки, ждучи&lt;br /&gt;</w:t>
        <w:br/>
        <w:t>прилетнів дальнопланетних;&lt;br /&gt;</w:t>
        <w:br/>
        <w:t>ніби диво дивовиж дивнющих—&lt;br /&gt;</w:t>
        <w:br/>
        <w:t>гості: з голубої стелі.&lt;br /&gt;</w:t>
        <w:br/>
        <w:t>А зійшов з-над космосів страждати&lt;br /&gt;</w:t>
        <w:br/>
        <w:t>сам Творець, від дому сили:&lt;br /&gt;</w:t>
        <w:br/>
        <w:t>в ризі неба! в чудо світла вбраний,—&lt;br /&gt;</w:t>
        <w:br/>
        <w:t>ми ж, невірці, відступились.&lt;br /&gt;</w:t>
        <w:br/>
        <w:t>І замкнула в ґрати тьма погребна,&lt;br /&gt;</w:t>
        <w:br/>
        <w:t>смертна! —і воскрес, нетлінник.&lt;br /&gt;</w:t>
        <w:br/>
        <w:t>Чудо: над огонь землі і неба;&lt;br /&gt;</w:t>
        <w:br/>
        <w:t>з олтаря знаходить грішних.&lt;br /&gt;</w:t>
        <w:br/>
        <w:t>Над безодні, над зміїні палі&lt;br /&gt;</w:t>
        <w:br/>
        <w:t>океану жарового—&lt;br /&gt;</w:t>
        <w:br/>
        <w:t>чудо квітнить парус: пропливати,&lt;br /&gt;</w:t>
        <w:br/>
        <w:t>душі ведучи, як сторож.&lt;br /&gt;</w:t>
        <w:br/>
        <w:t>Пробіга супутний: від пригроззя,&lt;br /&gt;</w:t>
        <w:br/>
        <w:t>з хати блискавок, як птиця.&lt;br /&gt;</w:t>
        <w:br/>
        <w:t>Де й стежина в східцях неозора—&lt;br /&gt;</w:t>
        <w:br/>
        <w:t>пада; й сизоцвіт напився.&lt;br /&gt;</w:t>
        <w:br/>
        <w:t>Що злокрилля згубників? не зважить&lt;br /&gt;</w:t>
        <w:br/>
        <w:t>хоч за ними—тьми двірцевість,&lt;br /&gt;</w:t>
        <w:br/>
        <w:t>і неправд інфрапромінна вражість&lt;br /&gt;</w:t>
        <w:br/>
        <w:t>прогляда з очей крицевих.</w:t>
      </w:r>
    </w:p>
    <w:p>
      <w:r>
        <w:br/>
        <w:t>Просьби повиконує послушник&lt;br /&gt;</w:t>
        <w:br/>
        <w:t>скиту: звідки клич дзвіничний.&lt;br /&gt;</w:t>
        <w:br/>
        <w:t>Проти спраги,— болями палючі&lt;br /&gt;</w:t>
        <w:br/>
        <w:t>виразки в крові залічить.&lt;br /&gt;</w:t>
        <w:br/>
        <w:t>Ніби з суду сто регалій плавить&lt;br /&gt;</w:t>
        <w:br/>
        <w:t>пальцями—в струмки на грудях.&lt;br /&gt;</w:t>
        <w:br/>
        <w:t>Щестиверхі діядеми в звали&lt;br /&gt;</w:t>
        <w:br/>
        <w:t>сточує: пісок розбудять.&lt;br /&gt;</w:t>
        <w:br/>
        <w:t>До призначення, як храмник, слідуй&lt;br /&gt;</w:t>
        <w:br/>
        <w:t>течіями серця в сплески.&lt;br /&gt;</w:t>
        <w:br/>
        <w:t>І мета: проголубів мандрівцю —&lt;br /&gt;</w:t>
        <w:br/>
        <w:t>океанів двір прискельний.&lt;br /&gt;</w:t>
        <w:br/>
        <w:t>Ти, роздарувавши всюди ківшик,&lt;br /&gt;</w:t>
        <w:br/>
        <w:t>стань навколішки, як скорбник:&lt;br /&gt;</w:t>
        <w:br/>
        <w:t>і спокутуй недозбутки грішні,&lt;br /&gt;</w:t>
        <w:br/>
        <w:t>і забудь провалля в борі.&lt;br /&gt;</w:t>
        <w:br/>
        <w:t>Розточися! зник: нема; розлитий;&lt;br /&gt;</w:t>
        <w:br/>
        <w:t>в океані скромна частка.&lt;br /&gt;</w:t>
        <w:br/>
        <w:t>Знов на славу неба білозірник&lt;br /&gt;</w:t>
        <w:br/>
        <w:t>тихо з джерела почався.&lt;br /&gt;</w:t>
        <w:br/>
        <w:t>22-25. VIII. 69&lt;br /&gt;</w:t>
        <w:br/>
        <w:t>ЗМІНА ВСЕСВІТУ</w:t>
      </w:r>
    </w:p>
    <w:p>
      <w:r>
        <w:br/>
        <w:t>Вседержитель неба в смерть розп'явшись,—&lt;br /&gt;</w:t>
        <w:br/>
        <w:t>нас від пекла відгородить!...&lt;br /&gt;</w:t>
        <w:br/>
        <w:t>Вже і вигляд сонця: ніби справжній&lt;br /&gt;</w:t>
        <w:br/>
        <w:t>камінь при безодні—гробі.</w:t>
      </w:r>
    </w:p>
    <w:p>
      <w:r>
        <w:br/>
        <w:t>Знаймо, браття скорбі: "це за мене,&lt;br /&gt;</w:t>
        <w:br/>
        <w:t>від геєни, в небо сикуп."&lt;br /&gt;</w:t>
        <w:br/>
        <w:t>Кладення огню і світла меркне;&lt;br /&gt;</w:t>
        <w:br/>
        <w:t>з трепету сузір'я никнуть...&lt;br /&gt;</w:t>
        <w:br/>
        <w:t>тронному Отцеві хрест прилюдний&lt;br /&gt;</w:t>
        <w:br/>
        <w:t>і видима смерть синовня—&lt;br /&gt;</w:t>
        <w:br/>
        <w:t>страшно блискавками болю в груди&lt;br /&gt;</w:t>
        <w:br/>
        <w:t>падаючи, рани вносять.&lt;br /&gt;</w:t>
        <w:br/>
        <w:t>Вся змінилась тканями вселенна—&lt;br /&gt;</w:t>
        <w:br/>
        <w:t>вся в крові, з хреста пролитій,&lt;br /&gt;</w:t>
        <w:br/>
        <w:t>і від муки Божої стенеться:&lt;br /&gt;</w:t>
        <w:br/>
        <w:t>до ридання білокрилих.&lt;br /&gt;</w:t>
        <w:br/>
        <w:t>Бо невисловимо гірш від смерти —&lt;br /&gt;</w:t>
        <w:br/>
        <w:t>бачити, як сина мучать:&lt;br /&gt;</w:t>
        <w:br/>
        <w:t>зганьблений і цвяхами роздертий;&lt;br /&gt;</w:t>
        <w:br/>
        <w:t>жертва на всесвітніх кручах.&lt;br /&gt;</w:t>
        <w:br/>
        <w:t>Там, звисаючи в німе страждання&lt;br /&gt;</w:t>
        <w:br/>
        <w:t>вже конає, вже погибель!..&lt;br /&gt;</w:t>
        <w:br/>
        <w:t>Кожна мить—як вічність нескричанна:&lt;br /&gt;</w:t>
        <w:br/>
        <w:t>полумям на тіло блідне.&lt;br /&gt;</w:t>
        <w:br/>
        <w:t>Все каратись, на безкрайній розпач&lt;br /&gt;</w:t>
        <w:br/>
        <w:t>капель крови: всіх, безкрайній.&lt;br /&gt;</w:t>
        <w:br/>
        <w:t>Гинучи, з нестерпністю боровся,&lt;br /&gt;</w:t>
        <w:br/>
        <w:t>змирено, безгрішний страдник.</w:t>
      </w:r>
    </w:p>
    <w:p>
      <w:r>
        <w:br/>
        <w:t>Мучення горюче, все до іскри —&lt;br /&gt;</w:t>
        <w:br/>
        <w:t>вже в нищимості пожежній:&lt;br /&gt;</w:t>
        <w:br/>
        <w:t>люто! вбивчою бідою в звірській&lt;br /&gt;</w:t>
        <w:br/>
        <w:t>вигадці—взялось над межі...&lt;br /&gt;</w:t>
        <w:br/>
        <w:t>і стерзала пламенна кривавість&lt;br /&gt;</w:t>
        <w:br/>
        <w:t>думи Отці!—в круг терновий,&lt;br /&gt;</w:t>
        <w:br/>
        <w:t>ранами розп'яття грізно рвавши&lt;br /&gt;</w:t>
        <w:br/>
        <w:t>серце через смертний просвіт.&lt;br /&gt;</w:t>
        <w:br/>
        <w:t>Стан жахний довічно збережеться&lt;br /&gt;</w:t>
        <w:br/>
        <w:t>ніби в звід сузірно влившись:&lt;br /&gt;</w:t>
        <w:br/>
        <w:t>претерпіння Божого!... з блаженства—&lt;br /&gt;</w:t>
        <w:br/>
        <w:t>в скорб, до згадок янголиних.&lt;br /&gt;</w:t>
        <w:br/>
        <w:t>Хоч ніколи не збагнуть! ніколи,&lt;br /&gt;</w:t>
        <w:br/>
        <w:t>ні земля, ні небо щирі,&lt;br /&gt;</w:t>
        <w:br/>
        <w:t>болю Отчого: з лілей іконних—&lt;br /&gt;</w:t>
        <w:br/>
        <w:t>церкву, як сім'ю, примирить.&lt;br /&gt;</w:t>
        <w:br/>
        <w:t>26.VIII.69&lt;br /&gt;</w:t>
        <w:br/>
        <w:t>ПРОТИСТАВНИЙ ДОСВІТ</w:t>
      </w:r>
    </w:p>
    <w:p>
      <w:r>
        <w:br/>
        <w:t>Відскорбів туман, і страх відхмаривсь;&lt;br /&gt;</w:t>
        <w:br/>
        <w:t>і крізь морові завіси —&lt;br /&gt;</w:t>
        <w:br/>
        <w:t>звід соняшниковіє! із брами&lt;br /&gt;</w:t>
        <w:br/>
        <w:t>видно висхід благовісний.</w:t>
      </w:r>
    </w:p>
    <w:p>
      <w:r>
        <w:br/>
        <w:t>Що то? племена світил родились?..&lt;br /&gt;</w:t>
        <w:br/>
        <w:t>— брате, ні! —то мирне царство.&lt;br /&gt;</w:t>
        <w:br/>
        <w:t>Радо, проти розсварів кадильних,&lt;br /&gt;</w:t>
        <w:br/>
        <w:t>корогвою серце вбралось.&lt;br /&gt;</w:t>
        <w:br/>
        <w:t>Чи над скринями алмазів—згода?..&lt;br /&gt;</w:t>
        <w:br/>
        <w:t>— брате, ні! князі замкнулись.&lt;br /&gt;</w:t>
        <w:br/>
        <w:t>Там сатаніїла барвлять в одяг&lt;br /&gt;</w:t>
        <w:br/>
        <w:t>влади: гибеллю обкутий.&lt;br /&gt;</w:t>
        <w:br/>
        <w:t>Чи в оселях привітались вікна?..&lt;br /&gt;</w:t>
        <w:br/>
        <w:t>— брате, денна ніч аж пеклить!&lt;br /&gt;</w:t>
        <w:br/>
        <w:t>Густо змії стебляться з проквіття&lt;br /&gt;</w:t>
        <w:br/>
        <w:t>пащами: в грядки вселенські.</w:t>
      </w:r>
    </w:p>
    <w:p>
      <w:r>
        <w:br/>
        <w:t>Празник строєно,—в тяготи жорна,—&lt;br /&gt;</w:t>
        <w:br/>
        <w:t>з ланцюгом на смирних душах.&lt;br /&gt;</w:t>
        <w:br/>
        <w:t>Мудреці ж свої в кістках ворожать;&lt;br /&gt;</w:t>
        <w:br/>
        <w:t>книги тьми втесавши, сушать.&lt;br /&gt;</w:t>
        <w:br/>
        <w:t>Як нам царство з вівтаря стрічати?..&lt;br /&gt;</w:t>
        <w:br/>
        <w:t>— брате мій! пряди терпіння:&lt;br /&gt;</w:t>
        <w:br/>
        <w:t>ниткою огню і криці вчасне! —&lt;br /&gt;</w:t>
        <w:br/>
        <w:t>в просвіт чаші преклонімся.&lt;br /&gt;</w:t>
        <w:br/>
        <w:t>Близько: проти змієдійства ночі,&lt;br /&gt;</w:t>
        <w:br/>
        <w:t>киданого з крил набрезклих,—&lt;br /&gt;</w:t>
        <w:br/>
        <w:t>близько: тисяча берез пророчить,&lt;br /&gt;</w:t>
        <w:br/>
        <w:t>як псалтир свічний, над берег.&lt;br /&gt;</w:t>
        <w:br/>
        <w:t>27.VIII.69</w:t>
      </w:r>
    </w:p>
    <w:p>
      <w:r>
        <w:br/>
        <w:t>Гори замкнуто; ключів нікому! —&lt;br /&gt;</w:t>
        <w:br/>
        <w:t>білий здогад про святиню.&lt;br /&gt;</w:t>
        <w:br/>
        <w:t>Хто підняти корогву церковну&lt;br /&gt;</w:t>
        <w:br/>
        <w:t>в хресному обході встигнув?&lt;br /&gt;</w:t>
        <w:br/>
        <w:t>Стануть: стукати в дверні заліза,&lt;br /&gt;</w:t>
        <w:br/>
        <w:t>а відтіль ченці крилаті.&lt;br /&gt;</w:t>
        <w:br/>
        <w:t>Хто, від поля, їх кереї визнав—&lt;br /&gt;</w:t>
        <w:br/>
        <w:t>сніжні, з полум'я на варті?&lt;br /&gt;</w:t>
        <w:br/>
        <w:t>Серце в кайданах! а не губитись&lt;br /&gt;</w:t>
        <w:br/>
        <w:t>від страсних пелюсток воску.&lt;br /&gt;</w:t>
        <w:br/>
        <w:t>Кров'ю всіх сузір'їв літописних&lt;br /&gt;</w:t>
        <w:br/>
        <w:t>вислів дано в скорб високу.&lt;br /&gt;</w:t>
        <w:br/>
        <w:t>Поклонись при голубах чернечих;&lt;br /&gt;</w:t>
        <w:br/>
        <w:t>а про череп свій забути.&lt;br /&gt;</w:t>
        <w:br/>
        <w:t>Відімкнулись гори! світ—невечір:&lt;br /&gt;</w:t>
        <w:br/>
        <w:t>мов кіот Мадонни в будні.&lt;br /&gt;</w:t>
        <w:br/>
        <w:t>То зневажмо визвірства пустині,&lt;br /&gt;</w:t>
        <w:br/>
        <w:t>хоч, вінцями грізні, змучать.&lt;br /&gt;</w:t>
        <w:br/>
        <w:t>Близько час огненний хліб святити:&lt;br /&gt;</w:t>
        <w:br/>
        <w:t>правді—на поклінних учтах.&lt;br /&gt;</w:t>
        <w:br/>
        <w:t>28.VIII.69&lt;br /&gt;</w:t>
        <w:br/>
        <w:t>РІД</w:t>
      </w:r>
    </w:p>
    <w:p>
      <w:r>
        <w:br/>
        <w:t>Рід не знає в смертницькому крузі—&lt;br /&gt;</w:t>
        <w:br/>
        <w:t>дня найтяжчого зідхання.&lt;br /&gt;</w:t>
        <w:br/>
        <w:t>Дух над перекладиною, в зустріч&lt;br /&gt;</w:t>
        <w:br/>
        <w:t>болю: до хреста стенався.</w:t>
      </w:r>
    </w:p>
    <w:p>
      <w:r>
        <w:br/>
        <w:t>І розкрилля з неба голубині&lt;br /&gt;</w:t>
        <w:br/>
        <w:t>в жеврій світотвір торкнули.&lt;br /&gt;</w:t>
        <w:br/>
        <w:t>Над ридання материнські бившись&lt;br /&gt;</w:t>
        <w:br/>
        <w:t>при розп'ятті—правді скутій.&lt;br /&gt;</w:t>
        <w:br/>
        <w:t>Як світиллями збагріли рани,—&lt;br /&gt;</w:t>
        <w:br/>
        <w:t>їхня кров нам незбагненна.&lt;br /&gt;</w:t>
        <w:br/>
        <w:t>Дух: на грудях витерпів, прийнявши&lt;br /&gt;</w:t>
        <w:br/>
        <w:t>муку! люблячи, як неня.&lt;br /&gt;</w:t>
        <w:br/>
        <w:t>Чудо: в світотворі відродилась&lt;br /&gt;</w:t>
        <w:br/>
        <w:t>білоогненна прозорість.&lt;br /&gt;</w:t>
        <w:br/>
        <w:t>І від царства чашею неділя —&lt;br /&gt;</w:t>
        <w:br/>
        <w:t>рід земний, мов зірка, кормить.&lt;br /&gt;</w:t>
        <w:br/>
        <w:t>Біля вікон пошепки берези&lt;br /&gt;</w:t>
        <w:br/>
        <w:t>в німбі мріють, як прочани...&lt;br /&gt;</w:t>
        <w:br/>
        <w:t>бистрий океан! ти—милосердник;&lt;br /&gt;</w:t>
        <w:br/>
        <w:t>Дух вітає: кров вінчати.&lt;br /&gt;</w:t>
        <w:br/>
        <w:t>29.УИІ.69&lt;br /&gt;</w:t>
        <w:br/>
        <w:t>І</w:t>
      </w:r>
    </w:p>
    <w:p>
      <w:r>
        <w:br/>
        <w:t>Зводяться проти човна димучі,&lt;br /&gt;</w:t>
        <w:br/>
        <w:t>грозячи, вали з-за чайок.&lt;br /&gt;</w:t>
        <w:br/>
        <w:t>Так закляттями ревли в нелюдстві&lt;br /&gt;</w:t>
        <w:br/>
        <w:t>юрми з подумів сірчаних.&lt;br /&gt;</w:t>
        <w:br/>
        <w:t>Збичувати під ганьбу набігли,&lt;br /&gt;</w:t>
        <w:br/>
        <w:t>чорнячи, як змії в поніч —&lt;br /&gt;</w:t>
        <w:br/>
        <w:t>Судію: хто лебедів обітниць&lt;br /&gt;</w:t>
        <w:br/>
        <w:t>любить і калік дзвіночних.</w:t>
      </w:r>
    </w:p>
    <w:p>
      <w:r>
        <w:br/>
        <w:t>Юрби—з побиття криваво мучать,&lt;br /&gt;</w:t>
        <w:br/>
        <w:t>обплювавши в сміхах диких—&lt;br /&gt;</w:t>
        <w:br/>
        <w:t>Судію: чия рука могутня&lt;br /&gt;</w:t>
        <w:br/>
        <w:t>лілії й зірки розвиднить.&lt;br /&gt;</w:t>
        <w:br/>
        <w:t>Багряниця; трон; і вінчик терній&lt;br /&gt;</w:t>
        <w:br/>
        <w:t>вістрями чоло поранив...&lt;br /&gt;</w:t>
        <w:br/>
        <w:t>на брудній нарузі—муку стерпить&lt;br /&gt;</w:t>
        <w:br/>
        <w:t>Цар небес, безгрішний страдник.&lt;br /&gt;</w:t>
        <w:br/>
        <w:t>II</w:t>
      </w:r>
    </w:p>
    <w:p>
      <w:r>
        <w:br/>
        <w:t>Пролітає в океані парус,&lt;br /&gt;</w:t>
        <w:br/>
        <w:t>виростаннями стозірний.&lt;br /&gt;</w:t>
        <w:br/>
        <w:t>І відгадує скарбнично справжню&lt;br /&gt;</w:t>
        <w:br/>
        <w:t>путь, що суджена взоріти.&lt;br /&gt;</w:t>
        <w:br/>
        <w:t>До дверей палкого життєтвору&lt;br /&gt;</w:t>
        <w:br/>
        <w:t>яблуневий сад гойднувся;&lt;br /&gt;</w:t>
        <w:br/>
        <w:t>що ні в мрію Брамса семигромну&lt;br /&gt;</w:t>
        <w:br/>
        <w:t>не вцвітало! — буде в грудях.&lt;br /&gt;</w:t>
        <w:br/>
        <w:t>Бо кладеться над істоти тайний&lt;br /&gt;</w:t>
        <w:br/>
        <w:t>стрій: серед просторів діє.&lt;br /&gt;</w:t>
        <w:br/>
        <w:t>Признача, як вишням розцвітати&lt;br /&gt;</w:t>
        <w:br/>
        <w:t>і в вікно біліти рідне.</w:t>
      </w:r>
    </w:p>
    <w:p>
      <w:r>
        <w:br/>
        <w:t>Всюди—прожиття через вселенні:&lt;br /&gt;</w:t>
        <w:br/>
        <w:t>східці сили світлової.&lt;br /&gt;</w:t>
        <w:br/>
        <w:t>Мов картина, що картину вселить&lt;br /&gt;</w:t>
        <w:br/>
        <w:t>вірно в океанній волі.&lt;br /&gt;</w:t>
        <w:br/>
        <w:t>А з верхів'я рушить, крізь обидві,&lt;br /&gt;</w:t>
        <w:br/>
        <w:t>святість в обшир осіянний;&lt;br /&gt;</w:t>
        <w:br/>
        <w:t>там блаженність Бога, там предвічність&lt;br /&gt;</w:t>
        <w:br/>
        <w:t>провиду джерел і станів.&lt;br /&gt;</w:t>
        <w:br/>
        <w:t>III</w:t>
      </w:r>
    </w:p>
    <w:p>
      <w:r>
        <w:br/>
        <w:t>Кораблі прообразів і зорі&lt;br /&gt;</w:t>
        <w:br/>
        <w:t>всіх—морями в крузі ринуть...&lt;br /&gt;</w:t>
        <w:br/>
        <w:t>Складено з веселок нетривожних&lt;br /&gt;</w:t>
        <w:br/>
        <w:t>кожному в свою хвилину.&lt;br /&gt;</w:t>
        <w:br/>
        <w:t>І ніхто в священному безумстві&lt;br /&gt;</w:t>
        <w:br/>
        <w:t>ввік не змріяв тіні навіть—&lt;br /&gt;</w:t>
        <w:br/>
        <w:t>від багатства дня, що з смерти збудить,&lt;br /&gt;</w:t>
        <w:br/>
        <w:t>де духовність Бога в з'явах.&lt;br /&gt;</w:t>
        <w:br/>
        <w:t>Звідти всі збудовано зачини&lt;br /&gt;</w:t>
        <w:br/>
        <w:t>жизности і світла всюди:&lt;br /&gt;</w:t>
        <w:br/>
        <w:t>в серафічності речей незримій,&lt;br /&gt;</w:t>
        <w:br/>
        <w:t>з рисами, що мусять збутись.&lt;br /&gt;</w:t>
        <w:br/>
        <w:t>Понад споглядимий обрій тварний&lt;br /&gt;</w:t>
        <w:br/>
        <w:t>визначаючи приходить:&lt;br /&gt;</w:t>
        <w:br/>
        <w:t>одкровення—землю в небо брати;&lt;br /&gt;</w:t>
        <w:br/>
        <w:t>з силами світил верховних.&lt;br /&gt;</w:t>
        <w:br/>
        <w:t>ІУ</w:t>
      </w:r>
    </w:p>
    <w:p>
      <w:r>
        <w:br/>
        <w:t>Скоро зменшиться снага джерельна,&lt;br /&gt;</w:t>
        <w:br/>
        <w:t>в світотвір дарима: в глибність.&lt;br /&gt;</w:t>
        <w:br/>
        <w:t>Враз на кругоході він здригнеться—&lt;br /&gt;</w:t>
        <w:br/>
        <w:t>звоями пожеж відбігти.&lt;br /&gt;</w:t>
        <w:br/>
        <w:t>Все згорить! а душі плоть новітню,&lt;br /&gt;</w:t>
        <w:br/>
        <w:t>про безгрішні стави, вдягнуть.&lt;br /&gt;</w:t>
        <w:br/>
        <w:t>Мов з криштальности огню і цвіту—&lt;br /&gt;</w:t>
        <w:br/>
        <w:t>в вічності нетлінних яблунь.&lt;br /&gt;</w:t>
        <w:br/>
        <w:t>Царство буде—церква всенебесна,&lt;br /&gt;</w:t>
        <w:br/>
        <w:t>всеземна в родинні строї;&lt;br /&gt;</w:t>
        <w:br/>
        <w:t>в храмі, що без тлінности кладеться&lt;br /&gt;</w:t>
        <w:br/>
        <w:t>з волі Духа світляної.&lt;br /&gt;</w:t>
        <w:br/>
        <w:t>Збір огню: громаддя речовинні&lt;br /&gt;</w:t>
        <w:br/>
        <w:t>зсиплються з гілок сузір'їв.&lt;br /&gt;</w:t>
        <w:br/>
        <w:t>Буде звід новий світати в стрічі,&lt;br /&gt;</w:t>
        <w:br/>
        <w:t>від Ісуса—в зірці бистрій.&lt;br /&gt;</w:t>
        <w:br/>
        <w:t>11,12,24.IX.69</w:t>
      </w:r>
    </w:p>
    <w:p>
      <w:r>
        <w:br/>
        <w:t>Древній океан, здійнявши груди,&lt;br /&gt;</w:t>
        <w:br/>
        <w:t>вигримить, крізь бурю зблисне—&lt;br /&gt;</w:t>
        <w:br/>
        <w:t>мову, на стострунностях орудних:&lt;br /&gt;</w:t>
        <w:br/>
        <w:t>вінценосний псалмоспівець.&lt;br /&gt;</w:t>
        <w:br/>
        <w:t>Звергнув з піни дерево—аж чорне,&lt;br /&gt;</w:t>
        <w:br/>
        <w:t>чи не з острова південних?&lt;br /&gt;</w:t>
        <w:br/>
        <w:t>Звергнув і, ворушати, рокоче:&lt;br /&gt;</w:t>
        <w:br/>
        <w:t>для грози сідий придверник.</w:t>
      </w:r>
    </w:p>
    <w:p>
      <w:r>
        <w:br/>
        <w:t>Знай, душе моя! котрій завгодно&lt;br /&gt;</w:t>
        <w:br/>
        <w:t>долі—жертва будь кипуча.&lt;br /&gt;</w:t>
        <w:br/>
        <w:t>Тільки не як викид хвиль холодних—&lt;br /&gt;</w:t>
        <w:br/>
        <w:t>трупний, де піски домучать...&lt;br /&gt;</w:t>
        <w:br/>
        <w:t>гнити в сон, темніючи гілками&lt;br /&gt;</w:t>
        <w:br/>
        <w:t>почуттів і марних згадок,&lt;br /&gt;</w:t>
        <w:br/>
        <w:t>де вже чайки скрикнуть, мов склинавши,&lt;br /&gt;</w:t>
        <w:br/>
        <w:t>та багноти цвіллю вдягнуть.&lt;br /&gt;</w:t>
        <w:br/>
        <w:t>Ні! дожизно дарувати з крови,&lt;br /&gt;</w:t>
        <w:br/>
        <w:t>хоч дрібний, від ребер вицвіт.&lt;br /&gt;</w:t>
        <w:br/>
        <w:t>А скінчити—враз, гілками в розбризк&lt;br /&gt;</w:t>
        <w:br/>
        <w:t>при негодах блискавичних.&lt;br /&gt;</w:t>
        <w:br/>
        <w:t>Без гнилизни прожиттів старечих&lt;br /&gt;</w:t>
        <w:br/>
        <w:t>з мотлохом обмов і сварок.&lt;br /&gt;</w:t>
        <w:br/>
        <w:t>Краще—схима! в свічковій печері&lt;br /&gt;</w:t>
        <w:br/>
        <w:t>біле серце службу справить.&lt;br /&gt;</w:t>
        <w:br/>
        <w:t>Службу в сферу ранків назміренну&lt;br /&gt;</w:t>
        <w:br/>
        <w:t>звідки хрест огню: як щогла,&lt;br /&gt;</w:t>
        <w:br/>
        <w:t>подвига живий кораблик—землю,&lt;br /&gt;</w:t>
        <w:br/>
        <w:t>де їй серпень проголосять.&lt;br /&gt;</w:t>
        <w:br/>
        <w:t>16.IX.69&lt;br /&gt;</w:t>
        <w:br/>
        <w:t>ВІДГУК</w:t>
      </w:r>
    </w:p>
    <w:p>
      <w:r>
        <w:br/>
        <w:t>Движучи будови в димні війни,&lt;br /&gt;</w:t>
        <w:br/>
        <w:t>поверхами з бігу валить —&lt;br /&gt;</w:t>
        <w:br/>
        <w:t>океан! забризкав чайки квильні,&lt;br /&gt;</w:t>
        <w:br/>
        <w:t>звіяні при чорних палях.&lt;br /&gt;</w:t>
        <w:br/>
        <w:t>Вигорнув серед розбитків бренних&lt;br /&gt;</w:t>
        <w:br/>
        <w:t>ніби дар, струну скрипкову—&lt;br /&gt;</w:t>
        <w:br/>
        <w:t>від години крушения чи смерти,&lt;br /&gt;</w:t>
        <w:br/>
        <w:t>рештку музики: над скойку.&lt;br /&gt;</w:t>
        <w:br/>
        <w:t>А могла в сузір'я закричати:&lt;br /&gt;</w:t>
        <w:br/>
        <w:t>мов плачі з грудної кістки—&lt;br /&gt;</w:t>
        <w:br/>
        <w:t>вернута в полон скрипок найкращий&lt;br /&gt;</w:t>
        <w:br/>
        <w:t>під смичок слізьми скоритись.</w:t>
      </w:r>
    </w:p>
    <w:p>
      <w:r>
        <w:br/>
        <w:t>Вірш мій: через океан глухого&lt;br /&gt;</w:t>
        <w:br/>
        <w:t>віку—в царство незакутих,&lt;br /&gt;</w:t>
        <w:br/>
        <w:t>чи докотишся крізь лютий холод? —&lt;br /&gt;</w:t>
        <w:br/>
        <w:t>відгук серця дохлюпнути.&lt;br /&gt;</w:t>
        <w:br/>
        <w:t>Мов населення зірок сивіє&lt;br /&gt;</w:t>
        <w:br/>
        <w:t>чайками в дзеркальний берег.&lt;br /&gt;</w:t>
        <w:br/>
        <w:t>Так: чи ждатиме життя весіннє —&lt;br /&gt;</w:t>
        <w:br/>
        <w:t>юних свят? свічками вербне.&lt;br /&gt;</w:t>
        <w:br/>
        <w:t>17.IX.69&lt;br /&gt;</w:t>
        <w:br/>
        <w:t>ДОЛЯ ДОМІВЛІ</w:t>
      </w:r>
    </w:p>
    <w:p>
      <w:r>
        <w:br/>
        <w:t>Судний океан, збілівши в очах,&lt;br /&gt;</w:t>
        <w:br/>
        <w:t>бився з тьми—аж бризк на місяць.&lt;br /&gt;</w:t>
        <w:br/>
        <w:t>І розлам'я дому, як зволоччя,&lt;br /&gt;</w:t>
        <w:br/>
        <w:t>хвилі на піску розмістять.</w:t>
      </w:r>
    </w:p>
    <w:p>
      <w:r>
        <w:br/>
        <w:t>Побула на радість мила хатка;&lt;br /&gt;</w:t>
        <w:br/>
        <w:t>ось—віконце шестишибне...&lt;br /&gt;</w:t>
        <w:br/>
        <w:t>строщено, мов сизий звір пошастав,&lt;br /&gt;</w:t>
        <w:br/>
        <w:t>де будівля в бурю згине.&lt;br /&gt;</w:t>
        <w:br/>
        <w:t>Бач, ліхтарня, як сліпець померлий,&lt;br /&gt;</w:t>
        <w:br/>
        <w:t>скойкам полиснить байдужна.&lt;br /&gt;</w:t>
        <w:br/>
        <w:t>Малиновий килимок і двері:&lt;br /&gt;</w:t>
        <w:br/>
        <w:t>водорості їх додушать.&lt;br /&gt;</w:t>
        <w:br/>
        <w:t>І ляльки дитячі вдрузк розбиті,&lt;br /&gt;</w:t>
        <w:br/>
        <w:t>мов з війни безмовна каліч.&lt;br /&gt;</w:t>
        <w:br/>
        <w:t>Побілив на смерть солоний бризкіт,&lt;br /&gt;</w:t>
        <w:br/>
        <w:t>не жалівши їх, ласкавих.&lt;br /&gt;</w:t>
        <w:br/>
        <w:t>Строїв хто, житець необережний,&lt;br /&gt;</w:t>
        <w:br/>
        <w:t>хатку на тремких основах?&lt;br /&gt;</w:t>
        <w:br/>
        <w:t>Так—і стан душі: чи мрію вдержить,&lt;br /&gt;</w:t>
        <w:br/>
        <w:t>де підпора їй марнотна?&lt;br /&gt;</w:t>
        <w:br/>
        <w:t>Чайки проз годинник сонця вдарять&lt;br /&gt;</w:t>
        <w:br/>
        <w:t>розпачами крил вечірніх.&lt;br /&gt;</w:t>
        <w:br/>
        <w:t>Бережім свій острів! неба радість,&lt;br /&gt;</w:t>
        <w:br/>
        <w:t>на твердині—в світі мирить.&lt;br /&gt;</w:t>
        <w:br/>
        <w:t>ПОЖИЛЕЦЬ</w:t>
      </w:r>
    </w:p>
    <w:p>
      <w:r>
        <w:br/>
        <w:t>Океанний подих; я скупався;&lt;br /&gt;</w:t>
        <w:br/>
        <w:t>і розвів огонь з обламків:&lt;br /&gt;</w:t>
        <w:br/>
        <w:t>барва—помаранч і свіжа паска! —&lt;br /&gt;</w:t>
        <w:br/>
        <w:t>пломенить, мов кінь буланий...&lt;br /&gt;</w:t>
        <w:br/>
        <w:t>кінь від "Одкровення",— чайки скрикнуть,&lt;br /&gt;</w:t>
        <w:br/>
        <w:t>на немов'я, сон, байдужість:&lt;br /&gt;</w:t>
        <w:br/>
        <w:t>де відводять хмару, мов каліку,&lt;br /&gt;</w:t>
        <w:br/>
        <w:t>по пісках вітри, бредучи.&lt;br /&gt;</w:t>
        <w:br/>
        <w:t>Там немов горнята мармурові,&lt;br /&gt;</w:t>
        <w:br/>
        <w:t>і смутніш від снігу—меви:&lt;br /&gt;</w:t>
        <w:br/>
        <w:t>ждуть! як вісники біля хоромів,&lt;br /&gt;</w:t>
        <w:br/>
        <w:t>з океану вжитків певних.&lt;br /&gt;</w:t>
        <w:br/>
        <w:t>Я подібно мешканець дочасний;&lt;br /&gt;</w:t>
        <w:br/>
        <w:t>в космосі куток без плати.&lt;br /&gt;</w:t>
        <w:br/>
        <w:t>І позичив огник: чи в незгасність? —&lt;br /&gt;</w:t>
        <w:br/>
        <w:t>аж сосновий злам попалить.&lt;br /&gt;</w:t>
        <w:br/>
        <w:t>Поряд океан рояльно б'ючи,&lt;br /&gt;</w:t>
        <w:br/>
        <w:t>кинув руки в кожен клавіш.&lt;br /&gt;</w:t>
        <w:br/>
        <w:t>І долоні скойчинок жебрущі&lt;br /&gt;</w:t>
        <w:br/>
        <w:t>сповнює, пісок заклявши.&lt;br /&gt;</w:t>
        <w:br/>
        <w:t>Це—в душі моїй: розкриті, просять,&lt;br /&gt;</w:t>
        <w:br/>
        <w:t>створками збліднівши в сірість:&lt;br /&gt;</w:t>
        <w:br/>
        <w:t>бризок жизних від потустороння&lt;br /&gt;</w:t>
        <w:br/>
        <w:t>просять, на піску змертвілі.&lt;br /&gt;</w:t>
        <w:br/>
        <w:t>Голосний огонь собі об камінь&lt;br /&gt;</w:t>
        <w:br/>
        <w:t>розірав рукава й спурхнув.&lt;br /&gt;</w:t>
        <w:br/>
        <w:t>Так на серці завжди не змовкали&lt;br /&gt;</w:t>
        <w:br/>
        <w:t>самоборства! з болю — пурпур.&lt;br /&gt;</w:t>
        <w:br/>
        <w:t>Котить океан, мов гілка неба;&lt;br /&gt;</w:t>
        <w:br/>
        <w:t>від руїн сузір'їв—рокіт.&lt;br /&gt;</w:t>
        <w:br/>
        <w:t>Клич! світнеться постать, облаченна&lt;br /&gt;</w:t>
        <w:br/>
        <w:t>в пламя—для докорів кротких.&lt;br /&gt;</w:t>
        <w:br/>
        <w:t>ЗО.IX.69&lt;br /&gt;</w:t>
        <w:br/>
        <w:t>Всім призначена в досмертя&lt;br /&gt;</w:t>
        <w:br/>
        <w:t>доля, ніби в суд! трихресна.&lt;br /&gt;</w:t>
        <w:br/>
        <w:t>Чи з ганьби і горя круг замкнути&lt;br /&gt;</w:t>
        <w:br/>
        <w:t>боржникові до стовпа...&lt;br /&gt;</w:t>
        <w:br/>
        <w:t>Сто гілок просторить океан спокутний,&lt;br /&gt;</w:t>
        <w:br/>
        <w:t>бростями скрапа.</w:t>
      </w:r>
    </w:p>
    <w:p>
      <w:r>
        <w:br/>
        <w:t>Дві любові володіють:&lt;br /&gt;</w:t>
        <w:br/>
        <w:t>тихістю світил одна принадна;&lt;br /&gt;</w:t>
        <w:br/>
        <w:t>друга—кубок ночі, в кров наймолодішу! —&lt;br /&gt;</w:t>
        <w:br/>
        <w:t>радісного бранства...&lt;br /&gt;</w:t>
        <w:br/>
        <w:t>чар його: переддосвітній жар: скрадався&lt;br /&gt;</w:t>
        <w:br/>
        <w:t>в смуток місяця відрання.&lt;br /&gt;</w:t>
        <w:br/>
        <w:t>Всім: не листопадна мірність,—&lt;br /&gt;</w:t>
        <w:br/>
        <w:t>ні! горюче серце вік відмінить.&lt;br /&gt;</w:t>
        <w:br/>
        <w:t>Стрінемось на грядці непримарній:&lt;br /&gt;</w:t>
        <w:br/>
        <w:t>ясній—стан від білих храмів.</w:t>
      </w:r>
    </w:p>
    <w:p>
      <w:r>
        <w:br/>
        <w:t>Всім, як кров орлина, книга неба чиста&lt;br /&gt;</w:t>
        <w:br/>
        <w:t>спломениться з передвістя.&lt;br /&gt;</w:t>
        <w:br/>
        <w:t>З грозовиць війни, з тривоги,&lt;br /&gt;</w:t>
        <w:br/>
        <w:t>після скорбних верст безчасся:&lt;br /&gt;</w:t>
        <w:br/>
        <w:t>душі церкви—в правді строгій,&lt;br /&gt;</w:t>
        <w:br/>
        <w:t>від святині тихо вчаться.&lt;br /&gt;</w:t>
        <w:br/>
        <w:t>А гілками бурю відмикає&lt;br /&gt;</w:t>
        <w:br/>
        <w:t>синя яблуня: наш океан.&lt;br /&gt;</w:t>
        <w:br/>
        <w:t>ЗМІСТ</w:t>
      </w:r>
    </w:p>
    <w:p>
      <w:r>
        <w:br/>
        <w:t>ЧАСТИНА ДРУГА</w:t>
      </w:r>
    </w:p>
    <w:p>
      <w:r>
        <w:br/>
        <w:t>Невідомий Відхід&lt;br /&gt;</w:t>
        <w:br/>
        <w:t>Вістка Непогоди&lt;br /&gt;</w:t>
        <w:br/>
        <w:t>Переміна Смутку&lt;br /&gt;</w:t>
        <w:br/>
        <w:t>Жертовний Час&lt;br /&gt;</w:t>
        <w:br/>
        <w:t>Надія Минучих&lt;br /&gt;</w:t>
        <w:br/>
        <w:t>Вселенська Оборона&lt;br /&gt;</w:t>
        <w:br/>
        <w:t>Постійний Світлокруг&lt;br /&gt;</w:t>
        <w:br/>
        <w:t>Місячний Вечір&lt;br /&gt;</w:t>
        <w:br/>
        <w:t>Бурхливий Захід&lt;br /&gt;</w:t>
        <w:br/>
        <w:t>Вечір Весни&lt;br /&gt;</w:t>
        <w:br/>
        <w:t>Чиста Прибережність&lt;br /&gt;</w:t>
        <w:br/>
        <w:t>Океанове Досвіття&lt;br /&gt;</w:t>
        <w:br/>
        <w:t>Незнаний Перехід&lt;br /&gt;</w:t>
        <w:br/>
        <w:t>Напрямок Вечора&lt;br /&gt;</w:t>
        <w:br/>
        <w:t>Примарність&lt;br /&gt;</w:t>
        <w:br/>
        <w:t>Жаль&lt;br /&gt;</w:t>
        <w:br/>
        <w:t>Година Негоди&lt;br /&gt;</w:t>
        <w:br/>
        <w:t>Прибережний Голос&lt;br /&gt;</w:t>
        <w:br/>
        <w:t>Припливна Хвиля&lt;br /&gt;</w:t>
        <w:br/>
        <w:t>Відхід Негоди&lt;br /&gt;</w:t>
        <w:br/>
        <w:t>Незнаний Приплив&lt;br /&gt;</w:t>
        <w:br/>
        <w:t>Білі Жизни&lt;br /&gt;</w:t>
        <w:br/>
        <w:t>І&lt;br /&gt;</w:t>
        <w:br/>
        <w:t>II&lt;br /&gt;</w:t>
        <w:br/>
        <w:t>Пробудження&lt;br /&gt;</w:t>
        <w:br/>
        <w:t>Напроти Негоддя&lt;br /&gt;</w:t>
        <w:br/>
        <w:t>Поривність&lt;br /&gt;</w:t>
        <w:br/>
        <w:t>Висока Надія&lt;br /&gt;</w:t>
        <w:br/>
        <w:t>Двокрилець Моря&lt;br /&gt;</w:t>
        <w:br/>
        <w:t>Зоряний Приплив&lt;br /&gt;</w:t>
        <w:br/>
        <w:t>Знак Незабутих&lt;br /&gt;</w:t>
        <w:br/>
        <w:t>І&lt;br /&gt;</w:t>
        <w:br/>
        <w:t>II</w:t>
      </w:r>
    </w:p>
    <w:p>
      <w:r>
        <w:br/>
        <w:t>Перемінність Моря&lt;br /&gt;</w:t>
        <w:br/>
        <w:t>І&lt;br /&gt;</w:t>
        <w:br/>
        <w:t>II&lt;br /&gt;</w:t>
        <w:br/>
        <w:t>Повний Час&lt;br /&gt;</w:t>
        <w:br/>
        <w:t>Росяність&lt;br /&gt;</w:t>
        <w:br/>
        <w:t>Високий Потік&lt;br /&gt;</w:t>
        <w:br/>
        <w:t>Свідчення Квітів&lt;br /&gt;</w:t>
        <w:br/>
        <w:t>Близькість&lt;br /&gt;</w:t>
        <w:br/>
        <w:t>Верхогірний Напрямок&lt;br /&gt;</w:t>
        <w:br/>
        <w:t>Трудний Перехід&lt;br /&gt;</w:t>
        <w:br/>
        <w:t>Приміти Жовтня&lt;br /&gt;</w:t>
        <w:br/>
        <w:t>Седьмириця&lt;br /&gt;</w:t>
        <w:br/>
        <w:t>Сили Дожидання&lt;br /&gt;</w:t>
        <w:br/>
        <w:t>Відновлений Вік&lt;br /&gt;</w:t>
        <w:br/>
        <w:t>Напроти Зими&lt;br /&gt;</w:t>
        <w:br/>
        <w:t>Осінній Хід&lt;br /&gt;</w:t>
        <w:br/>
        <w:t>З'ява&lt;br /&gt;</w:t>
        <w:br/>
        <w:t>Передвістя Зустрічі&lt;br /&gt;</w:t>
        <w:br/>
        <w:t>Межа Прибою&lt;br /&gt;</w:t>
        <w:br/>
        <w:t>Відсвіт Осени&lt;br /&gt;</w:t>
        <w:br/>
        <w:t>Терпкість Моря&lt;br /&gt;</w:t>
        <w:br/>
        <w:t>І&lt;br /&gt;</w:t>
        <w:br/>
        <w:t>II&lt;br /&gt;</w:t>
        <w:br/>
        <w:t>III&lt;br /&gt;</w:t>
        <w:br/>
        <w:t>Сивий День&lt;br /&gt;</w:t>
        <w:br/>
        <w:t>Молитовний Вечір&lt;br /&gt;</w:t>
        <w:br/>
        <w:t>Вечірня Тихість&lt;br /&gt;</w:t>
        <w:br/>
        <w:t>І&lt;br /&gt;</w:t>
        <w:br/>
        <w:t>II&lt;br /&gt;</w:t>
        <w:br/>
        <w:t>Противага Смерті&lt;br /&gt;</w:t>
        <w:br/>
        <w:t>Передчуття Весни&lt;br /&gt;</w:t>
        <w:br/>
        <w:t>Висока Милость&lt;br /&gt;</w:t>
        <w:br/>
        <w:t>Незмінна Дія&lt;br /&gt;</w:t>
        <w:br/>
        <w:t>Жизняність Надбережжя&lt;br /&gt;</w:t>
        <w:br/>
        <w:t>І&lt;br /&gt;</w:t>
        <w:br/>
        <w:t>II&lt;br /&gt;</w:t>
        <w:br/>
        <w:t>Вечір Моря&lt;br /&gt;</w:t>
        <w:br/>
        <w:t>Знахідка Грози&lt;br /&gt;</w:t>
        <w:br/>
        <w:t>Незнана Течія&lt;br /&gt;</w:t>
        <w:br/>
        <w:t>Прибережний Комиш&lt;br /&gt;</w:t>
        <w:br/>
        <w:t>Година Грози&lt;br /&gt;</w:t>
        <w:br/>
        <w:t>Судна Дорога&lt;br /&gt;</w:t>
        <w:br/>
        <w:t>І&lt;br /&gt;</w:t>
        <w:br/>
        <w:t>II&lt;br /&gt;</w:t>
        <w:br/>
        <w:t>Вечірній Відхід&lt;br /&gt;</w:t>
        <w:br/>
        <w:t>Забута Згадка&lt;br /&gt;</w:t>
        <w:br/>
        <w:t>Близький Захід&lt;br /&gt;</w:t>
        <w:br/>
        <w:t>Скорий Розсуд&lt;br /&gt;</w:t>
        <w:br/>
        <w:t>Дожидання Всіх&lt;br /&gt;</w:t>
        <w:br/>
        <w:t>Світучий Вечір&lt;br /&gt;</w:t>
        <w:br/>
        <w:t>Огненний Ранок&lt;br /&gt;</w:t>
        <w:br/>
        <w:t>Дзвінична Неділя&lt;br /&gt;</w:t>
        <w:br/>
        <w:t>Приречення Зміни&lt;br /&gt;</w:t>
        <w:br/>
        <w:t>Іспит Щоденности&lt;br /&gt;</w:t>
        <w:br/>
        <w:t>Безсмертя Серця&lt;br /&gt;</w:t>
        <w:br/>
        <w:t>Нерозгадна Прикмета&lt;br /&gt;</w:t>
        <w:br/>
        <w:t>Найвищий Приплив&lt;br /&gt;</w:t>
        <w:br/>
        <w:t>Відгомін Життя&lt;br /&gt;</w:t>
        <w:br/>
        <w:t>Призначення Чайок&lt;br /&gt;</w:t>
        <w:br/>
        <w:t>Біла Ікона&lt;br /&gt;</w:t>
        <w:br/>
        <w:t>Просвічення Ночі&lt;br /&gt;</w:t>
        <w:br/>
        <w:t>Наближення Розсудів&lt;br /&gt;</w:t>
        <w:br/>
        <w:t>Безмов'я Вдосвіта&lt;br /&gt;</w:t>
        <w:br/>
        <w:t>Вечірня Звітність&lt;br /&gt;</w:t>
        <w:br/>
        <w:t>Пломені Вечора&lt;br /&gt;</w:t>
        <w:br/>
        <w:t>Джерельність Верхогір'я ..&lt;br /&gt;</w:t>
        <w:br/>
        <w:t>Після Грозовиці&lt;br /&gt;</w:t>
        <w:br/>
        <w:t>Судний Провид&lt;br /&gt;</w:t>
        <w:br/>
        <w:t>Високий Луг і Хрест&lt;br /&gt;</w:t>
        <w:br/>
        <w:t>Місток Надій&lt;br /&gt;</w:t>
        <w:br/>
        <w:t>Надозер'я, що Дніє&lt;br /&gt;</w:t>
        <w:br/>
        <w:t>Воля—Океан&lt;br /&gt;</w:t>
        <w:br/>
        <w:t>Спогадання Весни&lt;br /&gt;</w:t>
        <w:br/>
        <w:t>Степний Вісник&lt;br /&gt;</w:t>
        <w:br/>
        <w:t>Дві Прияви&lt;br /&gt;</w:t>
        <w:br/>
        <w:t>Непогасимий Приплив&lt;br /&gt;</w:t>
        <w:br/>
        <w:t>Порятунок&lt;br /&gt;</w:t>
        <w:br/>
        <w:t>Серпневий Розсвіт&lt;br /&gt;</w:t>
        <w:br/>
        <w:t>Подвоєння Негоди&lt;br /&gt;</w:t>
        <w:br/>
        <w:t>Світочева Сторона&lt;br /&gt;</w:t>
        <w:br/>
        <w:t>І&lt;br /&gt;</w:t>
        <w:br/>
        <w:t>II&lt;br /&gt;</w:t>
        <w:br/>
        <w:t>Перехід Негоди&lt;br /&gt;</w:t>
        <w:br/>
        <w:t>Розбиття&lt;br /&gt;</w:t>
        <w:br/>
        <w:t>Дерева: Після Зливи&lt;br /&gt;</w:t>
        <w:br/>
        <w:t>Сповнена Доля&lt;br /&gt;</w:t>
        <w:br/>
        <w:t>І&lt;br /&gt;</w:t>
        <w:br/>
        <w:t>II&lt;br /&gt;</w:t>
        <w:br/>
        <w:t>Сніги, що—з обнови&lt;br /&gt;</w:t>
        <w:br/>
        <w:t>І&lt;br /&gt;</w:t>
        <w:br/>
        <w:t>II&lt;br /&gt;</w:t>
        <w:br/>
        <w:t>Твій Другосвіт&lt;br /&gt;</w:t>
        <w:br/>
        <w:t>Хід Відміни&lt;br /&gt;</w:t>
        <w:br/>
        <w:t>Ранній Обквіт: На Горах .. .&lt;br /&gt;</w:t>
        <w:br/>
        <w:t>Теплий Берег&lt;br /&gt;</w:t>
        <w:br/>
        <w:t>Подвійний Полон&lt;br /&gt;</w:t>
        <w:br/>
        <w:t>І&lt;br /&gt;</w:t>
        <w:br/>
        <w:t>II&lt;br /&gt;</w:t>
        <w:br/>
        <w:t>Спорідненість&lt;br /&gt;</w:t>
        <w:br/>
        <w:t>Зміна Прибою&lt;br /&gt;</w:t>
        <w:br/>
        <w:t>Рукопис Моря&lt;br /&gt;</w:t>
        <w:br/>
        <w:t>Жива Безконечність&lt;br /&gt;</w:t>
        <w:br/>
        <w:t>Погроза Спокуси&lt;br /&gt;</w:t>
        <w:br/>
        <w:t>Зміст Години&lt;br /&gt;</w:t>
        <w:br/>
        <w:t>І&lt;br /&gt;</w:t>
        <w:br/>
        <w:t>II&lt;br /&gt;</w:t>
        <w:br/>
        <w:t>III&lt;br /&gt;</w:t>
        <w:br/>
        <w:t>Недалекий Захід&lt;br /&gt;</w:t>
        <w:br/>
        <w:t>Передчуття&lt;br /&gt;</w:t>
        <w:br/>
        <w:t>Надгірний Досвіт&lt;br /&gt;</w:t>
        <w:br/>
        <w:t>Подих Височини&lt;br /&gt;</w:t>
        <w:br/>
        <w:t>Місячний Вечір: В Горах . . .&lt;br /&gt;</w:t>
        <w:br/>
        <w:t>Післядощовий Круг&lt;br /&gt;</w:t>
        <w:br/>
        <w:t>Проминучість Недолі&lt;br /&gt;</w:t>
        <w:br/>
        <w:t>Напрямок Вершин&lt;br /&gt;</w:t>
        <w:br/>
        <w:t>Пустельник&lt;br /&gt;</w:t>
        <w:br/>
        <w:t>Найвища Битва&lt;br /&gt;</w:t>
        <w:br/>
        <w:t>Світильник Гір&lt;br /&gt;</w:t>
        <w:br/>
        <w:t>Сонячна Громада&lt;br /&gt;</w:t>
        <w:br/>
        <w:t>З'яви Високогір'я&lt;br /&gt;</w:t>
        <w:br/>
        <w:t>Озерний День&lt;br /&gt;</w:t>
        <w:br/>
        <w:t>І&lt;br /&gt;</w:t>
        <w:br/>
        <w:t>II&lt;br /&gt;</w:t>
        <w:br/>
        <w:t>Старість Берега&lt;br /&gt;</w:t>
        <w:br/>
        <w:t>Звороговані Необачно&lt;br /&gt;</w:t>
        <w:br/>
        <w:t>Океан Вечірник&lt;br /&gt;</w:t>
        <w:br/>
        <w:t>Відхідний Час&lt;br /&gt;</w:t>
        <w:br/>
        <w:t>Голос Мушлі&lt;br /&gt;</w:t>
        <w:br/>
        <w:t>Перехід Кристалів з Моря&lt;br /&gt;</w:t>
        <w:br/>
        <w:t>Прийдешній Врожай: При Морі .. .&lt;br /&gt;</w:t>
        <w:br/>
        <w:t>Образ Осени—Острівний&lt;br /&gt;</w:t>
        <w:br/>
        <w:t>Осінній Стан&lt;br /&gt;</w:t>
        <w:br/>
        <w:t>Надгірні Трави&lt;br /&gt;</w:t>
        <w:br/>
        <w:t>Часовня Осени&lt;br /&gt;</w:t>
        <w:br/>
        <w:t>І&lt;br /&gt;</w:t>
        <w:br/>
        <w:t>II&lt;br /&gt;</w:t>
        <w:br/>
        <w:t>Остання Осінність&lt;br /&gt;</w:t>
        <w:br/>
        <w:t>Острів Осени&lt;br /&gt;</w:t>
        <w:br/>
        <w:t>Вечір Берез&lt;br /&gt;</w:t>
        <w:br/>
        <w:t>Полон Зими&lt;br /&gt;</w:t>
        <w:br/>
        <w:t>І&lt;br /&gt;</w:t>
        <w:br/>
        <w:t>II&lt;br /&gt;</w:t>
        <w:br/>
        <w:t>Сніжний Небозвід&lt;br /&gt;</w:t>
        <w:br/>
        <w:t>Сніжний Океан&lt;br /&gt;</w:t>
        <w:br/>
        <w:t>Прийдешня Згода&lt;br /&gt;</w:t>
        <w:br/>
        <w:t>Хуртовинний Світ&lt;br /&gt;</w:t>
        <w:br/>
        <w:t>Вікно Сніжин&lt;br /&gt;</w:t>
        <w:br/>
        <w:t>Дочасна Доля&lt;br /&gt;</w:t>
        <w:br/>
        <w:t>І&lt;br /&gt;</w:t>
        <w:br/>
        <w:t>II&lt;br /&gt;</w:t>
        <w:br/>
        <w:t>Смутна Зима&lt;br /&gt;</w:t>
        <w:br/>
        <w:t>Передвесінній Досвіт&lt;br /&gt;</w:t>
        <w:br/>
        <w:t>Вісниця Весни&lt;br /&gt;</w:t>
        <w:br/>
        <w:t>І&lt;br /&gt;</w:t>
        <w:br/>
        <w:t>II&lt;br /&gt;</w:t>
        <w:br/>
        <w:t>Поворотний Час&lt;br /&gt;</w:t>
        <w:br/>
        <w:t>Душевна Неволя&lt;br /&gt;</w:t>
        <w:br/>
        <w:t>Знамення Неба&lt;br /&gt;</w:t>
        <w:br/>
        <w:t>Доля Рослин&lt;br /&gt;</w:t>
        <w:br/>
        <w:t>Світоч Перемін&lt;br /&gt;</w:t>
        <w:br/>
        <w:t>Осінь: Краєвид&lt;br /&gt;</w:t>
        <w:br/>
        <w:t>Високогірні Прияви&lt;br /&gt;</w:t>
        <w:br/>
        <w:t>Помилка Байдужих&lt;br /&gt;</w:t>
        <w:br/>
        <w:t>Сподіваний Дощ&lt;br /&gt;</w:t>
        <w:br/>
        <w:t>Забутий Схоронок&lt;br /&gt;</w:t>
        <w:br/>
        <w:t>Остання Переміна&lt;br /&gt;</w:t>
        <w:br/>
        <w:t>Надбережний Досвіт&lt;br /&gt;</w:t>
        <w:br/>
        <w:t>І&lt;br /&gt;</w:t>
        <w:br/>
        <w:t>II&lt;br /&gt;</w:t>
        <w:br/>
        <w:t>III&lt;br /&gt;</w:t>
        <w:br/>
        <w:t>IV&lt;br /&gt;</w:t>
        <w:br/>
        <w:t>Спогад Готики: Осінь....&lt;br /&gt;</w:t>
        <w:br/>
        <w:t>Напрямок Нетрів&lt;br /&gt;</w:t>
        <w:br/>
        <w:t>Жовтень&lt;br /&gt;</w:t>
        <w:br/>
        <w:t>І&lt;br /&gt;</w:t>
        <w:br/>
        <w:t>II&lt;br /&gt;</w:t>
        <w:br/>
        <w:t>Вихід Сили&lt;br /&gt;</w:t>
        <w:br/>
        <w:t>Озерна Веселка&lt;br /&gt;</w:t>
        <w:br/>
        <w:t>Прибережна Осінність&lt;br /&gt;</w:t>
        <w:br/>
        <w:t>І&lt;br /&gt;</w:t>
        <w:br/>
        <w:t>II&lt;br /&gt;</w:t>
        <w:br/>
        <w:t>Зв'язок&lt;br /&gt;</w:t>
        <w:br/>
        <w:t>Призначений Час&lt;br /&gt;</w:t>
        <w:br/>
        <w:t>Верхогірний Листопад . . .&lt;br /&gt;</w:t>
        <w:br/>
        <w:t>Неранній Розсвіт&lt;br /&gt;</w:t>
        <w:br/>
        <w:t>Початковий Снігопад....&lt;br /&gt;</w:t>
        <w:br/>
        <w:t>Листопадний Образ&lt;br /&gt;</w:t>
        <w:br/>
        <w:t>Завія&lt;br /&gt;</w:t>
        <w:br/>
        <w:t>І&lt;br /&gt;</w:t>
        <w:br/>
        <w:t>II&lt;br /&gt;</w:t>
        <w:br/>
        <w:t>Втішення&lt;br /&gt;</w:t>
        <w:br/>
        <w:t>Воскресний Час&lt;br /&gt;</w:t>
        <w:br/>
        <w:t>Незнана Сторона&lt;br /&gt;</w:t>
        <w:br/>
        <w:t>І&lt;br /&gt;</w:t>
        <w:br/>
        <w:t>II&lt;br /&gt;</w:t>
        <w:br/>
        <w:t>Горній Скарб&lt;br /&gt;</w:t>
        <w:br/>
        <w:t>Денна Ніч&lt;br /&gt;</w:t>
        <w:br/>
        <w:t>Майбутня Тишина&lt;br /&gt;</w:t>
        <w:br/>
        <w:t>Нагадка Грози&lt;br /&gt;</w:t>
        <w:br/>
        <w:t>Збереження&lt;br /&gt;</w:t>
        <w:br/>
        <w:t>Значення Врази&lt;br /&gt;</w:t>
        <w:br/>
        <w:t>Неминуча Згадка&lt;br /&gt;</w:t>
        <w:br/>
        <w:t>Чудо Вселенної&lt;br /&gt;</w:t>
        <w:br/>
        <w:t>Слухняний Потік&lt;br /&gt;</w:t>
        <w:br/>
        <w:t>Зміна Всесвіту&lt;br /&gt;</w:t>
        <w:br/>
        <w:t>Протиставний Досвіт&lt;br /&gt;</w:t>
        <w:br/>
        <w:t>Наближення Межі&lt;br /&gt;</w:t>
        <w:br/>
        <w:t>Рід&lt;br /&gt;</w:t>
        <w:br/>
        <w:t>Верховна Престольність&lt;br /&gt;</w:t>
        <w:br/>
        <w:t>І&lt;br /&gt;</w:t>
        <w:br/>
        <w:t>II&lt;br /&gt;</w:t>
        <w:br/>
        <w:t>III&lt;br /&gt;</w:t>
        <w:br/>
        <w:t>IV&lt;br /&gt;</w:t>
        <w:br/>
        <w:t>Біла Схима&lt;br /&gt;</w:t>
        <w:br/>
        <w:t>Відгук&lt;br /&gt;</w:t>
        <w:br/>
        <w:t>Доля Домівлі&lt;br /&gt;</w:t>
        <w:br/>
        <w:t>Пожилець&lt;br /&gt;</w:t>
        <w:br/>
        <w:t>Прикінеччя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Океан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