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Ох, яке було би свято!</w:t>
      </w:r>
    </w:p>
    <w:p>
      <w:r>
        <w:br/>
        <w:t xml:space="preserve"> Ох, яке було би свято!&lt;br /&gt;</w:t>
        <w:br/>
        <w:t>Хто би того не хотів,&lt;br /&gt;</w:t>
        <w:br/>
        <w:t>щоб на всій землі гармати&lt;br /&gt;</w:t>
        <w:br/>
        <w:t>заряджали конфетті.</w:t>
      </w:r>
    </w:p>
    <w:p>
      <w:r>
        <w:br/>
        <w:t>Як раділи б мами й тата,&lt;br /&gt;</w:t>
        <w:br/>
        <w:t>коли б скрізь, на всій землі,&lt;br /&gt;</w:t>
        <w:br/>
        <w:t>йшли солдати в акробати,&lt;br /&gt;</w:t>
        <w:br/>
        <w:t>у шевці і скрипалі.</w:t>
      </w:r>
    </w:p>
    <w:p>
      <w:r>
        <w:br/>
        <w:t>Та якби ще стратостати&lt;br /&gt;</w:t>
        <w:br/>
        <w:t>щедро сипали згори&lt;br /&gt;</w:t>
        <w:br/>
        <w:t>всякі ласощі на свята&lt;br /&gt;</w:t>
        <w:br/>
        <w:t>для земної дітвори.</w:t>
      </w:r>
    </w:p>
    <w:p>
      <w:r>
        <w:br/>
        <w:t>Щоб гвоздиками стріляли&lt;br /&gt;</w:t>
        <w:br/>
        <w:t>міномет і кулемет.&lt;br /&gt;</w:t>
        <w:br/>
        <w:t>І при тому ще би грали,&lt;br /&gt;</w:t>
        <w:br/>
        <w:t>як шарманка чи кларнет.</w:t>
      </w:r>
    </w:p>
    <w:p>
      <w:r>
        <w:br/>
        <w:t>І щоб танки, вже не грізні,&lt;br /&gt;</w:t>
        <w:br/>
        <w:t>скрізь катали малюків.&lt;br /&gt;</w:t>
        <w:br/>
        <w:t>І щоб в жерлах вили гнізда&lt;br /&gt;</w:t>
        <w:br/>
        <w:t>горобці, граки, шпаки.</w:t>
      </w:r>
    </w:p>
    <w:p>
      <w:r>
        <w:br/>
        <w:t>І на честь такого свята&lt;br /&gt;</w:t>
        <w:br/>
        <w:t>(буде ж свято! Вже в путі!)&lt;br /&gt;</w:t>
        <w:br/>
        <w:t>ми зарядимо гармату&lt;br /&gt;</w:t>
        <w:br/>
        <w:t>кольоровим конфетті.</w:t>
      </w:r>
    </w:p>
    <w:p>
      <w:r>
        <w:br/>
        <w:t>Хай веселі будуть діти!&lt;br /&gt;</w:t>
        <w:br/>
        <w:t>Хай щасливим буде люд!&lt;br /&gt;</w:t>
        <w:br/>
        <w:t>Хай живе у всьому світі&lt;br /&gt;</w:t>
        <w:br/>
        <w:t>мир і злагода! Салют!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Ох, яке було би свято!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