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Олекса Іванович</w:t>
      </w:r>
    </w:p>
    <w:p>
      <w:r>
        <w:br/>
        <w:t xml:space="preserve"> &lt;p&gt;Олексі Івановичу стукнуло було вже 76 років, як я з ним познайомився. Він — з давніхдавен мисливець. Полював і по перу і на звіра.</w:t>
      </w:r>
    </w:p>
    <w:p>
      <w:r>
        <w:br/>
        <w:t>По перу — це значить на птицю: на качку, бекаса, дупеля, горличку, перепела, куликів і т. д.</w:t>
      </w:r>
    </w:p>
    <w:p>
      <w:r>
        <w:br/>
        <w:t>Колись він полював і диких гусей, і лебедів, розуміється, ранніми веснами та пізно восени, коли гуси та лебеді, перелітаючи з вирію на північ і з півночі у вирій, зупинялися на наших річках та на озерах.</w:t>
      </w:r>
    </w:p>
    <w:p>
      <w:r>
        <w:br/>
        <w:t>Тепер Олекса Іванович уже диких гусей і лебедів не полює.</w:t>
      </w:r>
    </w:p>
    <w:p>
      <w:r>
        <w:br/>
        <w:t>— Літа не ті! — говорить Олекса Іванович. — А колись… На звіра — це значить: на зайця, на лисицю, на вовка. Жив Олекса Іванович на селі, біля села було величезне озеро, навіть не одно, а два озера, поміж тими озерами був широченький вроді перешийок, і були поміж тими озерами добрі перельоти дикої качки. І якось так воно виходило, що вранці качки "тягли" з великого озера на менше, а ввечері — з малого на велике.</w:t>
      </w:r>
    </w:p>
    <w:p>
      <w:r>
        <w:br/>
        <w:t>На перешийку копалися ямки, ямки ті замасковувалися бур'яном, очеретом, кугою… Мисливці сідали в ті ямки і чекали, коли качки пролітатимуть над ямками.</w:t>
      </w:r>
    </w:p>
    <w:p>
      <w:r>
        <w:br/>
        <w:t>Перешийок був чималенький, ямок таких можна було викопати на відстані одна від одної на сто приблизно метрів штук 5–7…</w:t>
      </w:r>
    </w:p>
    <w:p>
      <w:r>
        <w:br/>
        <w:t>Полювання на тих озерах було дуже до вподоби справжнім мисливцямспортсменам. Вони стріляли качок тільки вльот — не так, як ті, що сиділи за очеретом біля плеса, чекаючи, коли спливуться докупи штук сто або тисяча, а тоді по сидячих: баббах! Таких "мисливців" по тих місцях не любили і прозивали "шкурниками" і "масовими убивцями".</w:t>
      </w:r>
    </w:p>
    <w:p>
      <w:r>
        <w:br/>
        <w:t>— Ти вльот устрель! А сидячу й палкою можна встрелити!</w:t>
      </w:r>
    </w:p>
    <w:p>
      <w:r>
        <w:br/>
        <w:t>Олекса Іванович, простий собі чолов'яга, мав благородне серце мисливцяспортсмена і ніколи по сидячих не стріляв.</w:t>
      </w:r>
    </w:p>
    <w:p>
      <w:r>
        <w:br/>
        <w:t>Коли навіть іноді він підкрадеться, було, до озера до сидячих качок на постріл, він підводився, говорив: "акиша!" і стріляв тільки летячих.</w:t>
      </w:r>
    </w:p>
    <w:p>
      <w:r>
        <w:br/>
        <w:t>В Олекси Івановича була пара гончаків — Докучай і Бандит.</w:t>
      </w:r>
    </w:p>
    <w:p>
      <w:r>
        <w:br/>
        <w:t>Гончаки були добре натаскані, ганяли добре, особливо Докучай, старий уже, дуже строгий пес, який, було, ніколи не покине звіра і ніколи не сколеться, тобто не загубить сліди. Голос у Докучая був низький, октавистий, помисливському — башур.</w:t>
      </w:r>
    </w:p>
    <w:p>
      <w:r>
        <w:br/>
        <w:t>Бандит був молодший, паратіший (бистріший), але не такий досвідчений, як Докучай, голос у нього був із заливом, тонкий, заливчастий. Ліс, коли гнав звіра Бандит, був повний дзвонупередзвону…</w:t>
      </w:r>
    </w:p>
    <w:p>
      <w:r>
        <w:br/>
        <w:t>І такий вони, Докучай і Бандит, дует у лісі давали, що слухав би й не переслухав.</w:t>
      </w:r>
    </w:p>
    <w:p>
      <w:r>
        <w:br/>
        <w:t>І от одного вечора, коли ми повернулися з полювання по чорнотропу, Олекса Іванович заявив мені:</w:t>
      </w:r>
    </w:p>
    <w:p>
      <w:r>
        <w:br/>
        <w:t>— Старий я вже! З гончаками мені вже важко! Забери в мене моїх Докучая та Бандита, ти молодий, вони тобі ще послужать.</w:t>
      </w:r>
    </w:p>
    <w:p>
      <w:r>
        <w:br/>
        <w:t>— Як так "забери"? Таких собак і забери?! — здивувався я. — Коли ви справді вирішили не полювати з гончаками, — купити собак я можу, а так… Що ви, Олексо Івановичу? 1</w:t>
      </w:r>
    </w:p>
    <w:p>
      <w:r>
        <w:br/>
        <w:t>Олекса Іванович махнув сердито рукою:</w:t>
      </w:r>
    </w:p>
    <w:p>
      <w:r>
        <w:br/>
        <w:t>— Зроду собаками не торгував! Ніколи! Забери! Мені з ними важко, а в лихі руки віддавати не хочу!</w:t>
      </w:r>
    </w:p>
    <w:p>
      <w:r>
        <w:br/>
        <w:t>Я забрав Докучая й Бандита.</w:t>
      </w:r>
    </w:p>
    <w:p>
      <w:r>
        <w:br/>
        <w:t>Коли я виїздив з двору Олекси Івановича, він кудись пішов. Семенівна, дружина Олекси Івановича, прощаючись із собаками, кожного з них, і Докучая, і Бандита, обняла й поцілувала.</w:t>
      </w:r>
    </w:p>
    <w:p>
      <w:r>
        <w:br/>
        <w:t>— Не обижайте їх, — звернулась вона до мене. — Хороші вони пси… Дохучая на перших порах остерігайтеся: він із характером! Деки звикне!</w:t>
      </w:r>
    </w:p>
    <w:p>
      <w:r>
        <w:br/>
        <w:t>— А де ж Олекса Іванович? — питаю я.</w:t>
      </w:r>
    </w:p>
    <w:p>
      <w:r>
        <w:br/>
        <w:t>— У садок пішов, щоб не бачили, що він плаче…</w:t>
      </w:r>
    </w:p>
    <w:p>
      <w:r>
        <w:br/>
        <w:t>Не за собаками пустив сльозу старенький Олекса Іванович, — він добре знав, що собаки будуть у добрих руках, молодих літ старенькому було шкода.</w:t>
      </w:r>
    </w:p>
    <w:p>
      <w:r>
        <w:br/>
        <w:t>Недарма останнім часом, лежачи під копицею або під стогом сіна, як було, полюючи, ночували на лузі, Олекса Іванович, дивлячись на небо голубе, на золоті зорі, старечим голосом заводив:</w:t>
      </w:r>
    </w:p>
    <w:p>
      <w:r>
        <w:br/>
        <w:t>Запрягайте…</w:t>
      </w:r>
    </w:p>
    <w:p>
      <w:r>
        <w:br/>
        <w:t>Та й поїдем доганяти</w:t>
      </w:r>
    </w:p>
    <w:p>
      <w:r>
        <w:br/>
        <w:t>Літа молодії…</w:t>
      </w:r>
    </w:p>
    <w:p>
      <w:r>
        <w:br/>
        <w:t>Залишився Олекса Іванович без гончаків.</w:t>
      </w:r>
    </w:p>
    <w:p>
      <w:r>
        <w:br/>
        <w:t>— Полюватиму з Піркою… На дупеля, на перепела… А як підстрелю десь качку, — він і качку мені принесе.</w:t>
      </w:r>
    </w:p>
    <w:p>
      <w:r>
        <w:br/>
        <w:t>Пірка (Пірат) — літній уже, не дуже чистої крові ірландський сетер. Шукати вмів і перепела, і дупеля, і бекаса, держав добре стойку і розумів Олексу Івановича не тільки з слова, а й руху. Махне рукою Олекса Іванович — лягай, мовляв, — лягає… Махне "вперед!" — іде вперед. Слухняний був пес Пірка і лагідний.</w:t>
      </w:r>
    </w:p>
    <w:p>
      <w:r>
        <w:br/>
        <w:t>Про те, щоб зовсім кинути полювання, Олексі Івановичу і на думку не спадало…</w:t>
      </w:r>
    </w:p>
    <w:p>
      <w:r>
        <w:br/>
        <w:t>— Хоч на горличку, хоч на горобця… Аж поки вперед ногами з хати не виїду, рушниці не кину! — твердо заявив Олекса Іванович, коли Семенівна колись натякнула: "Та куди вже тобі з тою рушницею?.. Облишив би вже…"</w:t>
      </w:r>
    </w:p>
    <w:p>
      <w:r>
        <w:br/>
        <w:t>Кріпко тоді розізлився Олекса Іванович на Семенівну.</w:t>
      </w:r>
    </w:p>
    <w:p>
      <w:r>
        <w:br/>
        <w:t>* * *</w:t>
      </w:r>
    </w:p>
    <w:p>
      <w:r>
        <w:br/>
        <w:t>Олекса Іванович — мисливець, можна сказати, з дитинства. Полював його дід, полював його батько. Діда свого Олекса Іванович уже не застав, а батькові було дуже багато мороки ховати від малого Олекси порох та пістони. Ховалася й рушниця, державбо її завжди батько зарядженою, бо в батька не централка була, а шомполка. Хоч рушниця часом була й не заряджена, батько знімав пістона, бо добре знав, що найнебезпечніша вдома рушниця — незаряджена.</w:t>
      </w:r>
    </w:p>
    <w:p>
      <w:r>
        <w:br/>
        <w:t>Було і з дідом, було й з батьком, що стріляла завжди рушниця або "незаряджена", або без пістона.</w:t>
      </w:r>
    </w:p>
    <w:p>
      <w:r>
        <w:br/>
        <w:t>А ви думаєте, що з Олексою Івановичем такого не траплялося, коли йому минуло 13 літ?</w:t>
      </w:r>
    </w:p>
    <w:p>
      <w:r>
        <w:br/>
        <w:t>Тоді вже батько не дуже ховався від Олекси з рушницею. Висіла вона на стіні, на гвіздку. Олекса взяв та й клацнув курком. Хоч пістона не було, а воно — баббах! Добре, що він держав рушницю цівкою вниз. Тільки й того, що в долівці отакенну яму вибило…</w:t>
      </w:r>
    </w:p>
    <w:p>
      <w:r>
        <w:br/>
        <w:t>Батька й матері вдома не було…</w:t>
      </w:r>
    </w:p>
    <w:p>
      <w:r>
        <w:br/>
        <w:t>А як повернулися батько з матір'ю, мати ахнула, а батько суворо запитав:</w:t>
      </w:r>
    </w:p>
    <w:p>
      <w:r>
        <w:br/>
        <w:t>— Клацав?</w:t>
      </w:r>
    </w:p>
    <w:p>
      <w:r>
        <w:br/>
        <w:t>— Клацав, тату.</w:t>
      </w:r>
    </w:p>
    <w:p>
      <w:r>
        <w:br/>
        <w:t>— А я що говорив?</w:t>
      </w:r>
    </w:p>
    <w:p>
      <w:r>
        <w:br/>
        <w:t>— Щоб я не займав рушниці.</w:t>
      </w:r>
    </w:p>
    <w:p>
      <w:r>
        <w:br/>
        <w:t>— Спускай штани!</w:t>
      </w:r>
    </w:p>
    <w:p>
      <w:r>
        <w:br/>
        <w:t>Нема де правди діти, "стріляв" батько череском Олексу, приказуючи: "Не клацай! Не клацай!", аж поки мати не вихопила череска і не сказала: "Та годі вже тобі!"</w:t>
      </w:r>
    </w:p>
    <w:p>
      <w:r>
        <w:br/>
        <w:t>Після того вже Олекса не клацав до того часу, поки сам батько якось у неділю сказав:</w:t>
      </w:r>
    </w:p>
    <w:p>
      <w:r>
        <w:br/>
        <w:t>— Ну, ходім у садок, учись уже стріляти. Восени зі мною на качок підеш… Пора вже!..</w:t>
      </w:r>
    </w:p>
    <w:p>
      <w:r>
        <w:br/>
        <w:t>Радості було, — і не говоріть!</w:t>
      </w:r>
    </w:p>
    <w:p>
      <w:r>
        <w:br/>
        <w:t>А ви гадаєте, що Олекса Іванович не стріляв раніше, до того часу, коли вже сам батько вирішив учити його стріляти, готувати з нього мисливця?</w:t>
      </w:r>
    </w:p>
    <w:p>
      <w:r>
        <w:br/>
        <w:t>Стріляв! Та ще й як стріляв!</w:t>
      </w:r>
    </w:p>
    <w:p>
      <w:r>
        <w:br/>
        <w:t>Починалося, як у всіх майбутніх мисливців, з бузинової пукалки.</w:t>
      </w:r>
    </w:p>
    <w:p>
      <w:r>
        <w:br/>
        <w:t>Ні, не так: ще перед бузиновою пукалкою була сикавка з болиголову.</w:t>
      </w:r>
    </w:p>
    <w:p>
      <w:r>
        <w:br/>
        <w:t>Вона, сикавка, хоч і не вогнепальна зброя, вона більше гідропульт, та проте й вона привчала до окоміру.</w:t>
      </w:r>
    </w:p>
    <w:p>
      <w:r>
        <w:br/>
        <w:t>Набере було в сикавку маленький Олекса з калюжі біля колодязя чогось такого ріденького, що аж ніяк водою не можна назвати, і підкрадеться до кота, щоб його поцілити. Кіт дуже хитрющий, зразу — на яблуню, з яблуні — на стріху, із стріхи — на горище, і нема кота. Кота трудно було поцілити.</w:t>
      </w:r>
    </w:p>
    <w:p>
      <w:r>
        <w:br/>
        <w:t>А от квочку легше. Квочка сиділа під припічком у хаті, дуже кріпко сиділа, не тікала. А клятуща квочка ж була! Тількино підійдеш чогось до припічка, зразу рльрльрльрль… зальрорчить, пір'я настовбурчить, та в литку тільки — цюк! Дзьобом — цюк! Боляче цюкалася клята квочка… От її з сикавки як цюркнеш! Ох, тоді лементу в хаті: квочка по хаті стрибає, квокче… яйця під квочкою мокрі, з гнізда брудна рідина ллється… Весело!</w:t>
      </w:r>
    </w:p>
    <w:p>
      <w:r>
        <w:br/>
        <w:t>А як ускочить на той лемент у хату мати, тоді вже сумно. Сикавка розлітається, вдарившись об Олексину нижню спину, до тієї спини приєднується такий мамин лящ, що одчиняються Олексиною головою хатні двері, в сінцях Олекса не затримується, а летить аж до повітки. Від повітки з криком: "Я більше не буду!" — через перелаз на вгород і в картоплиння. В картоплинні вже одсапка.</w:t>
      </w:r>
    </w:p>
    <w:p>
      <w:r>
        <w:br/>
        <w:t>А з хати лунає:</w:t>
      </w:r>
    </w:p>
    <w:p>
      <w:r>
        <w:br/>
        <w:t>— Я тобі, харцизяко, дам сикавки! Самого, ірода, на яйця під припічок посаджу! Щоб знав, як квочку з сикавки обливати!</w:t>
      </w:r>
    </w:p>
    <w:p>
      <w:r>
        <w:br/>
        <w:t>Тремтить Олекса в картоплинні, у борозні лежачи. Тремтить і думає, схлипуючи:</w:t>
      </w:r>
    </w:p>
    <w:p>
      <w:r>
        <w:br/>
        <w:t>— Не всидю я під припічком на яйцях, їйбо не всидю! Утечу!</w:t>
      </w:r>
    </w:p>
    <w:p>
      <w:r>
        <w:br/>
        <w:t>Довго мати репетує, аж поки сіно під квочкою перемінить, яйця поперетирає.</w:t>
      </w:r>
    </w:p>
    <w:p>
      <w:r>
        <w:br/>
        <w:t>А як угомониться, це вже аж надвечір, — тоді гукає:</w:t>
      </w:r>
    </w:p>
    <w:p>
      <w:r>
        <w:br/>
        <w:t>— Де ти там, сикавщику? Вилазь! Іди, молока випий!</w:t>
      </w:r>
    </w:p>
    <w:p>
      <w:r>
        <w:br/>
        <w:t>— А не будете, мамо?</w:t>
      </w:r>
    </w:p>
    <w:p>
      <w:r>
        <w:br/>
        <w:t>— Ну, йди вже, йди! Та не займай ти мені квочки!</w:t>
      </w:r>
    </w:p>
    <w:p>
      <w:r>
        <w:br/>
        <w:t>— Не буду, мамо, бігме, не буду! Помирилися…</w:t>
      </w:r>
    </w:p>
    <w:p>
      <w:r>
        <w:br/>
        <w:t>А вже після сикавки — бузинова пукалка.</w:t>
      </w:r>
    </w:p>
    <w:p>
      <w:r>
        <w:br/>
        <w:t>Бузинова пукалка — зброя дуже популярна і дуже поширена серед майбутніх мисливців.</w:t>
      </w:r>
    </w:p>
    <w:p>
      <w:r>
        <w:br/>
        <w:t>Жертвами цієї зброї здебільша бувають мухи, маленькі жабенята, маленькі курчатка і таке інше.</w:t>
      </w:r>
    </w:p>
    <w:p>
      <w:r>
        <w:br/>
        <w:t>Муху можна встрелити з пукалки на смерть, жабеня й курчатко перелякати.</w:t>
      </w:r>
    </w:p>
    <w:p>
      <w:r>
        <w:br/>
        <w:t>— Пук! — а курчатко тільки стриб! — і озирається на всі боки, що таке з ним трапилося, що воно підстрибнуло. Квочка теж занепокоєна, нахиляє набік голову і пильно в небо одним оком вдивляється, чи не шуліка, бува…</w:t>
      </w:r>
    </w:p>
    <w:p>
      <w:r>
        <w:br/>
        <w:t>Пукалка — зброя не дуже агресивна, але й вона іноді завдавала малому Олексі чимало неприємностей.</w:t>
      </w:r>
    </w:p>
    <w:p>
      <w:r>
        <w:br/>
        <w:t>Якось до мами завітала дядина Оришка, мамина кума, з маленькою Мар'янкою на руках. Мар'янці було всього три місяці. Поклали Мар'янку на полу на подушці та й балакають собі мама з дядиною Оришкою.</w:t>
      </w:r>
    </w:p>
    <w:p>
      <w:r>
        <w:br/>
        <w:t>Олекса підійшов до Мар'янки з пукалкою в руках, націлився добренько та в лоб Мар'янці тільки — пук!</w:t>
      </w:r>
    </w:p>
    <w:p>
      <w:r>
        <w:br/>
        <w:t>Було лементу Мар'янчиного, було крику маминого й дядининого, був гарячий ляпас Олексі по нижній спині, а найболючіше було те, що полетіла пукалка в піч.</w:t>
      </w:r>
    </w:p>
    <w:p>
      <w:r>
        <w:br/>
        <w:t>— Ох, і пукалка ж була! Такої пукалки, як в Олекси, на цілому кутку не було! — згадував Олекса Іванович. — Як послиниш, було, клоччя та зробиш з того клоччя кульку, — тугутугу! — та як пукнеш, було, так кулька та вище від берестка летить! Отака була пукалка! — і от згоріла!</w:t>
      </w:r>
    </w:p>
    <w:p>
      <w:r>
        <w:br/>
        <w:t>Та чого тільки не перетерпиш для того полювання. Після пукалки діло пішло вже до справжньої вогнепальної зброї…</w:t>
      </w:r>
    </w:p>
    <w:p>
      <w:r>
        <w:br/>
        <w:t>Батько збирався вже з шомполки переходити на централку і вже купив був п'ять штук мідних патронів 12го калібру.</w:t>
      </w:r>
    </w:p>
    <w:p>
      <w:r>
        <w:br/>
        <w:t>Про це Олекса розповів Одарчиному Ількові. Ілько відразу:</w:t>
      </w:r>
    </w:p>
    <w:p>
      <w:r>
        <w:br/>
        <w:t>— А ти вкрадь одного патрона — пістолета зробимо!</w:t>
      </w:r>
    </w:p>
    <w:p>
      <w:r>
        <w:br/>
        <w:t>— Довго ми вистругували ложу для пістолета, довго прикручували дротом патрона до ложі… Нарешті прикрутили.</w:t>
      </w:r>
    </w:p>
    <w:p>
      <w:r>
        <w:br/>
        <w:t>Чималенько довелося крутитися біля батькової скриньки, де він ховав порох, патрони, пістони й інші мисливські приладдя. Нарешті порох є. І сірнички є! Набили патрон порохом і пішли аж у берег.</w:t>
      </w:r>
    </w:p>
    <w:p>
      <w:r>
        <w:br/>
        <w:t>Олекса держав пістолета, а Ілько підпалив сірничком.</w:t>
      </w:r>
    </w:p>
    <w:p>
      <w:r>
        <w:br/>
        <w:t>— От бббахнуло! Ну й бахнуло! Аж виляски понад берегом пішли.</w:t>
      </w:r>
    </w:p>
    <w:p>
      <w:r>
        <w:br/>
        <w:t>Батька не було вдома, а мати, коли Олекса прийшов додому, запитала:</w:t>
      </w:r>
    </w:p>
    <w:p>
      <w:r>
        <w:br/>
        <w:t>— Хто воно ото в березі бахкав?</w:t>
      </w:r>
    </w:p>
    <w:p>
      <w:r>
        <w:br/>
        <w:t>— То панич горобці стріляв! — відповів Олекса…</w:t>
      </w:r>
    </w:p>
    <w:p>
      <w:r>
        <w:br/>
        <w:t>— Нічого ото їм, отим паничам, робити, так вони горобців полохають! А вже й не маленький! — кинула мати.</w:t>
      </w:r>
    </w:p>
    <w:p>
      <w:r>
        <w:br/>
        <w:t>Стріляв Олекса з пістолета хоч і не часто, проте стріляв: пороху трудно було дістати.</w:t>
      </w:r>
    </w:p>
    <w:p>
      <w:r>
        <w:br/>
        <w:t>Одного разу з Ільком вони надумали, що не дуже їхній пістолет бабахкас, треба, щоб луна дужче пішла.</w:t>
      </w:r>
    </w:p>
    <w:p>
      <w:r>
        <w:br/>
        <w:t>Пороху потроху назбирали.</w:t>
      </w:r>
    </w:p>
    <w:p>
      <w:r>
        <w:br/>
        <w:t>Набили патрон добре, мало не півпатрона пороху насипали.</w:t>
      </w:r>
    </w:p>
    <w:p>
      <w:r>
        <w:br/>
        <w:t>Пішли далеко від хати, аж під лісок, у лози.</w:t>
      </w:r>
    </w:p>
    <w:p>
      <w:r>
        <w:br/>
        <w:t>Простяг Олекса руку з пістолетом, сам одвернувся:</w:t>
      </w:r>
    </w:p>
    <w:p>
      <w:r>
        <w:br/>
        <w:t>— Підпалюй, — каже Ількові,— і сам падай!</w:t>
      </w:r>
    </w:p>
    <w:p>
      <w:r>
        <w:br/>
        <w:t>Ілько чиркнув сірничка, ткнув ззаду патрона і сам зразу впав.</w:t>
      </w:r>
    </w:p>
    <w:p>
      <w:r>
        <w:br/>
        <w:t>Ех, і бббахнуло! Ех же ж і рвонуло! Розлетівся патрон на клаптики і одним шматком так і зчесало ніготь на великім пальці в Олекси…</w:t>
      </w:r>
    </w:p>
    <w:p>
      <w:r>
        <w:br/>
        <w:t>Не будемо розповідати, що було. Скажемо тільки, що було боляче, було сумно, було й соромно. Довелося до Олександра Петровича, до фельдшера, йти, — мати повела.</w:t>
      </w:r>
    </w:p>
    <w:p>
      <w:r>
        <w:br/>
        <w:t>Страмив він уже, страмив Олексу, та ще й додав:</w:t>
      </w:r>
    </w:p>
    <w:p>
      <w:r>
        <w:br/>
        <w:t>— А ще й мисливців син! Та й ще доброго мисливця! Ну, куди воно годиться!</w:t>
      </w:r>
    </w:p>
    <w:p>
      <w:r>
        <w:br/>
        <w:t>Отакого було, доки на справжнього мисливця Олекса Іванович вийшов…</w:t>
      </w:r>
    </w:p>
    <w:p>
      <w:r>
        <w:br/>
        <w:t>А полювалося добре! Було й птиці постреляно, було й звіра впольовано…</w:t>
      </w:r>
    </w:p>
    <w:p>
      <w:r>
        <w:br/>
        <w:t>Та хіба ж жарти: 60 з гаком літ, як полює Олекса Іванович…</w:t>
      </w:r>
    </w:p>
    <w:p>
      <w:r>
        <w:br/>
        <w:t>Були за цей час і гончаки, були й лягаві… А тепер уже не те! Літа не ті! Та, проте, рушниці не кидає! То ні! Аж до останнього подиху!</w:t>
      </w:r>
    </w:p>
    <w:p>
      <w:r>
        <w:br/>
        <w:t>* * *</w:t>
      </w:r>
    </w:p>
    <w:p>
      <w:r>
        <w:br/>
        <w:t>Якось одного чудесного серпневого дня заманулося мені відвідати старенького Олексу Івановича, давно вже я його не бачив.</w:t>
      </w:r>
    </w:p>
    <w:p>
      <w:r>
        <w:br/>
        <w:t>Від невеличкої степової залізничної станції до Олекси Івановича п'ять кілометрів пройшов я пішки, межами. Копи навкруги, копи та ще копи. А денеде вже й скирти стоять, колгоспні скирти.</w:t>
      </w:r>
    </w:p>
    <w:p>
      <w:r>
        <w:br/>
        <w:t>Прийшов я до Олекси Івановича. Зустрічає Семенівна.</w:t>
      </w:r>
    </w:p>
    <w:p>
      <w:r>
        <w:br/>
        <w:t>— Здрастуйте! А де Олекса Іванович? — питаю.</w:t>
      </w:r>
    </w:p>
    <w:p>
      <w:r>
        <w:br/>
        <w:t>— Поплентався з рушницею та з Піркою по перепілки! Нічого я з ним подіяти не можу! Хворів це останній тиждень, кашляв, і гарячка була. Фельдшера кликала — банки ставив. А це трохи полегшало, сьогодні встав, поснідав — і за рушницю: "Піду, каже, до просища, може, перепілку яку підстрелю! А хворобу з мене сонце випече та вітерець видме… А на печі — де та хвороба дінеться, так у мене й сидітиме. Піду!" — і пішов.</w:t>
      </w:r>
    </w:p>
    <w:p>
      <w:r>
        <w:br/>
        <w:t>— А де просище у вас?</w:t>
      </w:r>
    </w:p>
    <w:p>
      <w:r>
        <w:br/>
        <w:t>— Недалеко за селом, понад шляхом на Мандриківку. Проса ще не косили, а пшеницю понад просом комбайном викошено, і там, кажуть, сила перепелів.</w:t>
      </w:r>
    </w:p>
    <w:p>
      <w:r>
        <w:br/>
        <w:t>— Ну, піду, — кажу, — пошукаю Івановича. Та, може, й сам перепілками побалуюсь.</w:t>
      </w:r>
    </w:p>
    <w:p>
      <w:r>
        <w:br/>
        <w:t>Побачив я Олексу Івановича ще здалека. "Дай, — думаю собі,— подивлюсь, як старий перепілки полює".</w:t>
      </w:r>
    </w:p>
    <w:p>
      <w:r>
        <w:br/>
        <w:t>Підійшов, став за копицею, спостерігаю. Старий мене не бачить.</w:t>
      </w:r>
    </w:p>
    <w:p>
      <w:r>
        <w:br/>
        <w:t>І смішна, і зворушлива картина постала перед моїми очима…</w:t>
      </w:r>
    </w:p>
    <w:p>
      <w:r>
        <w:br/>
        <w:t>Сидить Олекса Іванович на снопі (понад просищем ще снопи не були складені в копи), а недалечко перед ним бігає, та, правду казавши, не бігає, а ходить Пірка. Ходить "човником", як і слід справжньому мисливському псові. Ішов, йшов Пірка, раптом став. Став, повернув голову до Олекси Івановича і дивиться. Олекса Іванович, бачу, підніс руку. Пірка ліг. Потихеньку встає Олекса Іванович і йде до Пірки. Підійшов, взяв рушницю напоготів, ступнув кроків три — зірвався перепел. Олекса Іванович вистрілив, перепел упав. Олекса Іванович сів на снопа. Пірка підвівся, пішов, не побіг, а пішов, знайшов забитого перепела, приніс і поклав перед Олексою Івановичем. Постояв трохи, поки Олекса Іванович махнув рукою: "Вперед!" Пірка пішов знову "човником"… Став… потім ліг… Підводиться знову Олекса Іванович… Так і полюють: доки знайде перепела Пірка, відпочиває Олекса Іванович, доки дійде до нього Олекса Іванович, відпочиває Пірка.</w:t>
      </w:r>
    </w:p>
    <w:p>
      <w:r>
        <w:br/>
        <w:t>Довго я стояв, милувався з роботи двох стареньких друзів.</w:t>
      </w:r>
    </w:p>
    <w:p>
      <w:r>
        <w:br/>
        <w:t>Коли Олекса Іванович "мазав", Пірка підводив голову і довго на нього дивився.</w:t>
      </w:r>
    </w:p>
    <w:p>
      <w:r>
        <w:br/>
        <w:t>Олекса Іванович, закладаючи в централку патрони, говорив:</w:t>
      </w:r>
    </w:p>
    <w:p>
      <w:r>
        <w:br/>
        <w:t>— Ну, не гнівайся, Пірка! Буває! Підійшов я до Олекси Івановича, привітався.</w:t>
      </w:r>
    </w:p>
    <w:p>
      <w:r>
        <w:br/>
        <w:t>— Як здоров'я?</w:t>
      </w:r>
    </w:p>
    <w:p>
      <w:r>
        <w:br/>
        <w:t>— Вибрикуємо! Вдвох із Піркою вибрикуємо. Бачите, вже півдесятка з Піркою уходакали! — показуючи на торбинку, посміхнувся Олекса Іванович.</w:t>
      </w:r>
    </w:p>
    <w:p>
      <w:r>
        <w:br/>
        <w:t>Все життя з рушницею! До останнього подиху! Благородна пристрасть благородної людини.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Олекса Іванович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