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Осли-виборці</w:t>
      </w:r>
    </w:p>
    <w:p>
      <w:r>
        <w:br/>
        <w:t xml:space="preserve"> Генріх Гейне (Гайне)&lt;br /&gt;</w:t>
        <w:br/>
        <w:t>Осли-виборці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Усім набрид свободи рай,&lt;br /&gt;</w:t>
        <w:br/>
        <w:t>I стали звірі змовляться:&lt;br /&gt;</w:t>
        <w:br/>
        <w:t>"Покласти звіриній республіці край&lt;br /&gt;</w:t>
        <w:br/>
        <w:t>I вибрати самовладця".</w:t>
      </w:r>
    </w:p>
    <w:p>
      <w:r>
        <w:br/>
        <w:t>По куріях різних звірі зійшлись&lt;br /&gt;</w:t>
        <w:br/>
        <w:t>Залежно від роду і масті,&lt;br /&gt;</w:t>
        <w:br/>
        <w:t>I зразу ж інтриги почались,&lt;br /&gt;</w:t>
        <w:br/>
        <w:t>Заграли партійні страсті.</w:t>
      </w:r>
    </w:p>
    <w:p>
      <w:r>
        <w:br/>
        <w:t>В ослячій курії тоді&lt;br /&gt;</w:t>
        <w:br/>
        <w:t>Старі каплії буліі в силі;&lt;br /&gt;</w:t>
        <w:br/>
        <w:t>Чорно-червоно-золоті&lt;br /&gt;</w:t>
        <w:br/>
        <w:t>Кокарди вони носили.</w:t>
      </w:r>
    </w:p>
    <w:p>
      <w:r>
        <w:br/>
        <w:t>Було, щоправда, серед ослів&lt;br /&gt;</w:t>
        <w:br/>
        <w:t>Прокінське угрупування,&lt;br /&gt;</w:t>
        <w:br/>
        <w:t>Та всі боялись старих капліїв&lt;br /&gt;</w:t>
        <w:br/>
        <w:t>I їхнього репетування.</w:t>
      </w:r>
    </w:p>
    <w:p>
      <w:r>
        <w:br/>
        <w:t>Коли ж хтось висунути посмів&lt;br /&gt;</w:t>
        <w:br/>
        <w:t>Конячу кандидатуру,&lt;br /&gt;</w:t>
        <w:br/>
        <w:t>Обрізав його один з капліїв:&lt;br /&gt;</w:t>
        <w:br/>
        <w:t>"Ах ти ж, продажна шкура!</w:t>
      </w:r>
    </w:p>
    <w:p>
      <w:r>
        <w:br/>
        <w:t>Продажна ти шкура, либонь байстрям&lt;br /&gt;</w:t>
        <w:br/>
        <w:t>I мати тебе вжеребила...&lt;br /&gt;</w:t>
        <w:br/>
        <w:t>А хто в тебе мати — сказати страм:&lt;br /&gt;</w:t>
        <w:br/>
        <w:t>Ледача французька кобила.</w:t>
      </w:r>
    </w:p>
    <w:p>
      <w:r>
        <w:br/>
        <w:t>А може, ти в зебринім череві ріс,&lt;br /&gt;</w:t>
        <w:br/>
        <w:t>Бо й масть у тебе зебрейська,&lt;br /&gt;</w:t>
        <w:br/>
        <w:t>Та ще й гундосиш якось крізь ніс&lt;br /&gt;</w:t>
        <w:br/>
        <w:t>З-єгипетська чи з-єврейська.</w:t>
      </w:r>
    </w:p>
    <w:p>
      <w:r>
        <w:br/>
        <w:t>Авжеж, ти чужинець, та ще й кар'єрист,&lt;br /&gt;</w:t>
        <w:br/>
        <w:t>Хіба ж ти збагнеш душею&lt;br /&gt;</w:t>
        <w:br/>
        <w:t>Ослячої вдачі містичний зміст,&lt;br /&gt;</w:t>
        <w:br/>
        <w:t>Осляцтва величну ідею?</w:t>
      </w:r>
    </w:p>
    <w:p>
      <w:r>
        <w:br/>
        <w:t>Мене ж понад усе втіша&lt;br /&gt;</w:t>
        <w:br/>
        <w:t>Якраз самобутність ослина;&lt;br /&gt;</w:t>
        <w:br/>
        <w:t>Ослина у мене і дума, й душа,&lt;br /&gt;</w:t>
        <w:br/>
        <w:t>I кожна в хвості волосина.</w:t>
      </w:r>
    </w:p>
    <w:p>
      <w:r>
        <w:br/>
        <w:t>Не римлянин, не слов'янин —&lt;br /&gt;</w:t>
        <w:br/>
        <w:t>Осел я щиро німецький,&lt;br /&gt;</w:t>
        <w:br/>
        <w:t>І предки мої, усі, як один,&lt;br /&gt;</w:t>
        <w:br/>
        <w:t>Були осли здоровецькі.</w:t>
      </w:r>
    </w:p>
    <w:p>
      <w:r>
        <w:br/>
        <w:t>Вони не кохались в крутні і в бридні,&lt;br /&gt;</w:t>
        <w:br/>
        <w:t>I в гречку не скакали,&lt;br /&gt;</w:t>
        <w:br/>
        <w:t>А вірно й смирно день при дні&lt;br /&gt;</w:t>
        <w:br/>
        <w:t>Мішки до млина таскали.</w:t>
      </w:r>
    </w:p>
    <w:p>
      <w:r>
        <w:br/>
        <w:t>I предки ті не вмерли, ні —&lt;br /&gt;</w:t>
        <w:br/>
        <w:t>В труні лиш їх бренні кожі.&lt;br /&gt;</w:t>
        <w:br/>
        <w:t>Самі ж вони в небес вишині&lt;br /&gt;</w:t>
        <w:br/>
        <w:t>Вже праведники божі.</w:t>
      </w:r>
    </w:p>
    <w:p>
      <w:r>
        <w:br/>
        <w:t>О преподобні отці-осли!&lt;br /&gt;</w:t>
        <w:br/>
        <w:t>Ми будем як ви, достоту,&lt;br /&gt;</w:t>
        <w:br/>
        <w:t>І з шляху чеснот, яким ви йшли,&lt;br /&gt;</w:t>
        <w:br/>
        <w:t>Не звернемо ми ні на йоту.</w:t>
      </w:r>
    </w:p>
    <w:p>
      <w:r>
        <w:br/>
        <w:t>Найбільше щастя — буть ослом&lt;br /&gt;</w:t>
        <w:br/>
        <w:t>Каплійського коліна,&lt;br /&gt;</w:t>
        <w:br/>
        <w:t>I найпочесніший диплом —&lt;br /&gt;</w:t>
        <w:br/>
        <w:t>Це метрика ослина.</w:t>
      </w:r>
    </w:p>
    <w:p>
      <w:r>
        <w:br/>
        <w:t>Мій батько був німецьким ослом,&lt;br /&gt;</w:t>
        <w:br/>
        <w:t>I цим я по праву горджуся,&lt;br /&gt;</w:t>
        <w:br/>
        <w:t>Ослино-німецьким молоком&lt;br /&gt;</w:t>
        <w:br/>
        <w:t>Мене згодувала матуся.</w:t>
      </w:r>
    </w:p>
    <w:p>
      <w:r>
        <w:br/>
        <w:t>Я єсть осел і тому ціню&lt;br /&gt;</w:t>
        <w:br/>
        <w:t>Над всяке інше багатство&lt;br /&gt;</w:t>
        <w:br/>
        <w:t>Я рідну ослину старовину&lt;br /&gt;</w:t>
        <w:br/>
        <w:t>I взагалі осляцтво.</w:t>
      </w:r>
    </w:p>
    <w:p>
      <w:r>
        <w:br/>
        <w:t>I я осел, і ви осли,&lt;br /&gt;</w:t>
        <w:br/>
        <w:t>Осла й королем призначим!&lt;br /&gt;</w:t>
        <w:br/>
        <w:t>Борімся за те, щоб осли були&lt;br /&gt;</w:t>
        <w:br/>
        <w:t>Владикамй в царстві ослячім.</w:t>
      </w:r>
    </w:p>
    <w:p>
      <w:r>
        <w:br/>
        <w:t>Ми всі осли. I — я! I — я!&lt;br /&gt;</w:t>
        <w:br/>
        <w:t>Кінві не скорити нас зроду!&lt;br /&gt;</w:t>
        <w:br/>
        <w:t>Ми королем оберем каплія&lt;br /&gt;</w:t>
        <w:br/>
        <w:t>Ослиного чесного роду".</w:t>
      </w:r>
    </w:p>
    <w:p>
      <w:r>
        <w:br/>
        <w:t>Так закінчив патріот. I вмент&lt;br /&gt;</w:t>
        <w:br/>
        <w:t>Осли заплескали в підлогу.&lt;br /&gt;</w:t>
        <w:br/>
        <w:t>Національний елемент&lt;br /&gt;</w:t>
        <w:br/>
        <w:t>Торжествував перемогу.</w:t>
      </w:r>
    </w:p>
    <w:p>
      <w:r>
        <w:br/>
        <w:t>Осли увінчали дубовим вінком&lt;br /&gt;</w:t>
        <w:br/>
        <w:t>Трибуна ослиного стану,&lt;br /&gt;</w:t>
        <w:br/>
        <w:t>А він блаженно виляв хвостом,&lt;br /&gt;</w:t>
        <w:br/>
        <w:t>Мов дякував за шану.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Осли-виборці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