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О. І. Одоєвського</w:t>
      </w:r>
    </w:p>
    <w:p>
      <w:r>
        <w:br/>
        <w:t xml:space="preserve"> Михайло Лермонтов&lt;br /&gt;</w:t>
        <w:br/>
        <w:t>Пам'яті О. І. Одоєвського</w:t>
      </w:r>
    </w:p>
    <w:p>
      <w:r>
        <w:br/>
        <w:t>(Переклад Миколи Зерова)</w:t>
      </w:r>
    </w:p>
    <w:p>
      <w:r>
        <w:br/>
        <w:t>1</w:t>
      </w:r>
    </w:p>
    <w:p>
      <w:r>
        <w:br/>
        <w:t>Я знав його; ми мандрували з ним&lt;br /&gt;</w:t>
        <w:br/>
        <w:t>У горах сходу, тугою вигнання&lt;br /&gt;</w:t>
        <w:br/>
        <w:t>Ділившись дружно; та у рідний дім&lt;br /&gt;</w:t>
        <w:br/>
        <w:t>Вернувся я, і час поневіряння,&lt;br /&gt;</w:t>
        <w:br/>
        <w:t>Призначений недолею, пробіг;&lt;br /&gt;</w:t>
        <w:br/>
        <w:t>А він ясної не діждався хвилі,&lt;br /&gt;</w:t>
        <w:br/>
        <w:t>Під військовuм наметом у знесиллі,&lt;br /&gt;</w:t>
        <w:br/>
        <w:t>Підточений недугою, поліг,&lt;br /&gt;</w:t>
        <w:br/>
        <w:t>Пішов од нас і виплекать не встиг&lt;br /&gt;</w:t>
        <w:br/>
        <w:t>Ще не дозрілих творчих пориваннів,&lt;br /&gt;</w:t>
        <w:br/>
        <w:t>Гірких жалів і марних наріканнів.</w:t>
      </w:r>
    </w:p>
    <w:p>
      <w:r>
        <w:br/>
        <w:t>2</w:t>
      </w:r>
    </w:p>
    <w:p>
      <w:r>
        <w:br/>
        <w:t>Він народивсь для них, для тих надій,&lt;br /&gt;</w:t>
        <w:br/>
        <w:t>Поезії і щастя. Та бентежний&lt;br /&gt;</w:t>
        <w:br/>
        <w:t>З одінь дитячих вирвався як стій&lt;br /&gt;</w:t>
        <w:br/>
        <w:t>I кинув серце в океан безмежний —&lt;br /&gt;</w:t>
        <w:br/>
        <w:t>I світ не зглянувсь, бог не врятував...&lt;br /&gt;</w:t>
        <w:br/>
        <w:t>Але ніколи в життьовому трyді&lt;br /&gt;</w:t>
        <w:br/>
        <w:t>Серед людей і в степовім безлюдді&lt;br /&gt;</w:t>
        <w:br/>
        <w:t>Він добрих почувань не утрачав:&lt;br /&gt;</w:t>
        <w:br/>
        <w:t>Дитячий сміх його не покидав,&lt;br /&gt;</w:t>
        <w:br/>
        <w:t>Сердечна мова, гра очей блакитна&lt;br /&gt;</w:t>
        <w:br/>
        <w:t>I в гідність людську віра непохитна.</w:t>
      </w:r>
    </w:p>
    <w:p>
      <w:r>
        <w:br/>
        <w:t>3</w:t>
      </w:r>
    </w:p>
    <w:p>
      <w:r>
        <w:br/>
        <w:t>Самотен стих палкого серця бій...&lt;br /&gt;</w:t>
        <w:br/>
        <w:t>Хай спокій буде з ним, мій любий Сашо,&lt;br /&gt;</w:t>
        <w:br/>
        <w:t>Під укриттям важким, в землі чужій&lt;br /&gt;</w:t>
        <w:br/>
        <w:t>Хай тихо спить воно, як приязнь наша,&lt;br /&gt;</w:t>
        <w:br/>
        <w:t>Похована у пам'яті моїй.&lt;br /&gt;</w:t>
        <w:br/>
        <w:t>Ти вмер спокійно, без жалю і суму,&lt;br /&gt;</w:t>
        <w:br/>
        <w:t>Як і багато хто. Таємну думу&lt;br /&gt;</w:t>
        <w:br/>
        <w:t>Застигле укривало ще чоло,&lt;br /&gt;</w:t>
        <w:br/>
        <w:t>Як вії сном довічним сповило,&lt;br /&gt;</w:t>
        <w:br/>
        <w:t>I що сказав ти на смертельнім ложі,&lt;br /&gt;</w:t>
        <w:br/>
        <w:t>Ніхто із нас повідати це зможе.</w:t>
      </w:r>
    </w:p>
    <w:p>
      <w:r>
        <w:br/>
        <w:t>4</w:t>
      </w:r>
    </w:p>
    <w:p>
      <w:r>
        <w:br/>
        <w:t>Що то було? Привіт товаришам&lt;br /&gt;</w:t>
        <w:br/>
        <w:t>Чи до отчизни скорбне накликання?&lt;br /&gt;</w:t>
        <w:br/>
        <w:t>Нестерпний жаль за молодим життям&lt;br /&gt;</w:t>
        <w:br/>
        <w:t>Чи просто зойк останнього страждання&lt;br /&gt;</w:t>
        <w:br/>
        <w:t>Хто скаже нам! Твоїх останніх слів&lt;br /&gt;</w:t>
        <w:br/>
        <w:t>Глибока мисль, хоч повна безнадії,&lt;br /&gt;</w:t>
        <w:br/>
        <w:t>Згубилася. Думки твої, і дії,&lt;br /&gt;</w:t>
        <w:br/>
        <w:t>I наміри розтали без слідa,&lt;br /&gt;</w:t>
        <w:br/>
        <w:t>Немовби хмар осінніх череда:&lt;br /&gt;</w:t>
        <w:br/>
        <w:t>Заблисне враз на сонці — і зникає...&lt;br /&gt;</w:t>
        <w:br/>
        <w:t>Куди вона і звідки?-хто спитає...</w:t>
      </w:r>
    </w:p>
    <w:p>
      <w:r>
        <w:br/>
        <w:t>5</w:t>
      </w:r>
    </w:p>
    <w:p>
      <w:r>
        <w:br/>
        <w:t>I знаку в небесах нема по ній,&lt;br /&gt;</w:t>
        <w:br/>
        <w:t>Як по дитячій муці гарячковій,&lt;br /&gt;</w:t>
        <w:br/>
        <w:t>Як по буянню заповітних мрій,&lt;br /&gt;</w:t>
        <w:br/>
        <w:t>Не звірених ні дружбі, ні любові.&lt;br /&gt;</w:t>
        <w:br/>
        <w:t>Не все одно? Хай забуває світ&lt;br /&gt;</w:t>
        <w:br/>
        <w:t>Життя твоє чуже і припадкове.&lt;br /&gt;</w:t>
        <w:br/>
        <w:t>Нащo тобі терни його обмови&lt;br /&gt;</w:t>
        <w:br/>
        <w:t>I похвали його даремний цвіт?&lt;br /&gt;</w:t>
        <w:br/>
        <w:t>Ти не служив йому... З юнацьких літ&lt;br /&gt;</w:t>
        <w:br/>
        <w:t>Ти ухилявся пут його лукавих:&lt;br /&gt;</w:t>
        <w:br/>
        <w:t>Любив ти моря шум, імлу степів ласкавих</w:t>
      </w:r>
    </w:p>
    <w:p>
      <w:r>
        <w:br/>
        <w:t>6</w:t>
      </w:r>
    </w:p>
    <w:p>
      <w:r>
        <w:br/>
        <w:t>Та вищерблений верх гірських кряжів.&lt;br /&gt;</w:t>
        <w:br/>
        <w:t>I край твоєї темної могили&lt;br /&gt;</w:t>
        <w:br/>
        <w:t>Усе, чим тішивсь ти і що любив,&lt;br /&gt;</w:t>
        <w:br/>
        <w:t>Так незрівнянно доля сполучила.&lt;br /&gt;</w:t>
        <w:br/>
        <w:t>Синіє степ, і сніговим хребтом&lt;br /&gt;</w:t>
        <w:br/>
        <w:t>Кавказ його німоту обіймає,&lt;br /&gt;</w:t>
        <w:br/>
        <w:t>Над морем він, схилившися, дрімає,&lt;br /&gt;</w:t>
        <w:br/>
        <w:t>Мов велетень над дорогим щитом,&lt;br /&gt;</w:t>
        <w:br/>
        <w:t>I гомін хвиль мандрівних наслухає;&lt;br /&gt;</w:t>
        <w:br/>
        <w:t>А море Чорнеє шумить, не замовкає.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О. І. Одоєвського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