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Поля Елюара</w:t>
      </w:r>
    </w:p>
    <w:p>
      <w:r>
        <w:br/>
        <w:t xml:space="preserve"> Целан Пауль&lt;br /&gt;</w:t>
        <w:br/>
        <w:t>Пауль Целан (Пауль Лео Анчель)&lt;br /&gt;</w:t>
        <w:br/>
        <w:t>Пам'яті Поля Елюара</w:t>
      </w:r>
    </w:p>
    <w:p>
      <w:r>
        <w:br/>
        <w:t>Перекладач: Л.Череватенко&lt;br /&gt;</w:t>
        <w:br/>
        <w:t>Джерело: З книги: Зарубіжна література: Хрестоматія: 11 кл.— Х.: Світ дитинства, 1992.</w:t>
      </w:r>
    </w:p>
    <w:p>
      <w:r>
        <w:br/>
        <w:t>Поклади покійнику в домовину&lt;br /&gt;</w:t>
        <w:br/>
        <w:t>слова його, зроблені для життя.&lt;br /&gt;</w:t>
        <w:br/>
        <w:t>Вмости йому голову поміж них,&lt;br /&gt;</w:t>
        <w:br/>
        <w:t>нехай відчує&lt;br /&gt;</w:t>
        <w:br/>
        <w:t>лестощі, лещата&lt;br /&gt;</w:t>
        <w:br/>
        <w:t>хоті.&lt;br /&gt;</w:t>
        <w:br/>
        <w:t>Поклади покійнику на повіки&lt;br /&gt;</w:t>
        <w:br/>
        <w:t>слово, якого вже не почує&lt;br /&gt;</w:t>
        <w:br/>
        <w:t>той, хто казав йому Ти,&lt;br /&gt;</w:t>
        <w:br/>
        <w:t>слово,&lt;br /&gt;</w:t>
        <w:br/>
        <w:t>де кров його серця дзвонила,&lt;br /&gt;</w:t>
        <w:br/>
        <w:t>тоді як за руки голі того,&lt;br /&gt;</w:t>
        <w:br/>
        <w:t>хто казав йому Ти,&lt;br /&gt;</w:t>
        <w:br/>
        <w:t>до дерев прийдешнього&lt;br /&gt;</w:t>
        <w:br/>
        <w:t>прицвяхували.&lt;br /&gt;</w:t>
        <w:br/>
        <w:t>Поклади йому на повіки це слово:&lt;br /&gt;</w:t>
        <w:br/>
        <w:t>може статись,&lt;br /&gt;</w:t>
        <w:br/>
        <w:t>в очах його, ще голубих,&lt;br /&gt;</w:t>
        <w:br/>
        <w:t>інша, незвана сяйне голубінь,&lt;br /&gt;</w:t>
        <w:br/>
        <w:t>і той, хто казав йому Ти,&lt;br /&gt;</w:t>
        <w:br/>
        <w:t>з ним разом&lt;br /&gt;</w:t>
        <w:br/>
        <w:t>вимріє: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Поля Елюара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