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Белло і блакитне диво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Белло і блакитне диво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