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та Іван в дорозі</w:t>
      </w:r>
    </w:p>
    <w:p>
      <w:r>
        <w:br/>
        <w:t xml:space="preserve"> Побратались пан з Іваном,&lt;br /&gt;</w:t>
        <w:br/>
        <w:t>По світі мандрують,&lt;br /&gt;</w:t>
        <w:br/>
        <w:t>Разом їдять, розмовляють.&lt;br /&gt;</w:t>
        <w:br/>
        <w:t>Разом і ночують…</w:t>
      </w:r>
    </w:p>
    <w:p>
      <w:r>
        <w:br/>
        <w:t>На кожному через плечі&lt;br /&gt;</w:t>
        <w:br/>
        <w:t>Висить по торбині;&lt;br /&gt;</w:t>
        <w:br/>
        <w:t>Лиш пан таки у чемерці,&lt;br /&gt;</w:t>
        <w:br/>
        <w:t>Іван у свитині…</w:t>
      </w:r>
    </w:p>
    <w:p>
      <w:r>
        <w:br/>
        <w:t>Ідуть вони дорогою,&lt;br /&gt;</w:t>
        <w:br/>
        <w:t>Стали ночувати,&lt;br /&gt;</w:t>
        <w:br/>
        <w:t>Аж задумав пан поганий&lt;br /&gt;</w:t>
        <w:br/>
        <w:t>Хлопа ошукати…</w:t>
      </w:r>
    </w:p>
    <w:p>
      <w:r>
        <w:br/>
        <w:t>Та й говорить до Івана&lt;br /&gt;</w:t>
        <w:br/>
        <w:t>"Знаєш що, Іване?&lt;br /&gt;</w:t>
        <w:br/>
        <w:t>То нам варто б попоїсти!.."&lt;br /&gt;</w:t>
        <w:br/>
        <w:t>"То що ж? Їжмо, пане!.."</w:t>
      </w:r>
    </w:p>
    <w:p>
      <w:r>
        <w:br/>
        <w:t>"Але знаєш що, Іване?&lt;br /&gt;</w:t>
        <w:br/>
        <w:t>Починаймо з твої!&lt;br /&gt;</w:t>
        <w:br/>
        <w:t>А як твоя спорожніє,&lt;br /&gt;</w:t>
        <w:br/>
        <w:t>То тоді до мої!"</w:t>
      </w:r>
    </w:p>
    <w:p>
      <w:r>
        <w:br/>
        <w:t>"Добре, пане!" – Іван каже,&lt;br /&gt;</w:t>
        <w:br/>
        <w:t>Зняв свою торбину,&lt;br /&gt;</w:t>
        <w:br/>
        <w:t>На травиці зеленії&lt;br /&gt;</w:t>
        <w:br/>
        <w:t>Постелив свитину.</w:t>
      </w:r>
    </w:p>
    <w:p>
      <w:r>
        <w:br/>
        <w:t>Попоїли таки добре:&lt;br /&gt;</w:t>
        <w:br/>
        <w:t>Комара здушили…&lt;br /&gt;</w:t>
        <w:br/>
        <w:t>Рано встали, до снідання&lt;br /&gt;</w:t>
        <w:br/>
        <w:t>Торбину кінчили.</w:t>
      </w:r>
    </w:p>
    <w:p>
      <w:r>
        <w:br/>
        <w:t>Прийшов вечір. Знов у полі&lt;br /&gt;</w:t>
        <w:br/>
        <w:t>Стали ночувати.&lt;br /&gt;</w:t>
        <w:br/>
        <w:t>Вже панову отсе б торбу&lt;br /&gt;</w:t>
        <w:br/>
        <w:t>Треба починати.</w:t>
      </w:r>
    </w:p>
    <w:p>
      <w:r>
        <w:br/>
        <w:t>Але пан про те ні слова,&lt;br /&gt;</w:t>
        <w:br/>
        <w:t>На землі лягає,&lt;br /&gt;</w:t>
        <w:br/>
        <w:t>Кладе торбу під голови,&lt;br /&gt;</w:t>
        <w:br/>
        <w:t>Хлопа замовляє:</w:t>
      </w:r>
    </w:p>
    <w:p>
      <w:r>
        <w:br/>
        <w:t>"Що би ти робив, Іване, –&lt;br /&gt;</w:t>
        <w:br/>
        <w:t>Став його питати, –&lt;br /&gt;</w:t>
        <w:br/>
        <w:t>Якби тобі довелося&lt;br /&gt;</w:t>
        <w:br/>
        <w:t>Таке поле мати?.."</w:t>
      </w:r>
    </w:p>
    <w:p>
      <w:r>
        <w:br/>
        <w:t>"А що ж, пане, я орав би,&lt;br /&gt;</w:t>
        <w:br/>
        <w:t>Хлібом засівав би&lt;br /&gt;</w:t>
        <w:br/>
        <w:t>Та ходив би до Адесу,&lt;br /&gt;</w:t>
        <w:br/>
        <w:t>Сіль і гроші мав би…"</w:t>
      </w:r>
    </w:p>
    <w:p>
      <w:r>
        <w:br/>
        <w:t>"А що я – не так робив би, –&lt;br /&gt;</w:t>
        <w:br/>
        <w:t>Пан почав казати: –&lt;br /&gt;</w:t>
        <w:br/>
        <w:t>Я казав би на сім полі&lt;br /&gt;</w:t>
        <w:br/>
        <w:t>Місто збудувати…</w:t>
      </w:r>
    </w:p>
    <w:p>
      <w:r>
        <w:br/>
        <w:t>Там би в мене стояв палац,&lt;br /&gt;</w:t>
        <w:br/>
        <w:t>Там підряд крамниці,&lt;br /&gt;</w:t>
        <w:br/>
        <w:t>Там перекупки з булками,&lt;br /&gt;</w:t>
        <w:br/>
        <w:t>А тут дві різниці…</w:t>
      </w:r>
    </w:p>
    <w:p>
      <w:r>
        <w:br/>
        <w:t>Отоді приходь, Іване,&lt;br /&gt;</w:t>
        <w:br/>
        <w:t>В мене балювати!.."&lt;br /&gt;</w:t>
        <w:br/>
        <w:t>"Ет, спасибі, – Іван каже, –&lt;br /&gt;</w:t>
        <w:br/>
        <w:t>Лучче будем спати!.."</w:t>
      </w:r>
    </w:p>
    <w:p>
      <w:r>
        <w:br/>
        <w:t>Незабаром на все горло&lt;br /&gt;</w:t>
        <w:br/>
        <w:t>Став Іван хропіти,&lt;br /&gt;</w:t>
        <w:br/>
        <w:t>Незабаром коло него&lt;br /&gt;</w:t>
        <w:br/>
        <w:t>Став і пан сопіти…</w:t>
      </w:r>
    </w:p>
    <w:p>
      <w:r>
        <w:br/>
        <w:t>Тілько що пан заснув добре,&lt;br /&gt;</w:t>
        <w:br/>
        <w:t>Іван підійнявся&lt;br /&gt;</w:t>
        <w:br/>
        <w:t>Та до панської торбини&lt;br /&gt;</w:t>
        <w:br/>
        <w:t>Як сам присотався…</w:t>
      </w:r>
    </w:p>
    <w:p>
      <w:r>
        <w:br/>
        <w:t>То і курку, і печеню,&lt;br /&gt;</w:t>
        <w:br/>
        <w:t>І кавалок кишки –&lt;br /&gt;</w:t>
        <w:br/>
        <w:t>Все, що було у торбині,&lt;br /&gt;</w:t>
        <w:br/>
        <w:t>Стеребив до кришки.</w:t>
      </w:r>
    </w:p>
    <w:p>
      <w:r>
        <w:br/>
        <w:t>Пробудився пан раненько.&lt;br /&gt;</w:t>
        <w:br/>
        <w:t>Пропаща година!&lt;br /&gt;</w:t>
        <w:br/>
        <w:t>І сам, бідний, хоче їсти,&lt;br /&gt;</w:t>
        <w:br/>
        <w:t>І пуста торбина…</w:t>
      </w:r>
    </w:p>
    <w:p>
      <w:r>
        <w:br/>
        <w:t>Розбуджає він Івана&lt;br /&gt;</w:t>
        <w:br/>
        <w:t>Та й його питає.&lt;br /&gt;</w:t>
        <w:br/>
        <w:t>А Іван стиснув плечима&lt;br /&gt;</w:t>
        <w:br/>
        <w:t>Та й одповідає:</w:t>
      </w:r>
    </w:p>
    <w:p>
      <w:r>
        <w:br/>
        <w:t>"А що ж, пане, та ж ви вчора&lt;br /&gt;</w:t>
        <w:br/>
        <w:t>Місто будували:&lt;br /&gt;</w:t>
        <w:br/>
        <w:t>Тут стояли дві різниці,&lt;br /&gt;</w:t>
        <w:br/>
        <w:t>Там булки стояли!…</w:t>
      </w:r>
    </w:p>
    <w:p>
      <w:r>
        <w:br/>
        <w:t>А по місті, звісне діло,&lt;br /&gt;</w:t>
        <w:br/>
        <w:t>Собаки ходили!..&lt;br /&gt;</w:t>
        <w:br/>
        <w:t>То вони-то вашу торбу,&lt;br /&gt;</w:t>
        <w:br/>
        <w:t>Певне, стеребили!"</w:t>
      </w:r>
    </w:p>
    <w:p>
      <w:r>
        <w:br/>
        <w:t>Посвистав пан по торбині,&lt;br /&gt;</w:t>
        <w:br/>
        <w:t>Нічого діяти!..&lt;br /&gt;</w:t>
        <w:br/>
        <w:t>"Вставай, – каже, – вже Іване!&lt;br /&gt;</w:t>
        <w:br/>
        <w:t>Пора мандрувати".</w:t>
      </w:r>
    </w:p>
    <w:p>
      <w:r>
        <w:br/>
        <w:t>Пішли вони, ідуть степом,&lt;br /&gt;</w:t>
        <w:br/>
        <w:t>Тяженько зморились…&lt;br /&gt;</w:t>
        <w:br/>
        <w:t>Аж насилу перед вечір&lt;br /&gt;</w:t>
        <w:br/>
        <w:t>До села прибились.</w:t>
      </w:r>
    </w:p>
    <w:p>
      <w:r>
        <w:br/>
        <w:t>Відчиняють коловорот,&lt;br /&gt;</w:t>
        <w:br/>
        <w:t>Аж блукає гуска.&lt;br /&gt;</w:t>
        <w:br/>
        <w:t>Іван гуску – та в торбину:&lt;br /&gt;</w:t>
        <w:br/>
        <w:t>Є вже і закуска…</w:t>
      </w:r>
    </w:p>
    <w:p>
      <w:r>
        <w:br/>
        <w:t>Повернули в пусту хату,&lt;br /&gt;</w:t>
        <w:br/>
        <w:t>Гуску спорядили:&lt;br /&gt;</w:t>
        <w:br/>
        <w:t>Общипали, обшмалили,&lt;br /&gt;</w:t>
        <w:br/>
        <w:t>У піч посадили…</w:t>
      </w:r>
    </w:p>
    <w:p>
      <w:r>
        <w:br/>
        <w:t>Але пан гадає знову&lt;br /&gt;</w:t>
        <w:br/>
        <w:t>Хлопа ошукати,&lt;br /&gt;</w:t>
        <w:br/>
        <w:t>"Знаєш, – каже, – що, Іване?&lt;br /&gt;</w:t>
        <w:br/>
        <w:t>Ми лягаймо спати!</w:t>
      </w:r>
    </w:p>
    <w:p>
      <w:r>
        <w:br/>
        <w:t>Та кому із нас присниться&lt;br /&gt;</w:t>
        <w:br/>
        <w:t>Кращая закуска,&lt;br /&gt;</w:t>
        <w:br/>
        <w:t>То вже ціла тому взавтра&lt;br /&gt;</w:t>
        <w:br/>
        <w:t>Достанеться гуска!.."</w:t>
      </w:r>
    </w:p>
    <w:p>
      <w:r>
        <w:br/>
        <w:t>"Та як спати, то і спати,&lt;br /&gt;</w:t>
        <w:br/>
        <w:t>Не батька питати!"&lt;br /&gt;</w:t>
        <w:br/>
        <w:t>Постелив Іван свитину&lt;br /&gt;</w:t>
        <w:br/>
        <w:t>Та й лягає спати…</w:t>
      </w:r>
    </w:p>
    <w:p>
      <w:r>
        <w:br/>
        <w:t>Але рівно вопівночі&lt;br /&gt;</w:t>
        <w:br/>
        <w:t>Іван пробудився,&lt;br /&gt;</w:t>
        <w:br/>
        <w:t>Із'їв собі цілу гуску&lt;br /&gt;</w:t>
        <w:br/>
        <w:t>Та й знов положився.</w:t>
      </w:r>
    </w:p>
    <w:p>
      <w:r>
        <w:br/>
        <w:t>Встає рано й пан голодний&lt;br /&gt;</w:t>
        <w:br/>
        <w:t>Та й давай казати,&lt;br /&gt;</w:t>
        <w:br/>
        <w:t>Як то він во сні до бога&lt;br /&gt;</w:t>
        <w:br/>
        <w:t>Ходив балювати,</w:t>
      </w:r>
    </w:p>
    <w:p>
      <w:r>
        <w:br/>
        <w:t>Та якії там потрави&lt;br /&gt;</w:t>
        <w:br/>
        <w:t>Йому подавали,&lt;br /&gt;</w:t>
        <w:br/>
        <w:t>Як його й самі святії&lt;br /&gt;</w:t>
        <w:br/>
        <w:t>Їсти припрошали…</w:t>
      </w:r>
    </w:p>
    <w:p>
      <w:r>
        <w:br/>
        <w:t>"Ані слова! – Іван каже: –&lt;br /&gt;</w:t>
        <w:br/>
        <w:t>Ваша правда, пане!&lt;br /&gt;</w:t>
        <w:br/>
        <w:t>Я сам бачив, як ви їли&lt;br /&gt;</w:t>
        <w:br/>
        <w:t>Якісь марципани…</w:t>
      </w:r>
    </w:p>
    <w:p>
      <w:r>
        <w:br/>
        <w:t>Та й дивлюсь, що не голодні,&lt;br /&gt;</w:t>
        <w:br/>
        <w:t>Маєте закуску,&lt;br /&gt;</w:t>
        <w:br/>
        <w:t>Та до печі помаленьку,&lt;br /&gt;</w:t>
        <w:br/>
        <w:t>Та й стеребив гуску!.."&lt;br /&gt;</w:t>
        <w:br/>
        <w:t>"Чи ж то правда? – пан питає. –&lt;br /&gt;</w:t>
        <w:br/>
        <w:t>Всю із'їв, Іване?"&lt;br /&gt;</w:t>
        <w:br/>
        <w:t>"Та аби я так здоров був,&lt;br /&gt;</w:t>
        <w:br/>
        <w:t>Як всю із'їв, пане!.."</w:t>
      </w:r>
    </w:p>
    <w:p>
      <w:r>
        <w:br/>
        <w:t>Димом здимів пан із хати,&lt;br /&gt;</w:t>
        <w:br/>
        <w:t>А Іван озвався:&lt;br /&gt;</w:t>
        <w:br/>
        <w:t>"Хтів пан когось ошукати,&lt;br /&gt;</w:t>
        <w:br/>
        <w:t>Та й сам ошукався!.."</w:t>
      </w:r>
    </w:p>
    <w:p>
      <w:r>
        <w:br/>
        <w:t>15 апреля [1858].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та Іван в дорозі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