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Панотцеве право</w:t>
      </w:r>
    </w:p>
    <w:p>
      <w:r>
        <w:br/>
        <w:t xml:space="preserve"> &lt;p&gt;У цьому оповіданні йдеться про чоловіка, що не вмів цінувати своєї дружини, а також про жінку, що зробила йому велику честь, віддавшися за нього. Між іншим, тут діє ще й єзуїтський священик, який уславився тим, що ніколи не брехав. Священик той був невід'ємним від Юконського краю, зрісся з ним, ті ж двоє опинилися там лише випадково. Вони належали до тих диваків і заволок, що ринуть або в самій середині лави золотошукачів, або плентаються у хвості.</w:t>
      </w:r>
    </w:p>
    <w:p>
      <w:r>
        <w:br/>
        <w:t>Едвін Бентам і Грейс Бентам були з тих, що волоклися ззаду, бо клондайкська лава дев'яносто сьомого року вже давно спливла великою річкою й осіла у враженому голодом Доусоні. Коли Юкон остаточно спинився й заснув під трифутовим крижаним укривалом, те миле подружжя досягло тільки порогів П'яти Пальців, а до Золотого міста треба було мандрувати ще багато днів на північ.</w:t>
      </w:r>
    </w:p>
    <w:p>
      <w:r>
        <w:br/>
        <w:t>Восени на тому місці різали багато худоби, і залишилася велика купа требіжу. Троє подорожан, товариші Едвіна Бентама та його дружини, оглянули ту купу, прикинули подумки, що тут можна нагріти руки, й зважили зостатися. Цілісіньку зиму опісля продавали вони кістки й мерзлі шкури господарям зморених собачих запрягів. Ціну вони брали помірну, по долару за фунт і, звісно, за весь требіж гамузом. А через шість місяців, коли вернулося сонце і Юкон прокинувся, вони позастібали тяжкі череси з грошима й помандрували назад на південь. Там вони й досі живуть і брешуть, скільки влізе, про Клондайк, що вони його й не бачили.</w:t>
      </w:r>
    </w:p>
    <w:p>
      <w:r>
        <w:br/>
        <w:t>Якби не дружина, то Едвін Бентам охоче приєднався б до спекуляції м'ясом, бо він був собі таки ледаченький хлопець. Але дружина, скориставшися з його чванькуватості, навіяла йому думку, що він сміливий і дужий: така людина напевне поборе всі перешкоди й здобуде Золоте руно. Отже, він і справді почувся на відвазі, продав свою пайку костей і шкур за санки й одного собаку та й повернув свої лижви на північ. Нема чого й казати, що Грейс Бентам ішла за ним услід. Ба навіть більше: вже на третій день важкої мандрівки чоловік ішов позаду, а жінка попереду протирала дорогу. Звісно, як тільки хто вигулькував на обрії, вони зараз мінялися місцями. Завдяки цьому його мужність зосталася незаплямлена в очах подорожніх, що наче привиди з'являлися й зникали на мовчазному шляху. Є на світі й такі чоловіки.</w:t>
      </w:r>
    </w:p>
    <w:p>
      <w:r>
        <w:br/>
        <w:t>Яким чином такий чоловік і така жінка могли поєднатися, щоб укупі перебувати щастя й лихо, для нашого оповідання байдуже. Досить того, що так буває, і той, хто захоче доскіпуватися причини, може втратити свою чудову віру в одвічний добір.</w:t>
      </w:r>
    </w:p>
    <w:p>
      <w:r>
        <w:br/>
        <w:t>Едвін Бентам був хлопчак, якому через непорозуміння природа дала тіло дорослого чоловіка; хлопчак, що міг любісінько розривати метелика, крильце по крильцю, але щулився зі страху перед худим, жилавим молодиком, удвоє меншим за себе; себелюбна, плаксива дитина, замаскована чоловічими вусами й показною статурою та тоненьким покрівцем культурності й умовної ввічливості. Звісно, він був світська людина й член різних клубів, був із тих, що прикрашають яку завгодно товариську вечірку і вміють говорити всілякі марнички; із тих, що люблять гучні слова й лементують, коли їм заболить зуб. Такі, як він, одружившися з жінкою, завдають їй більше пекельних мук, ніж здолав би завдати найгірший розпусник, що завжди пасеться на заказаних пастівниках. Ми стикаємося з такими людьми щодень, але рідко коли знаємо, що вони за одні. Окрім одруження, найкращий спосіб пізнати їх — це попоїсти з одного горщика з ними і поспати під одним укриттям протягом, скажімо, тижня — цього короткого терміну досить.</w:t>
      </w:r>
    </w:p>
    <w:p>
      <w:r>
        <w:br/>
        <w:t>Щодо Грейс Бентам, то з першого погляду на неї у вічі впадала струнка дівоча постать. А хто ближче пізнавав її душу, то сам собі видавався нікчемним. І притім не бракувало їй усіх часток одвічної жіночності. Отака була жінка, що надихала й підбадьорювала свого чоловіка в його мандрівці на північ, протоптувала йому стежку, коли ніхто не бачив, і нишком плакала, що її жіноче тіло таке кволе.</w:t>
      </w:r>
    </w:p>
    <w:p>
      <w:r>
        <w:br/>
        <w:t>Так досягла ця дивно дібрана пара старого форту Селкірка, а потім здолала сто миль понурих диких пущ до річки Стюарт. І одного разу, коли короткий день згасав, а чоловік упав на сніг та аж заходився з плачу, жінка прив'язала його до санок, закусила губи з болю в усьому тілі й допомогла собаці дотягти його до хатини Мелмюта Кіда. Господаря не було дома, але купець, що спинився там, німець Майерс, засмажив їм печеню з лося й приготував постіль із свіжих ялинових гілок.</w:t>
      </w:r>
    </w:p>
    <w:p>
      <w:r>
        <w:br/>
        <w:t>Лейк, Ленгем і Паркер хвилювалися, та й було чого, коли зважити все.</w:t>
      </w:r>
    </w:p>
    <w:p>
      <w:r>
        <w:br/>
        <w:t>— Гей, Сенді! Ти знаєш, де полядвиця, а де плічко? Вийди-но та поможи мені!</w:t>
      </w:r>
    </w:p>
    <w:p>
      <w:r>
        <w:br/>
        <w:t>То кликав з комори Ленгем, де він надаремне перебирав кусні мерзлої лосини.</w:t>
      </w:r>
    </w:p>
    <w:p>
      <w:r>
        <w:br/>
        <w:t>— Перше посуд помий! — наказував Паркер.</w:t>
      </w:r>
    </w:p>
    <w:p>
      <w:r>
        <w:br/>
        <w:t>— Слухай, Сенді, побіжи-но до табору Міссурі, позич трохи цинамону, — благав Лейк.</w:t>
      </w:r>
    </w:p>
    <w:p>
      <w:r>
        <w:br/>
        <w:t>— Ну, швидше! Чого ти не… — Але в коморі враз загуркотіли ящики та мерзле м'ясо, заглушивши Ленгемів голос.</w:t>
      </w:r>
    </w:p>
    <w:p>
      <w:r>
        <w:br/>
        <w:t>— Сенді, це ж одна хвилина скочити до Міссурі!</w:t>
      </w:r>
    </w:p>
    <w:p>
      <w:r>
        <w:br/>
        <w:t>— Дайте йому спокій, — перебив Паркер. — Як мені місити тісто, коли зі столу не прибрано?</w:t>
      </w:r>
    </w:p>
    <w:p>
      <w:r>
        <w:br/>
        <w:t>Сенді хвильку нерішуче постояв, аж раптом згадав, що він же Ленгемів слуга, винувато шпурнув додолу брудного рушника на посуд і пішов до комори рятувати свого пана.</w:t>
      </w:r>
    </w:p>
    <w:p>
      <w:r>
        <w:br/>
        <w:t>Ці заможні синки, що були великою надією своїх батьків, приїхали на Північ шукати лаврів, маючи багато грошей на свої витрати і по слузі на кожного. Собі на щастя, двоє інших слуг подалися до Білої річки шукати міфічного кварцового шару, а Сенді мусив догоджати всім трьом здоровилам, кожен з яких мав свої примхи щодо їжі. Двічі цього ранку здавалося, що товариство розпадеться. Пощастило запобігти цьому лише значними поступками з боку то одного, то другого каструльного лицаря. Але нарешті смачний обід — їхній спільний витвір — був готовий. Тоді вони сіли на три руки грати в розбійника, щоб надалі уникнути casus belli[18], бо переможець у грі мав виконати найважливішу місію.</w:t>
      </w:r>
    </w:p>
    <w:p>
      <w:r>
        <w:br/>
        <w:t>Це щастя припало Паркерові. Він зачесався з проділом посередині, надів рукавиці та ведмежу шапку й подався до хатини Мелмюта Кіда. Грейс Бентам перепросила їх: мовляв, їй дуже прикро, що її чоловік не міг скористатися з їхньої гостинності, бо пішов оглянути копальні коло потічка Гендерсона. Мелмют же Кід насилу тягнув ноги: він щойно вернувся з тяжкої дороги вздовж Стюарт-річки. Запрошували й Майєрса, але той одмовився, бо мав іншу турботу: пробував розчинити хліб хмелем.</w:t>
      </w:r>
    </w:p>
    <w:p>
      <w:r>
        <w:br/>
        <w:t>Ну що ж, якось уже обійдуться без чоловіка, головне, що жінка… вони ж цілісіньку зиму не бачили жодної жінки, й присутність Грейс Бентам заповідала початок чогось цікавішого в їхньому житті. Вони всі троє були освічепі люди й джентльмени і дуже знудилися за товариством, що його давно не мали. Може, й Грейс Бентам відчувала таку саму тугу, в усякому разі гостина була їй дуже приємна: перша ясна часинка після багатьох тижнів темряви.</w:t>
      </w:r>
    </w:p>
    <w:p>
      <w:r>
        <w:br/>
        <w:t>Але не вспіли подати до столу знамениту першу страву, витвір умілих Лейкових рук, як хтось гучно постукав у двері.</w:t>
      </w:r>
    </w:p>
    <w:p>
      <w:r>
        <w:br/>
        <w:t>— О, заходьте, містере Бентам! — сказав Паркер, що пішов подивитися, хто то міг прийти.</w:t>
      </w:r>
    </w:p>
    <w:p>
      <w:r>
        <w:br/>
        <w:t>— Моя дружина тут? — сердито спитав прибулець.</w:t>
      </w:r>
    </w:p>
    <w:p>
      <w:r>
        <w:br/>
        <w:t>— Авжеж, авжеж. Ми просили містера Майєрса переказати, що чекаємо на вас. — Паркера спантеличило, що гість такий злий, і сам він намагався говорити якнайсолодше. — Заходьте, будь ласка. Ми чекали, що ви от-от надійдете й залишили для вас місце. Ви прийшли саме вчасно до першої страви.</w:t>
      </w:r>
    </w:p>
    <w:p>
      <w:r>
        <w:br/>
        <w:t>— Заходь, Едвіне, любий, — защебетала Грейс Бентам від столу.</w:t>
      </w:r>
    </w:p>
    <w:p>
      <w:r>
        <w:br/>
        <w:t>Паркер оступився набік, щоб пропустити його.</w:t>
      </w:r>
    </w:p>
    <w:p>
      <w:r>
        <w:br/>
        <w:t>— Я прийшов по свою дружину, — мовив Бентам хрипким голосом, що в ньому чути було прикрий власницький тон.</w:t>
      </w:r>
    </w:p>
    <w:p>
      <w:r>
        <w:br/>
        <w:t>Паркер сторопів, мало не зацідив по обличчю нечему, але стримався та й застиг так із стиснутим кулаком. Усі підвелися. Лейк зовсім розгубився і сам себе піймав на тому, що замалим не спитав: "Та невже ви підете?"</w:t>
      </w:r>
    </w:p>
    <w:p>
      <w:r>
        <w:br/>
        <w:t>Почалася прощальна метушня: "Дуже мило з вашого боку…" — "Страшенно шкода…" — "Їй-богу, з вами стало веселіше…" — "Справді, тепер ви…" — "Приємної подорожі до Доусона!" — і все таке інше.</w:t>
      </w:r>
    </w:p>
    <w:p>
      <w:r>
        <w:br/>
        <w:t>Тим часом ягняті допомогли надягти хутро й спровадили на різню. Двері хряснули, а троє хазяїв сумно дивилися на покинутий гостями самотній стіл.</w:t>
      </w:r>
    </w:p>
    <w:p>
      <w:r>
        <w:br/>
        <w:t>— Чортяка! — Ленгем змалку не вправлявся, і тепер його лайка була слабка й одноманітна. — Чортяка! — знову мовив він, неясно усвідомлюючи, що цього вислову замало, і даремне силкуючись знайти щось міцніше.</w:t>
      </w:r>
    </w:p>
    <w:p>
      <w:r>
        <w:br/>
        <w:t>Кмітлива та жінка, що вміє підставити свій розум там, де його бракує чоловікові-нездарі, що може снагою своєю зміцнити його хистку натуру, влити йому в душу своє честолюбство, надихнути його на великі вчинки. А ще кмітливіша й тактовніша та жінка, яка вміє все це зробити так хитро, щоб чоловік, заживаючи плодів її праці, в глибині серця був цілком певний, що все це він завдячує собі самому.</w:t>
      </w:r>
    </w:p>
    <w:p>
      <w:r>
        <w:br/>
        <w:t>Отак уміла робити Грейс Бентам. Прибувши до Доусона з кількома фунтами борошна й численними рекомендаційними листами, вона одразу взялася випихати наперед свою велику дитину. Це вона розтопила кам'яне серце й добула кредит у жорстокого варвара, що керував долею Компанії Тихоокеанського узбережжя, — однак офіційно концесію видано на ім'я Едвіна Бентама. Це вона тягала свою дитину вгору та вниз річками через мілини й вододіли у шаленій гонитві по золото, а проте кожному впадало в око, який енергійний чоловік той Бентам. Це вона вивчала карти, розпитувала золотошукачів і втовкмачувала географію й топографію у чоловікову порожню голову доти, аж усі дивувалися, як швидко він пізнав країну та знає її особливості. Звісно, казали, що жінка в нього молодчага, але тільки дехто мудріший складав їй правдиву ціну й жалів її.</w:t>
      </w:r>
    </w:p>
    <w:p>
      <w:r>
        <w:br/>
        <w:t>Вона працювала, а він одержував хвалу й винагороду. У Північно-Західній території заміжня жінка не має права робити займанку, хай то буде мілина, золотий пісок чи кварцова жила, тож Едвін Бентам подався до вповноваженого по золотих копальнях і записав на себе 23-ю гірську ділянку в другому ряді Французького пагорба. А як настав квітень, то вони вимивали щодня на тисячу доларів золота, і таких днів ще мало бути дуже багато.</w:t>
      </w:r>
    </w:p>
    <w:p>
      <w:r>
        <w:br/>
        <w:t>Під Французьким пагорбом текла річка Ельдорадо; на ділянці коло річки стояла хатина Клайда Вортона. Тоді він ще не вимивав щоденно по тисячі доларів, але його купи нарінку раз у раз зростали, і мав настати час, коли цей нарінок перейде крізь промивальню і протягом тижня на дні осядуть сотні тисяч доларів. Клайд Вортон часто сидів у тій хатині, курив люльку й солодко мріяв — але не про нарінок, навіть не про півтонни золотого піску у великому сейфі Компанії Тихоокеанського узбережжя.</w:t>
      </w:r>
    </w:p>
    <w:p>
      <w:r>
        <w:br/>
        <w:t>А Грейс Бентам, перемиваючи циновий посуд у своїй хатині на схилі гори, часто поглядала на хатину біля річки Ельдорадо й також мріяла — і також не про нарінок, і не про золотий пісок. Вони часто зустрічалися, бо стежки їхніх ділянок перехрещувались, а до того ж навесні в Північній стороні людям багато про що хочеться погомоніти; однак ні разу ні поглядом, ані словом вони не виявили того, що було в них на серці.</w:t>
      </w:r>
    </w:p>
    <w:p>
      <w:r>
        <w:br/>
        <w:t>Так було спочатку. Але одного дня Едвін Бентам підняв руку на свою дружину. Всі хлопчаки такі; а ще й ставши одним із королів Французького пагорба, він дуже запишався й забув, що все завдячує їй. Почувши про це, Вортон того ж таки дня пристеріг Грейс Бентам на стежці й палко заговорив до неї. Вона була дуже щаслива, хоча й відмовилася слухати та взяла з нього обіцянку не казати знову таких речей. Її пора ще не настала.</w:t>
      </w:r>
    </w:p>
    <w:p>
      <w:r>
        <w:br/>
        <w:t>Але сонце почало мандрівку назад, північна темрява змінилася на крицеву барву світанку, сніг став танути, по обмерзлих порогах ринула вода, і шукачі заходилися промивати золото. Вдень і вночі жовта глина й нарінок пробігали крізь швидкі заставки, віддаючи свій викуп дужиі і людям з півдня. І під час тої метушні прийшла пора Грейс Бентам.</w:t>
      </w:r>
    </w:p>
    <w:p>
      <w:r>
        <w:br/>
        <w:t>До всіх така пора приходить у свій час — звісно, коли ми не занадто вайлуваті. Багато людей цнотливі не тому, що люблять чесноту, а просто з лінощів. Той, хто піддавався хвилевій спокусі, знає, що це таке.</w:t>
      </w:r>
    </w:p>
    <w:p>
      <w:r>
        <w:br/>
        <w:t>Саме тоді, як Едвін Бентам важив золотий пісок на прилавку бару в Розтоці — подостатком його піску переходило через той сосновий прилавок! — Грейс Бентам зійшла з гори й прошмигнула до хатини Клайда Вортона. Вортон не сподівався її, але це не міняло справи. І скільки нещастя та даремного чекання можна було б уникнути, якби панотець Рубо не побачив її та не звернув убік з головної стежки.</w:t>
      </w:r>
    </w:p>
    <w:p>
      <w:r>
        <w:br/>
        <w:t>— Дитино моя…</w:t>
      </w:r>
    </w:p>
    <w:p>
      <w:r>
        <w:br/>
        <w:t>— Стривайте-но, панотче! Я вас поважаю, хоча й не признаюся до вашої віри, але не ставайте межи цією жінкою і мною!</w:t>
      </w:r>
    </w:p>
    <w:p>
      <w:r>
        <w:br/>
        <w:t>— Чи ви знаєте, що робите?</w:t>
      </w:r>
    </w:p>
    <w:p>
      <w:r>
        <w:br/>
        <w:t>— Знаю! Хоч би ви були всемогутній бог і погрожували кинути мене до вічного вогню, то й то я не поступився б вам у цьому.</w:t>
      </w:r>
    </w:p>
    <w:p>
      <w:r>
        <w:br/>
        <w:t>Вортон посадив Грейс на стільці й войовниче заступив її.</w:t>
      </w:r>
    </w:p>
    <w:p>
      <w:r>
        <w:br/>
        <w:t>— Сідайте он на тому ослоні й помовчте, — провадив він, удаючись до єзуїта. — Тепер моя черга. А ваша буде потім.</w:t>
      </w:r>
    </w:p>
    <w:p>
      <w:r>
        <w:br/>
        <w:t>Панотець Рубо чемно вклонився й сів. Він був лагідна людина й навчився чекати свого часу. Вортон підсунув собі стільця близенько до Грейс і стиснув їй руку.</w:t>
      </w:r>
    </w:p>
    <w:p>
      <w:r>
        <w:br/>
        <w:t>— То ти любиш мене, правда? І вивезеш звідси?</w:t>
      </w:r>
    </w:p>
    <w:p>
      <w:r>
        <w:br/>
        <w:t>З її обличчя було видно, що з цим чоловіком їй легко й спокійно, що вона покладається на нього.</w:t>
      </w:r>
    </w:p>
    <w:p>
      <w:r>
        <w:br/>
        <w:t>— Люба, хіба ж ти не пам'ятаєш, що я тобі казав тоді? Звісно, я…</w:t>
      </w:r>
    </w:p>
    <w:p>
      <w:r>
        <w:br/>
        <w:t>— Але як же ти зможеш? А промивати золото?</w:t>
      </w:r>
    </w:p>
    <w:p>
      <w:r>
        <w:br/>
        <w:t>— Буду я думати про такі дурниці! От, наприклад, передам усю справу панотцеві Рубо. Довірю йому здати мій пісок до компанії.</w:t>
      </w:r>
    </w:p>
    <w:p>
      <w:r>
        <w:br/>
        <w:t>— Лишень подумати! Я вже ніколи не побачу його.</w:t>
      </w:r>
    </w:p>
    <w:p>
      <w:r>
        <w:br/>
        <w:t>— То й слава богу!</w:t>
      </w:r>
    </w:p>
    <w:p>
      <w:r>
        <w:br/>
        <w:t>— Але поїхати… Ох, Клайде, я не можу! Не можу!</w:t>
      </w:r>
    </w:p>
    <w:p>
      <w:r>
        <w:br/>
        <w:t>— От тобі й маєш! Звісно, можеш. Здайся на мене. Ось тільки зберемо деякі речі та й рушимо, і…</w:t>
      </w:r>
    </w:p>
    <w:p>
      <w:r>
        <w:br/>
        <w:t>— А як він прийде сюди?</w:t>
      </w:r>
    </w:p>
    <w:p>
      <w:r>
        <w:br/>
        <w:t>— Я потрощу йому всі…</w:t>
      </w:r>
    </w:p>
    <w:p>
      <w:r>
        <w:br/>
        <w:t>— Ні, ні! Не треба битися, Клайде! Обіцяй мені.</w:t>
      </w:r>
    </w:p>
    <w:p>
      <w:r>
        <w:br/>
        <w:t>— Гаразд! То я лише скажу хлопцям прогнати його з ділянки. Вони бачили, як він поводився з тобою, та й самі не дуже люблять його.</w:t>
      </w:r>
    </w:p>
    <w:p>
      <w:r>
        <w:br/>
        <w:t>— Ой ні, не треба! Не роби йому боляче.</w:t>
      </w:r>
    </w:p>
    <w:p>
      <w:r>
        <w:br/>
        <w:t>— А що ж? Спокійно дивитися, як він забере тебе в мене на очах?</w:t>
      </w:r>
    </w:p>
    <w:p>
      <w:r>
        <w:br/>
        <w:t>— Ні-і, — стиха мовила вона, ніжно гладячи його руку.</w:t>
      </w:r>
    </w:p>
    <w:p>
      <w:r>
        <w:br/>
        <w:t>— Ну, то дай мені самому впоратися з ним і ні про що не турбуйся. Будь певна, я його не покалічу. Він страх як клопотався, боліло тебе чи ні! Ми не заїжджатимемо до Доусона. Я перекажу, щоб двоє хлопців налагодили човна й відвели до Юкону. А ми перейдемо через перевал і спустимося річкою Індіяною їм назустріч. Потім…</w:t>
      </w:r>
    </w:p>
    <w:p>
      <w:r>
        <w:br/>
        <w:t>— Що потім?</w:t>
      </w:r>
    </w:p>
    <w:p>
      <w:r>
        <w:br/>
        <w:t>її голова схилилася до нього на плече. Їхні голоси перейшли в тихий шепіт, кожне слово було пестощі. Єзуїт нервово засовався на ослоні.</w:t>
      </w:r>
    </w:p>
    <w:p>
      <w:r>
        <w:br/>
        <w:t>— Що потім? — знову спитала вона.</w:t>
      </w:r>
    </w:p>
    <w:p>
      <w:r>
        <w:br/>
        <w:t>— Потім очепами поженемо човна вгору, перетнемо пороги Білого Коня і Квадратовий яр…</w:t>
      </w:r>
    </w:p>
    <w:p>
      <w:r>
        <w:br/>
        <w:t>— Ну?</w:t>
      </w:r>
    </w:p>
    <w:p>
      <w:r>
        <w:br/>
        <w:t>— А далі річкою Шістдесята Миля, потім будуть озера, Чілкут, Дая, а там уже й Солона Вода.</w:t>
      </w:r>
    </w:p>
    <w:p>
      <w:r>
        <w:br/>
        <w:t>— Але ж, любий, я не вмію підпирати човна.</w:t>
      </w:r>
    </w:p>
    <w:p>
      <w:r>
        <w:br/>
        <w:t>— Дурненька! Я ж візьму Ситку Чарлі, він знає, кудою слід плисти і де найкраще спинятися. Він найкращий мандрівник з усіх, кого я бачив, дарма, що індіянин. Тобі доведеться лише сидіти в човні, співати пісень і грати роль Клеопатри[19], та ще відганяти… хоча ні, нам пощастило: комарів ще немає.</w:t>
      </w:r>
    </w:p>
    <w:p>
      <w:r>
        <w:br/>
        <w:t>— А що ж далі, мій Антонію?</w:t>
      </w:r>
    </w:p>
    <w:p>
      <w:r>
        <w:br/>
        <w:t>— А далі пароплав, Сан-Франціско й цілий світ! Ніколи вже ми не повернемося в цю прокляту дірку. Подумай собі! Цілий світ, і вибирай з нього, що хочеш! Я свою пайку продам. Ми ж дуже багаті. Волдвортів синдикат дасть мені півмільйона за те, що лишилося в землі, та ще вдвічі стільки я маю в нарінку і в сейфах компанії. Поїдемо в Париж на всесвітню виставку. Навіть до Єрусалима, якщо захочеш. Купимо палац в Італії, і ти досхочу гратимеш у ньому Клеопатру… Ні, ти будеш Лукреція[20], Актея[21] або ще хтось, як схоче твоє серденько. Тільки гляди, не…</w:t>
      </w:r>
    </w:p>
    <w:p>
      <w:r>
        <w:br/>
        <w:t>— Цезарева дружина понад усякі підозри.</w:t>
      </w:r>
    </w:p>
    <w:p>
      <w:r>
        <w:br/>
        <w:t>— Звісно, але…</w:t>
      </w:r>
    </w:p>
    <w:p>
      <w:r>
        <w:br/>
        <w:t>— Але я не буду дружиною твоєю, любий, так?</w:t>
      </w:r>
    </w:p>
    <w:p>
      <w:r>
        <w:br/>
        <w:t>— Я не це хотів сказати.</w:t>
      </w:r>
    </w:p>
    <w:p>
      <w:r>
        <w:br/>
        <w:t>— Але ти все одно любитимеш мене як дружину і ніколи, ніколи не… Ох, я знаю, ти будеш такий самий, як і інші чоловіки. Тобі обридне і… і…</w:t>
      </w:r>
    </w:p>
    <w:p>
      <w:r>
        <w:br/>
        <w:t>— Як ти можеш? Я…</w:t>
      </w:r>
    </w:p>
    <w:p>
      <w:r>
        <w:br/>
        <w:t>— Обіцяйся мені.</w:t>
      </w:r>
    </w:p>
    <w:p>
      <w:r>
        <w:br/>
        <w:t>— Авжеж, обіцяюся!</w:t>
      </w:r>
    </w:p>
    <w:p>
      <w:r>
        <w:br/>
        <w:t>— Ти так легко це кажеш, любий. Звідки ти можеш бути певний? А я? Я так мало можу тобі дати, а все ж так багато… О Клайде! Обіцяйся, що ніколи не кинеш мене!</w:t>
      </w:r>
    </w:p>
    <w:p>
      <w:r>
        <w:br/>
        <w:t>— Ну от! Надто рано ти починаєш сумніватися. Адже сказано: "Доки смерть нас не розлучить".</w:t>
      </w:r>
    </w:p>
    <w:p>
      <w:r>
        <w:br/>
        <w:t>— Гай-гай, я вже раз казала такі слова… Йому, а тепер…</w:t>
      </w:r>
    </w:p>
    <w:p>
      <w:r>
        <w:br/>
        <w:t>— А тепер, моя кохана, більше не муч себе такими розмовами. Звісно, я ніколи, ніколи не…</w:t>
      </w:r>
    </w:p>
    <w:p>
      <w:r>
        <w:br/>
        <w:t>І вперше їхні тремтячі уста зійшлися. Панотець Рубо дивився крізь вікно на дорогу, але врешті не витримав. Він кахикнув і озирнувся.</w:t>
      </w:r>
    </w:p>
    <w:p>
      <w:r>
        <w:br/>
        <w:t>— Тепер ваша черга, панотче!</w:t>
      </w:r>
    </w:p>
    <w:p>
      <w:r>
        <w:br/>
        <w:t>Вортонове обличчя сяяло вогнем першого поцілунку. В голосі його бриніла певність у свою перемогу. Він не мав жодного сумніву, чим скінчиться їхня розмова. Так само була певна й Грейс, бо усміх грав у неї на устах, як вона глянула на священика.</w:t>
      </w:r>
    </w:p>
    <w:p>
      <w:r>
        <w:br/>
        <w:t>— Дитино моя, — почав той, — серце мені крається з жалю до вас. Ваша мрія чудова, але вона не може справдитися.</w:t>
      </w:r>
    </w:p>
    <w:p>
      <w:r>
        <w:br/>
        <w:t>— А то через що, панотче? Я ж погодилася.</w:t>
      </w:r>
    </w:p>
    <w:p>
      <w:r>
        <w:br/>
        <w:t>— Ви самі не знаєте, що робите. Ви не подумали за присягу, що її склали перед богом тому, кого назвали своїм чоловіком. Мій обов'язок нагадати вам тепер про святість такої обітниці.</w:t>
      </w:r>
    </w:p>
    <w:p>
      <w:r>
        <w:br/>
        <w:t>— А як я розумію її святість і все ж відмовляюся від неї?</w:t>
      </w:r>
    </w:p>
    <w:p>
      <w:r>
        <w:br/>
        <w:t>— Тоді бог…</w:t>
      </w:r>
    </w:p>
    <w:p>
      <w:r>
        <w:br/>
        <w:t>— Який бог? Бог у мого чоловіка такий, що я не можу його визнавати. Отже, є багато богів.</w:t>
      </w:r>
    </w:p>
    <w:p>
      <w:r>
        <w:br/>
        <w:t>— Дитино! Не кажіть такого! Ох! Ви так не думаєте, я розумію. В мене теж були такі хвилини. — На мить він перелинув у свою рідну Францію, і жінку, що сиділа перед ним, заступила інша, з задуманим обличчям і смутними очима.</w:t>
      </w:r>
    </w:p>
    <w:p>
      <w:r>
        <w:br/>
        <w:t>— Що ж, панотче, виходить, мій бог покинув мене? Я не грішніша за інших жінок. Я тяжко горювала з ним, за що ж, я маю страждати й далі? Чому мені не зазнати хоч трошки щастя? Я не можу, я не хочу вертатися до нього!</w:t>
      </w:r>
    </w:p>
    <w:p>
      <w:r>
        <w:br/>
        <w:t>— Не бог покинув вас, а ви покинули бога. Вернітеся. Здайтеся на його волю, і темрява зникне. О дитино моя…</w:t>
      </w:r>
    </w:p>
    <w:p>
      <w:r>
        <w:br/>
        <w:t>— Ні, шкода й мови. Як я собі постелила, так і висплюся. Я не повернуся. А якщо бог мене покарає, то вже якось витерплю його кару. Ви цього збагнути не можете. Ви ж не жінка.</w:t>
      </w:r>
    </w:p>
    <w:p>
      <w:r>
        <w:br/>
        <w:t>— Моя мати була жінка.</w:t>
      </w:r>
    </w:p>
    <w:p>
      <w:r>
        <w:br/>
        <w:t>— Так, але…</w:t>
      </w:r>
    </w:p>
    <w:p>
      <w:r>
        <w:br/>
        <w:t>— I Христос народився від жінки.</w:t>
      </w:r>
    </w:p>
    <w:p>
      <w:r>
        <w:br/>
        <w:t>Вона не відповіла. Запала мовчанка. Вортон нетерпляче смикав вуса й поглядав на дорогу. Грейс сперлася ліктем на стіл, на обличчі її написана була рішучість. Усміх зник. А панотець Рубо розпочав з іншого боку.</w:t>
      </w:r>
    </w:p>
    <w:p>
      <w:r>
        <w:br/>
        <w:t>— У вас є діти?</w:t>
      </w:r>
    </w:p>
    <w:p>
      <w:r>
        <w:br/>
        <w:t>— Колись я хотіла їх мати, але тепер ні. І я рада, що нема.</w:t>
      </w:r>
    </w:p>
    <w:p>
      <w:r>
        <w:br/>
        <w:t>— А мати?</w:t>
      </w:r>
    </w:p>
    <w:p>
      <w:r>
        <w:br/>
        <w:t>— Мати є.</w:t>
      </w:r>
    </w:p>
    <w:p>
      <w:r>
        <w:br/>
        <w:t>— Вона вас любить?</w:t>
      </w:r>
    </w:p>
    <w:p>
      <w:r>
        <w:br/>
        <w:t>— Так.</w:t>
      </w:r>
    </w:p>
    <w:p>
      <w:r>
        <w:br/>
        <w:t>Вона відповіла пошепки.</w:t>
      </w:r>
    </w:p>
    <w:p>
      <w:r>
        <w:br/>
        <w:t>А брат? Ні, це не те, він чоловік. А сестра є?</w:t>
      </w:r>
    </w:p>
    <w:p>
      <w:r>
        <w:br/>
        <w:t>Вона, тремтячи, кивнула головою.</w:t>
      </w:r>
    </w:p>
    <w:p>
      <w:r>
        <w:br/>
        <w:t>— Молодша? На багато?</w:t>
      </w:r>
    </w:p>
    <w:p>
      <w:r>
        <w:br/>
        <w:t>— На сім років.</w:t>
      </w:r>
    </w:p>
    <w:p>
      <w:r>
        <w:br/>
        <w:t>— І ви добре все зважили? Подумали про них? Про свою матір? І свою сестру? Вона стоїть на порозі свого жіночого життя, і ваш нерозважний вчинок може мати велику вагу для неї. Чи ви могли б піти до неї, подивитися на її свіже молоде личко, взяти її руку в свою, притулитися своєю щокою до її щоки?</w:t>
      </w:r>
    </w:p>
    <w:p>
      <w:r>
        <w:br/>
        <w:t>На цю мову їй в уяві постали такі живі образи, що вона не витримала.</w:t>
      </w:r>
    </w:p>
    <w:p>
      <w:r>
        <w:br/>
        <w:t>— Годі! Годі! — закричала Грейс і зіщулилася, як собака під батогом.</w:t>
      </w:r>
    </w:p>
    <w:p>
      <w:r>
        <w:br/>
        <w:t>— Вам доведеться зважити на все це; то краще зважте тепер, завчасу.</w:t>
      </w:r>
    </w:p>
    <w:p>
      <w:r>
        <w:br/>
        <w:t>В погляді його світилося глибоке співчуття, але вона того не бачила, обличчя ж його, тремтячи з нервового напруження, було незламне. Опанувавши себе, насилу стримуючи сльози, вона підвела голову.</w:t>
      </w:r>
    </w:p>
    <w:p>
      <w:r>
        <w:br/>
        <w:t>— Я подамся далеко. Вони ніколи мене не побачать і врешті забудуть. Я немов умру для них. І… і я поїду з Клайдом… сьогодні.</w:t>
      </w:r>
    </w:p>
    <w:p>
      <w:r>
        <w:br/>
        <w:t>Здавалося, що вже на тому кінець. Вортон ступив наперед, але священик звів руку й спинив його.</w:t>
      </w:r>
    </w:p>
    <w:p>
      <w:r>
        <w:br/>
        <w:t>Ви хотіли мати дітей?</w:t>
      </w:r>
    </w:p>
    <w:p>
      <w:r>
        <w:br/>
        <w:t>Грейс мовчки кивнула головою.</w:t>
      </w:r>
    </w:p>
    <w:p>
      <w:r>
        <w:br/>
        <w:t>— І просили їх у бога?</w:t>
      </w:r>
    </w:p>
    <w:p>
      <w:r>
        <w:br/>
        <w:t>— Часто.</w:t>
      </w:r>
    </w:p>
    <w:p>
      <w:r>
        <w:br/>
        <w:t>— А тепер ви подумали, що станеться, коли ви народите дитину?</w:t>
      </w:r>
    </w:p>
    <w:p>
      <w:r>
        <w:br/>
        <w:t>Панотець Рубо зиркнув на чоловіка, що стояв біля вікна.</w:t>
      </w:r>
    </w:p>
    <w:p>
      <w:r>
        <w:br/>
        <w:t>На мить обличчя їй засяяло, але відразу згасло. Вона збагнула, що той має на думці. Вона звела руки, благаючи пожаліти її, але священик повів далі:</w:t>
      </w:r>
    </w:p>
    <w:p>
      <w:r>
        <w:br/>
        <w:t>— Чи ви можете уявити собі невинне немовля в себе на руках? Хлопчика. Бо світ не такий суворий до дівчини. Та вже саме молоко у ваших грудях обернеться на жовч! А могли б ви бути горді й щасливі з вашого сина, знаючи, що інші діти…</w:t>
      </w:r>
    </w:p>
    <w:p>
      <w:r>
        <w:br/>
        <w:t>— О, майте милосердя! Досить!</w:t>
      </w:r>
    </w:p>
    <w:p>
      <w:r>
        <w:br/>
        <w:t>— Все на дитині окотиться…</w:t>
      </w:r>
    </w:p>
    <w:p>
      <w:r>
        <w:br/>
        <w:t>— Мовчіть! Мовчіть! Я вернуся! — вона впала йому до ніг.</w:t>
      </w:r>
    </w:p>
    <w:p>
      <w:r>
        <w:br/>
        <w:t>— Дитина ростиме, не відаючи нічого поганого, аж одного дня їй люди кинуть в обличчя страшне слово…</w:t>
      </w:r>
    </w:p>
    <w:p>
      <w:r>
        <w:br/>
        <w:t>— Ох, боже мій! Боже мій!</w:t>
      </w:r>
    </w:p>
    <w:p>
      <w:r>
        <w:br/>
        <w:t>Грейс голосила на підлозі. Священик зітхнув і підвів її на ноги. Вортон кинувся до неї, та вона порухом спинила його.</w:t>
      </w:r>
    </w:p>
    <w:p>
      <w:r>
        <w:br/>
        <w:t>— Не підходь до мене, Клайде! Я вертаюся. Сльози котилися їй по обличчю, але вона не втирала їх.</w:t>
      </w:r>
    </w:p>
    <w:p>
      <w:r>
        <w:br/>
        <w:t>— Після всього?! Ти не підеш! Я тебе не пущу!</w:t>
      </w:r>
    </w:p>
    <w:p>
      <w:r>
        <w:br/>
        <w:t>— Не зачіпай мене! — Вона затремтіла й відступилася назад.</w:t>
      </w:r>
    </w:p>
    <w:p>
      <w:r>
        <w:br/>
        <w:t>— Ні! Ти моя! Чуєш! Ти моя! — вигукнув Вортон, а потім напався на священика: — І що з мене за дурень, дозволити вам ляпати казна-що! Дякуйте своєму богові, що ви духовна особа, а то б я вам… Що, скористалися своїм панотцевим правом? Ну, а тепер ідіть геть з мого дому, а то я можу забути, хто ви!</w:t>
      </w:r>
    </w:p>
    <w:p>
      <w:r>
        <w:br/>
        <w:t>Панотець Рубо вклонився, взяв її за руку й рушив до дверей. Але Вортон став на дорозі.</w:t>
      </w:r>
    </w:p>
    <w:p>
      <w:r>
        <w:br/>
        <w:t>— Грейс! Ти казала, що кохаєш мене?</w:t>
      </w:r>
    </w:p>
    <w:p>
      <w:r>
        <w:br/>
        <w:t>— Казала.</w:t>
      </w:r>
    </w:p>
    <w:p>
      <w:r>
        <w:br/>
        <w:t>— І тепер кохаєш?</w:t>
      </w:r>
    </w:p>
    <w:p>
      <w:r>
        <w:br/>
        <w:t>— Так.</w:t>
      </w:r>
    </w:p>
    <w:p>
      <w:r>
        <w:br/>
        <w:t>— Скажи ще раз.</w:t>
      </w:r>
    </w:p>
    <w:p>
      <w:r>
        <w:br/>
        <w:t>— Я кохаю тебе, Клайде, кохаю.</w:t>
      </w:r>
    </w:p>
    <w:p>
      <w:r>
        <w:br/>
        <w:t>— Ну що, панотче, — гукнув він. — Ви чули, що вона казала, і все ж ведете її назад, де її чекає пекло, де їй доведеться щохвилі брехати своєму чоловікові?</w:t>
      </w:r>
    </w:p>
    <w:p>
      <w:r>
        <w:br/>
        <w:t>Але панотець Рубо раптом уштовхнув жінку до другої кімнатки й зачинив двері.</w:t>
      </w:r>
    </w:p>
    <w:p>
      <w:r>
        <w:br/>
        <w:t>— Цитьте! — прошепотів він до Вортона, недбало сідаючи на стілець. — Пам'ятайте, що це задля неї! — додав він.</w:t>
      </w:r>
    </w:p>
    <w:p>
      <w:r>
        <w:br/>
        <w:t>В хатині аж загуло від брутального стуку в двері, клацнула клямка, і ввійшов Едвін Бентам.</w:t>
      </w:r>
    </w:p>
    <w:p>
      <w:r>
        <w:br/>
        <w:t>— Ви не бачили моєї дружини? — спитав він, як тільки привітався.</w:t>
      </w:r>
    </w:p>
    <w:p>
      <w:r>
        <w:br/>
        <w:t>Дві голови хитнулися, що ні.</w:t>
      </w:r>
    </w:p>
    <w:p>
      <w:r>
        <w:br/>
        <w:t>— Я помітив, що її сліди від нашої хатини йдуть униз, — провадив він обережно. — А на дорозі вони зникли якраз навпроти стежки до вас.</w:t>
      </w:r>
    </w:p>
    <w:p>
      <w:r>
        <w:br/>
        <w:t>Вони слухали його байдуже.</w:t>
      </w:r>
    </w:p>
    <w:p>
      <w:r>
        <w:br/>
        <w:t>— І я… я думав…</w:t>
      </w:r>
    </w:p>
    <w:p>
      <w:r>
        <w:br/>
        <w:t>Що вона була тут? — загримів Вортон.</w:t>
      </w:r>
    </w:p>
    <w:p>
      <w:r>
        <w:br/>
        <w:t>Священик утихомирив його поглядом.</w:t>
      </w:r>
    </w:p>
    <w:p>
      <w:r>
        <w:br/>
        <w:t>— Ви, сину мій, бачили, що її сліди йдуть до цієї хатини?</w:t>
      </w:r>
    </w:p>
    <w:p>
      <w:r>
        <w:br/>
        <w:t>Хитрий панотець Рубо! Він ще годину тому добре затер сліди, як ішов сюди тою самою стежкою.</w:t>
      </w:r>
    </w:p>
    <w:p>
      <w:r>
        <w:br/>
        <w:t>— Я добре не роздивлявся, я… — Він підозріло зиркнув на двері до другої кімнатки, а потім запитливо на священика. Той похитав головою, але Бентам усе ще сумнівався.</w:t>
      </w:r>
    </w:p>
    <w:p>
      <w:r>
        <w:br/>
        <w:t>Хутенько помолившись у думці, панотець Рубо підвівся.</w:t>
      </w:r>
    </w:p>
    <w:p>
      <w:r>
        <w:br/>
        <w:t>— Якщо ви не вірите, то… — він удав, ніби наміряється відчинити двері.</w:t>
      </w:r>
    </w:p>
    <w:p>
      <w:r>
        <w:br/>
        <w:t>Священики не брешуть. Едвін Бептам часто чув про це й вірив, що так воно й є.</w:t>
      </w:r>
    </w:p>
    <w:p>
      <w:r>
        <w:br/>
        <w:t>— Та я вірю, панотче, — сквапно відповів він. — Я лише дивуюся, куди це пішла моя дружина й думав, що, може… Вона, певне, подалася до місіс Стентон, у Французьку ущелину. А погожа днина, правда? Ви чули новину? Борошно подешевшало, стало сорок доларів за центнер. Кажуть, що чечако так і комашаться на річках. Але мені треба йти. Бувайте здорові.</w:t>
      </w:r>
    </w:p>
    <w:p>
      <w:r>
        <w:br/>
        <w:t>Двері хряснули, і вони побачили крізь вікно, як Бентам попростував до Французької ущелини шукати своєї дружини.</w:t>
      </w:r>
    </w:p>
    <w:p>
      <w:r>
        <w:br/>
        <w:t>Кілька тижнів пізніше, якраз після червневої поводі, двоє людей вивели човна на середину річки і прив'язали його до пливучої ялини. Линва натяглася, й легенький човник поплив за ялиною, як на буксирі. Панотцеві Рубо звелено залишити верхів'я й вернутися до своєї смуглявої пастви в Мінуку. Там з'явилися білі люди, і індіяни занехаяли рибальство й занадто часто вклоняються богові, що хвилево оселився в численних темних пляшках. Мелмют Кід теж мав справи на пониззі, отож і мандрували вони вкупі.</w:t>
      </w:r>
    </w:p>
    <w:p>
      <w:r>
        <w:br/>
        <w:t>На цілу Північ лише Мелмют Кід знав достеменно цю людину, Поля Рубо. Тільки перед ним священик скидав святобливу одежу і ставав звичайною людиною. Та й чому ж би ні? Вони добре знали один одного. Хіба ж вони не ділилися останнім шматочком рибини, останньою дрібкою тютюну, останньою потаємною думкою на пустельних просторах Берінгового моря, в згубних лабіринтах Великої Дельти під час жахливої зимової мандрівки від миса Барроу до Поркюпайну?</w:t>
      </w:r>
    </w:p>
    <w:p>
      <w:r>
        <w:br/>
        <w:t>Панотець Рубо сумовито попахкував старою подорожньою люлькою й дивився на червоне кружало сонця, що похмуро зависло над самим обрієм з півночі. Мелмют Кід накрутив свого годинника. Була саме північ.</w:t>
      </w:r>
    </w:p>
    <w:p>
      <w:r>
        <w:br/>
        <w:t>— Нема чого журитися, друже! — Кід, видно, провадив далі перервану розмову. — Бог напевне простить за таку брехню. Як сказав один поет, що завжди висловлюється до речі:</w:t>
      </w:r>
    </w:p>
    <w:p>
      <w:r>
        <w:br/>
        <w:t>Якщо ти чув слова її признання,</w:t>
      </w:r>
    </w:p>
    <w:p>
      <w:r>
        <w:br/>
        <w:t>То хай уста тобі скує мовчання.</w:t>
      </w:r>
    </w:p>
    <w:p>
      <w:r>
        <w:br/>
        <w:t>Коли брехня рятує від загину, —</w:t>
      </w:r>
    </w:p>
    <w:p>
      <w:r>
        <w:br/>
        <w:t>Бреши аж до останньої хвилини!</w:t>
      </w:r>
    </w:p>
    <w:p>
      <w:r>
        <w:br/>
        <w:t>Панотець Рубо вийняв з уст люльку й задумався.</w:t>
      </w:r>
    </w:p>
    <w:p>
      <w:r>
        <w:br/>
        <w:t>— Той поет правду каже, але не це мучить мою душу. Брехня й кара за неї в руках божих, але… але…</w:t>
      </w:r>
    </w:p>
    <w:p>
      <w:r>
        <w:br/>
        <w:t>— А що ж? Ваші руки чисті.</w:t>
      </w:r>
    </w:p>
    <w:p>
      <w:r>
        <w:br/>
        <w:t>— Ні, Кіде. Я довго про це думав, але що є, те вже є. Я ж знав, який у неї чоловік, і попри все змусив її вернутися.</w:t>
      </w:r>
    </w:p>
    <w:p>
      <w:r>
        <w:br/>
        <w:t>З лісу на березі дзвінко заспівала вільшанка, звіддалік долинув голос куріпки, коло берега, чалапаючи по воді, зайшов у річку лось. А двоє людей у човні мовчки курили.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Панотцеве право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