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Папери є? (Із воєнних споминів)</w:t>
      </w:r>
    </w:p>
    <w:p>
      <w:r>
        <w:br/>
        <w:t xml:space="preserve"> &lt;p&gt;Останній поїзд привіз нас до Яремча. По дорозі бачили ми, як Надвірна горіла. Була це ніби маленька частинка, ніби огник один тої великої пожежі, що займалася кругом.</w:t>
      </w:r>
    </w:p>
    <w:p>
      <w:r>
        <w:br/>
        <w:t>Перед Делятином авто переїхало нам дорогу. Поїзд став.</w:t>
      </w:r>
    </w:p>
    <w:p>
      <w:r>
        <w:br/>
        <w:t>Де не взялися жандарми, бігали від возу до возу і тукали когось, чи чогось. Не знайшли.</w:t>
      </w:r>
    </w:p>
    <w:p>
      <w:r>
        <w:br/>
        <w:t>1 поїзд посунувся дальше.</w:t>
      </w:r>
    </w:p>
    <w:p>
      <w:r>
        <w:br/>
        <w:t>Дивно нам. Того не бувало перше. Що таке зі світом зробилося нараз? Невже ж війна переверне все догори дном?</w:t>
      </w:r>
    </w:p>
    <w:p>
      <w:r>
        <w:br/>
        <w:t>Вози шепотять.</w:t>
      </w:r>
    </w:p>
    <w:p>
      <w:r>
        <w:br/>
        <w:t>Хтось каже, що тим автом чужі офіцери втікали, ті, що підпалили Надвірну. Один не вспів доскочити й лишився. Його-то й шукали жандарми.</w:t>
      </w:r>
    </w:p>
    <w:p>
      <w:r>
        <w:br/>
        <w:t>Другий краще знає. Тим автом повезли французьке золото до Росії, бо війна золото любить, як крук.</w:t>
      </w:r>
    </w:p>
    <w:p>
      <w:r>
        <w:br/>
        <w:t>До Яремча приїхали ми під вечір.</w:t>
      </w:r>
    </w:p>
    <w:p>
      <w:r>
        <w:br/>
        <w:t>Пахла живиця, Пруг шумів, дівчатка суниці продавали.</w:t>
      </w:r>
    </w:p>
    <w:p>
      <w:r>
        <w:br/>
        <w:t>"Мої солодші, мої, мої!"</w:t>
      </w:r>
    </w:p>
    <w:p>
      <w:r>
        <w:br/>
        <w:t>Тут війні край. Між тії гори та вертепи вона чей не полізе.</w:t>
      </w:r>
    </w:p>
    <w:p>
      <w:r>
        <w:br/>
        <w:t>Тут так гарно, — невже ж можна поганити таку красу? Мусить же бути якийсь куток, де б люди про злочини забули, — про війну.</w:t>
      </w:r>
    </w:p>
    <w:p>
      <w:r>
        <w:br/>
        <w:t>В готелю Гануса відчинені вікна, чути, як водопад Прута реве.</w:t>
      </w:r>
    </w:p>
    <w:p>
      <w:r>
        <w:br/>
        <w:t>Хочу побачити його. Чи все такий гарний, як був, чи асе такий гордий і завзятий, такий сердитий, ніби гнівається на весь світ.</w:t>
      </w:r>
    </w:p>
    <w:p>
      <w:r>
        <w:br/>
        <w:t>Іду.</w:t>
      </w:r>
    </w:p>
    <w:p>
      <w:r>
        <w:br/>
        <w:t>Смерічки вітаються зі мною, кущі торкають мене за РУкав. Дорога, як великий знак питання, згибається з горба на горб.</w:t>
      </w:r>
    </w:p>
    <w:p>
      <w:r>
        <w:br/>
        <w:t>Перед водопадом поперек дороги ялиця.</w:t>
      </w:r>
    </w:p>
    <w:p>
      <w:r>
        <w:br/>
        <w:t>Хочу перескочити.</w:t>
      </w:r>
    </w:p>
    <w:p>
      <w:r>
        <w:br/>
        <w:t>— Стій! Я став.</w:t>
      </w:r>
    </w:p>
    <w:p>
      <w:r>
        <w:br/>
        <w:t>Передо мною багнет, просто вимірений у груди.</w:t>
      </w:r>
    </w:p>
    <w:p>
      <w:r>
        <w:br/>
        <w:t>— Ага, це війна, — гадаю собі, скидаю капелюх і обтираю з чола піт.</w:t>
      </w:r>
    </w:p>
    <w:p>
      <w:r>
        <w:br/>
        <w:t>Ось яка моя перша стріча з війною! Смішно-глупа. Стій посеред дороги, як укопаний стовп. Стою. Але це скучно, і ноги болять.</w:t>
      </w:r>
    </w:p>
    <w:p>
      <w:r>
        <w:br/>
        <w:t>— Коли не вільно вперед, так пустіть мене назад, — говорю до багнета.</w:t>
      </w:r>
    </w:p>
    <w:p>
      <w:r>
        <w:br/>
        <w:t>— Було не йти. Без цуґсфірера не пущу!</w:t>
      </w:r>
    </w:p>
    <w:p>
      <w:r>
        <w:br/>
        <w:t>— А де ж той цуґсфірер?</w:t>
      </w:r>
    </w:p>
    <w:p>
      <w:r>
        <w:br/>
        <w:t>— Ось ідуть.</w:t>
      </w:r>
    </w:p>
    <w:p>
      <w:r>
        <w:br/>
        <w:t>Не моє щастя, цуґсфірер якраз показався з корчів.</w:t>
      </w:r>
    </w:p>
    <w:p>
      <w:r>
        <w:br/>
        <w:t>— Папери є?</w:t>
      </w:r>
    </w:p>
    <w:p>
      <w:r>
        <w:br/>
        <w:t>— Нема. Я ж що лиш приїхав до Яремча і в готелю Гануса замешкав.</w:t>
      </w:r>
    </w:p>
    <w:p>
      <w:r>
        <w:br/>
        <w:t>— Гу-ум! Побачимо.</w:t>
      </w:r>
    </w:p>
    <w:p>
      <w:r>
        <w:br/>
        <w:t>Підійшов ближче, глянув на мене і всміхнувся.</w:t>
      </w:r>
    </w:p>
    <w:p>
      <w:r>
        <w:br/>
        <w:t>— Вам паперів не треба. Я вас знаю.</w:t>
      </w:r>
    </w:p>
    <w:p>
      <w:r>
        <w:br/>
        <w:t>— Звідки?</w:t>
      </w:r>
    </w:p>
    <w:p>
      <w:r>
        <w:br/>
        <w:t>— З ваших оповідань. "Нездала п'ятка", "Оповідання дяка". Я сам дяк. Добре ви його описали. Я й портрет ваш бачив у "Зорі"1. Ідіть же до готелю і пишіть собі свої оповідання і вірші, а по проходах не волочіться, бо тепер небезпечно.</w:t>
      </w:r>
    </w:p>
    <w:p>
      <w:r>
        <w:br/>
        <w:t>Я пішов...</w:t>
      </w:r>
    </w:p>
    <w:p>
      <w:r>
        <w:br/>
        <w:t>Ніколи й ніяка критика не втішила мене так щиро, як тота.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Папери є? (Із воєнних споминів)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