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Парфуми</w:t>
      </w:r>
    </w:p>
    <w:p>
      <w:r>
        <w:br/>
        <w:t xml:space="preserve"> Лиш раз нас, один раз удвох застали&lt;br /&gt;</w:t>
        <w:br/>
        <w:t>Й на мене всю вину за гріх поклали;&lt;br /&gt;</w:t>
        <w:br/>
        <w:t>Як злодія, нам'явши добре боки,&lt;br /&gt;</w:t>
        <w:br/>
        <w:t>Винять в крадіжках й за минулі роки, –&lt;br /&gt;</w:t>
        <w:br/>
        <w:t>Так і мені, хоч сам створив цей клопіт,&lt;br /&gt;</w:t>
        <w:br/>
        <w:t>Обрезклий батько твій вчиняє допит.&lt;br /&gt;</w:t>
        <w:br/>
        <w:t>Вже як він не вистежував, із блиском&lt;br /&gt;</w:t>
        <w:br/>
        <w:t>В очах, мов має справу з василіском;&lt;br /&gt;</w:t>
        <w:br/>
        <w:t>Як не базікав про своє бажання –&lt;br /&gt;</w:t>
        <w:br/>
        <w:t>Краси осердя й палива кохання –&lt;br /&gt;</w:t>
        <w:br/>
        <w:t>Позбавить тебе спадку, нас заставши, –&lt;br /&gt;</w:t>
        <w:br/>
        <w:t>Та ми таїлись, вміння все доклавши.&lt;br /&gt;</w:t>
        <w:br/>
        <w:t>І мати – хоч вже з ліжка не встає,&lt;br /&gt;</w:t>
        <w:br/>
        <w:t>Сама не вмре й нам жити не дає;&lt;br /&gt;</w:t>
        <w:br/>
        <w:t>Вдень виспиться, щоб вистежить, як слід,&lt;br /&gt;</w:t>
        <w:br/>
        <w:t>Вночі твій кожен вихід і прихід;&lt;br /&gt;</w:t>
        <w:br/>
        <w:t>Й, за руку взявши, враз не відпускає:&lt;br /&gt;</w:t>
        <w:br/>
        <w:t>Слід персня чи браслета там шукає;&lt;br /&gt;</w:t>
        <w:br/>
        <w:t>Цілуючи – щік колір примічає,&lt;br /&gt;</w:t>
        <w:br/>
        <w:t>Обнявши – щупає живіт, вивчає;&lt;br /&gt;</w:t>
        <w:br/>
        <w:t>Про кисле й про солоне річ заводить:&lt;br /&gt;</w:t>
        <w:br/>
        <w:t>Жде, чи нудоти це в тобі не зродить;&lt;br /&gt;</w:t>
        <w:br/>
        <w:t>В своїх забавах юних зізнається,&lt;br /&gt;</w:t>
        <w:br/>
        <w:t>Щоб підіграти, як це їй здається.&lt;br /&gt;</w:t>
        <w:br/>
        <w:t>Ти ж чари вже любові зрозуміла&lt;br /&gt;</w:t>
        <w:br/>
        <w:t>І матір обдурити все ж зуміла.&lt;br /&gt;</w:t>
        <w:br/>
        <w:t>Ще й братики твої такі проворні,&lt;br /&gt;</w:t>
        <w:br/>
        <w:t>Що все помітять, ночі хай і чорні;&lt;br /&gt;</w:t>
        <w:br/>
        <w:t>Та з-за гостинця в батька на коліні&lt;br /&gt;</w:t>
        <w:br/>
        <w:t>Не видали ні разу нас донині.&lt;br /&gt;</w:t>
        <w:br/>
        <w:t>А ваш слуга – крикун мідноголосий,&lt;br /&gt;</w:t>
        <w:br/>
        <w:t>Подібний до Родоського Колоса;&lt;br /&gt;</w:t>
        <w:br/>
        <w:t>В нім футів вісім, всяк його страшиться,&lt;br /&gt;</w:t>
        <w:br/>
        <w:t>Й він бога згадує лиш, як божиться;&lt;br /&gt;</w:t>
        <w:br/>
        <w:t>Й вже пекло – хай ті муки хто й забуде –&lt;br /&gt;</w:t>
        <w:br/>
        <w:t>Жахатиме лиш тим, що він там буде, –&lt;br /&gt;</w:t>
        <w:br/>
        <w:t>Й хоч батьком він був найнятий для цього,&lt;br /&gt;</w:t>
        <w:br/>
        <w:t>Та не доніс і він про нас нічого.&lt;br /&gt;</w:t>
        <w:br/>
        <w:t>Та – о! – вже не розстатись із журбою,&lt;br /&gt;</w:t>
        <w:br/>
        <w:t>Бо зрадника привів я із собою:&lt;br /&gt;</w:t>
        <w:br/>
        <w:t>Той аромат, що на собі приніс,&lt;br /&gt;</w:t>
        <w:br/>
        <w:t>Волав з порога вже старому в ніс;&lt;br /&gt;</w:t>
        <w:br/>
        <w:t>Й він затремтів, мов полководцем був&lt;br /&gt;</w:t>
        <w:br/>
        <w:t>Й іще, як пахне порох, не забув;&lt;br /&gt;</w:t>
        <w:br/>
        <w:t>Будь неприємним дух той – думать міг,&lt;br /&gt;</w:t>
        <w:br/>
        <w:t>Що йде із рота в нього чи від ніг.&lt;br /&gt;</w:t>
        <w:br/>
        <w:t>Як зріть лиш пса й свиню біля порога,&lt;br /&gt;</w:t>
        <w:br/>
        <w:t>То чудо вже – уздріти однорога;&lt;br /&gt;</w:t>
        <w:br/>
        <w:t>Й він теж так благовонного гостинця&lt;br /&gt;</w:t>
        <w:br/>
        <w:t>В повітрі затхлім визнав за чужинця.&lt;br /&gt;</w:t>
        <w:br/>
        <w:t>Мій плащ новий не шелестів ні разу&lt;br /&gt;</w:t>
        <w:br/>
        <w:t>Й каблук – ні скрипу! – підкоривсь наказу,&lt;br /&gt;</w:t>
        <w:br/>
        <w:t>А зрадили мене лиш ви, парфуми,&lt;br /&gt;</w:t>
        <w:br/>
        <w:t>Що довірявсь вам в радості і в сумі;&lt;br /&gt;</w:t>
        <w:br/>
        <w:t>Не згодні, щоб тайком вас зустрічали,&lt;br /&gt;</w:t>
        <w:br/>
        <w:t>З доносом на мене ви в тьму помчали.&lt;br /&gt;</w:t>
        <w:br/>
        <w:t>О, покидьки землі, де поєдналось&lt;br /&gt;</w:t>
        <w:br/>
        <w:t>Святе з порочним, зло з добром змішалось!&lt;br /&gt;</w:t>
        <w:br/>
        <w:t>Й це ваші чари лиш кидають нас&lt;br /&gt;</w:t>
        <w:br/>
        <w:t>В обійми шлюх заразних повсякчас;&lt;br /&gt;</w:t>
        <w:br/>
        <w:t>І чи не ви прищеплюєте нам&lt;br /&gt;</w:t>
        <w:br/>
        <w:t>Манірності і флірту бабських страм?&lt;br /&gt;</w:t>
        <w:br/>
        <w:t>Недаром в залах почесть вам така,&lt;br /&gt;</w:t>
        <w:br/>
        <w:t>Де владарює суєта людська;&lt;br /&gt;</w:t>
        <w:br/>
        <w:t>Й богам, як вас на вівтарях палили,&lt;br /&gt;</w:t>
        <w:br/>
        <w:t>Був звичай люб – вони ж вас не любили.&lt;br /&gt;</w:t>
        <w:br/>
        <w:t>Чи ж варто й нам те в суміші любити,&lt;br /&gt;</w:t>
        <w:br/>
        <w:t>Що буде, взяте порізно, смердіти?&lt;br /&gt;</w:t>
        <w:br/>
        <w:t>Із доброго не робиться погане:&lt;br /&gt;</w:t>
        <w:br/>
        <w:t>Чи ж благо ви, як аромат ваш тане?&lt;br /&gt;</w:t>
        <w:br/>
        <w:t>Парфуми б ці віддав – й не їх одні, –&lt;br /&gt;</w:t>
        <w:br/>
        <w:t>Щоб умастити батька вже в труні.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Парфуми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