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Перчіль у похід зібрався…</w:t>
      </w:r>
    </w:p>
    <w:p>
      <w:r>
        <w:br/>
        <w:t xml:space="preserve"> &lt;p&gt;Лорд Пістон Перчіль, зустрівши Новий рік келихом шампанського і побажавши справжнього миру всьому мирові, поцілував свою лордиху й лорденят та й проказав:</w:t>
      </w:r>
    </w:p>
    <w:p>
      <w:r>
        <w:br/>
        <w:t>— Ну, ви мої любі та милі, доїдайте тут і допивайте, а я піду ляжу, бо в мене праву литку якось дуже сіпає, а в поперека ніби хтось кілка встромив чи залізною завісою гахнув!</w:t>
      </w:r>
    </w:p>
    <w:p>
      <w:r>
        <w:br/>
        <w:t>Лордиха занепокоїлася:</w:t>
      </w:r>
    </w:p>
    <w:p>
      <w:r>
        <w:br/>
        <w:t>— Що з твоїм, мій лорденьку, Пістошо мій, попереком?! Литка — це не дивно, — литку ще з бурської війни тобі сіпає, як ти, будучи хвацьким гусариком, у полон до бурів потрапив, а от що з попереком — недопойму…</w:t>
      </w:r>
    </w:p>
    <w:p>
      <w:r>
        <w:br/>
        <w:t>— Ой, мабуть-таки, залізна завіса на поперек упала! — зітхнув лорд Пістон Перчіль.</w:t>
      </w:r>
    </w:p>
    <w:p>
      <w:r>
        <w:br/>
        <w:t>— То, може, Пістошо, хай би баба Бірнсиха пошептала та напою якогось випити дала. Кажуть, у неї дуже цілющий трунок є! І всередину пити, і зверху натирати. Як вип'єш, кажуть, так тебе трохи ніби помакартурить і стає легше. А як зверху потерти, спочатку заачесониться, а потім заспокоїться, і ніщо вже його не монгобере! Може б, я збігала?</w:t>
      </w:r>
    </w:p>
    <w:p>
      <w:r>
        <w:br/>
        <w:t>— Ні, моя люба міледихо, краще я ляжу та добре вгріюсь, — воно, може, й попустить! Скажи камердинерові, щоб прослав оте рядно, що на фамільному гербі сьогодні провітрювалось, та щоб укрив мене кожухом австралійської вичинки.</w:t>
      </w:r>
    </w:p>
    <w:p>
      <w:r>
        <w:br/>
        <w:t>— Лягай, лягай, Пістошо! Лягай!</w:t>
      </w:r>
    </w:p>
    <w:p>
      <w:r>
        <w:br/>
        <w:t>— Гудбайніч, моя міледичко!</w:t>
      </w:r>
    </w:p>
    <w:p>
      <w:r>
        <w:br/>
        <w:t>— Гудбайніч, мій старенький! Гудбайніч!</w:t>
      </w:r>
    </w:p>
    <w:p>
      <w:r>
        <w:br/>
        <w:t>Поклали лорда Пістона камердинери й лакеї на ліжко, фамільним рядном заслане, вкрили кожухом австралійської вичинки, міледиха його перехрестила та й проказала:</w:t>
      </w:r>
    </w:p>
    <w:p>
      <w:r>
        <w:br/>
        <w:t>— Спи, мій Пістошо, спи спокійно, і хай не непокоять тебе ніякі сни! Гудбайніч!</w:t>
      </w:r>
    </w:p>
    <w:p>
      <w:r>
        <w:br/>
        <w:t>А була ж якраз новорічна ніч.</w:t>
      </w:r>
    </w:p>
    <w:p>
      <w:r>
        <w:br/>
        <w:t>Якій же людині, хоча б вона була й лордом Пістоном Перчілем, не сниться сон у новорічну ніч?</w:t>
      </w:r>
    </w:p>
    <w:p>
      <w:r>
        <w:br/>
        <w:t>Тільки-но лорд Пістон Перчіль захропли, одразу ж і почалося!</w:t>
      </w:r>
    </w:p>
    <w:p>
      <w:r>
        <w:br/>
        <w:t>Та яке почалося!</w:t>
      </w:r>
    </w:p>
    <w:p>
      <w:r>
        <w:br/>
        <w:t>Спочатку приверзлася величезна єгипетська піраміда, на весь Єгипет піраміда, в сто разів більша, ніж Хеопсова, така велика, що крізь неї річка Ніл протікає.</w:t>
      </w:r>
    </w:p>
    <w:p>
      <w:r>
        <w:br/>
        <w:t>А на тій велетенській піраміді стоїть індійський слон, великий-великий індійський слон, такий завбільшки індійський слон, як сто слонів укупі, а на тому слоні йому видать: і Єгипет йому видать, і Південно-Африканський союз йому видать, і Індію, і Іран, і Палестину, і Аравію — все-все йому з тої піраміди видать.</w:t>
      </w:r>
    </w:p>
    <w:p>
      <w:r>
        <w:br/>
        <w:t>І всі в тих країнах народи перед лордом Пістоном Перчілем навколішки стоять і низько, вірнопіддано йому вклоняються.</w:t>
      </w:r>
    </w:p>
    <w:p>
      <w:r>
        <w:br/>
        <w:t>А він, лорд Пістон Перчіль, на слоні сидить, молоточком розмахує та покрикує:</w:t>
      </w:r>
    </w:p>
    <w:p>
      <w:r>
        <w:br/>
        <w:t>— Демократичніше! Демократичніше кланяйтесь! Нижче! Нижче! Демократичніше!</w:t>
      </w:r>
    </w:p>
    <w:p>
      <w:r>
        <w:br/>
        <w:t>Аж тут і в Індії, і в Палестині, і в Ірані, і в Єгипті щось ніби бахнуло, загуло, тріснуло, і народи, замість уклонятися, підводитися почали.</w:t>
      </w:r>
    </w:p>
    <w:p>
      <w:r>
        <w:br/>
        <w:t>Лорд Пістон Перчіль прокинулись і сердито засопли: не сподобався їм подальший розвиток сну.</w:t>
      </w:r>
    </w:p>
    <w:p>
      <w:r>
        <w:br/>
        <w:t>Посопли лорд Пістон Перчіль, почухались та й знову заснули.</w:t>
      </w:r>
    </w:p>
    <w:p>
      <w:r>
        <w:br/>
        <w:t>Тоді прийшов їм уві сні славетний їхній предок Мальбрук.</w:t>
      </w:r>
    </w:p>
    <w:p>
      <w:r>
        <w:br/>
        <w:t>У латах, у панцирі, на білому англо-арабському коні прийшов славетний Мальбрук та й махнув золотою пікою:</w:t>
      </w:r>
    </w:p>
    <w:p>
      <w:r>
        <w:br/>
        <w:t>— Чого спиш, лорде Пістоне Перчілю? — крикнув Мальбрук. — Чому в похід не збираєшся, як я колись збирався?! Адже ж ще не все тобою повойовано?! Хто ж його повоює, як не ти?!</w:t>
      </w:r>
    </w:p>
    <w:p>
      <w:r>
        <w:br/>
        <w:t>І підводять ніби йому вороного коня, і сідає лорд Пістон Перчіль на коня вороного, як колись, бувши молодим гусариком, сідав, і в похід виступає.</w:t>
      </w:r>
    </w:p>
    <w:p>
      <w:r>
        <w:br/>
        <w:t>А за ним танкові дивізії, моторизовані частини, артилерія, кавалерія…</w:t>
      </w:r>
    </w:p>
    <w:p>
      <w:r>
        <w:br/>
        <w:t>А над ним гудуть самольоти…</w:t>
      </w:r>
    </w:p>
    <w:p>
      <w:r>
        <w:br/>
        <w:t>Мальбруків нащадок лорд Пістон Перчіль веде військо своє одну шосту частину світу воювати…</w:t>
      </w:r>
    </w:p>
    <w:p>
      <w:r>
        <w:br/>
        <w:t>Хвацько веде!</w:t>
      </w:r>
    </w:p>
    <w:p>
      <w:r>
        <w:br/>
        <w:t>Довів лорд Пістон Перчіль аж до того місця, звідки сяйво Червоних зір видко стало.</w:t>
      </w:r>
    </w:p>
    <w:p>
      <w:r>
        <w:br/>
        <w:t>Як забачив лорд Пістон Перчіль Червоних зір сяйво, зразу за залізну завісу, якраз у тім місці, де "Made in Germani"[1] написано.</w:t>
      </w:r>
    </w:p>
    <w:p>
      <w:r>
        <w:br/>
        <w:t>Зскочив із коня та й… прокинувся…</w:t>
      </w:r>
    </w:p>
    <w:p>
      <w:r>
        <w:br/>
        <w:t>— Міледихо! — крикнув. — Давай камердинерів!</w:t>
      </w:r>
    </w:p>
    <w:p>
      <w:r>
        <w:br/>
        <w:t>— А що тобі, Пістошо? — міледиха питає.</w:t>
      </w:r>
    </w:p>
    <w:p>
      <w:r>
        <w:br/>
        <w:t>— Яв похід зібрався!</w:t>
      </w:r>
    </w:p>
    <w:p>
      <w:r>
        <w:br/>
        <w:t>— Боже мій! Боже мій! Хіба ж ти забув, як предок твій Мальбрук збирався і що з того вийшло!</w:t>
      </w:r>
    </w:p>
    <w:p>
      <w:r>
        <w:br/>
        <w:t>— Так отже ж!</w:t>
      </w:r>
    </w:p>
    <w:p>
      <w:r>
        <w:br/>
        <w:t>— Казала, — покликати бабу Бірнсиху, щоб, може, пошептала, а тепер…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Перчіль у похід зібрався…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