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Перекотиполе</w:t>
      </w:r>
    </w:p>
    <w:p>
      <w:r>
        <w:br/>
        <w:t xml:space="preserve"> Котилося через поле&lt;br /&gt;</w:t>
        <w:br/>
        <w:t>Перекотиполе —&lt;br /&gt;</w:t>
        <w:br/>
        <w:t>Довідаться щастя й горя&lt;br /&gt;</w:t>
        <w:br/>
        <w:t>Край Чорного моря.&lt;br /&gt;</w:t>
        <w:br/>
        <w:t>Розходилися поляне,&lt;br /&gt;</w:t>
        <w:br/>
        <w:t>Аж серденько в’яне:&lt;br /&gt;</w:t>
        <w:br/>
        <w:t>Одні на сміх піднімають,&lt;br /&gt;</w:t>
        <w:br/>
        <w:t>Другі дорікають.&lt;br /&gt;</w:t>
        <w:br/>
        <w:t>— Тю-тю, дурний, розігнався!&lt;br /&gt;</w:t>
        <w:br/>
        <w:t>Будяк обізвався.-&lt;br /&gt;</w:t>
        <w:br/>
        <w:t>Чого тебе вража сила&lt;br /&gt;</w:t>
        <w:br/>
        <w:t>Отут розносила! —&lt;br /&gt;</w:t>
        <w:br/>
        <w:t>А Півники-самохвали&lt;br /&gt;</w:t>
        <w:br/>
        <w:t>І собі пристали,&lt;br /&gt;</w:t>
        <w:br/>
        <w:t>Як горохом обсипають,&lt;br /&gt;</w:t>
        <w:br/>
        <w:t>Сміються, гукають:&lt;br /&gt;</w:t>
        <w:br/>
        <w:t>— А куди, джигуне милий,&lt;br /&gt;</w:t>
        <w:br/>
        <w:t>Наш орле безкрилий,&lt;br /&gt;</w:t>
        <w:br/>
        <w:t>Несе тебе дурна воля&lt;br /&gt;</w:t>
        <w:br/>
        <w:t>Із нашого поля? —&lt;br /&gt;</w:t>
        <w:br/>
        <w:t>Полин гіркий дорікає,&lt;br /&gt;</w:t>
        <w:br/>
        <w:t>Сміху добавляє:&lt;br /&gt;</w:t>
        <w:br/>
        <w:t>— Буде пити меди й вина&lt;br /&gt;</w:t>
        <w:br/>
        <w:t>У вражого сина.-&lt;br /&gt;</w:t>
        <w:br/>
        <w:t>І Сон-трава не проспала,&lt;br /&gt;</w:t>
        <w:br/>
        <w:t>Словечко сказала:&lt;br /&gt;</w:t>
        <w:br/>
        <w:t>— Він з дурною головою&lt;br /&gt;</w:t>
        <w:br/>
        <w:t>Не має покою.-&lt;br /&gt;</w:t>
        <w:br/>
        <w:t>Одна тільки не судила&lt;br /&gt;</w:t>
        <w:br/>
        <w:t>Фіалочка мила,&lt;br /&gt;</w:t>
        <w:br/>
        <w:t>Козаченька привітала,&lt;br /&gt;</w:t>
        <w:br/>
        <w:t>В поход виряджала:&lt;br /&gt;</w:t>
        <w:br/>
        <w:t>— Добудь слави, нагуляйся,&lt;br /&gt;</w:t>
        <w:br/>
        <w:t>До мене вертайся,&lt;br /&gt;</w:t>
        <w:br/>
        <w:t>Я сплету тобі віночок,&lt;br /&gt;</w:t>
        <w:br/>
        <w:t>Поведу в таночок.-&lt;br /&gt;</w:t>
        <w:br/>
        <w:t>Мовчаливий Ковиль-свідок&lt;br /&gt;</w:t>
        <w:br/>
        <w:t>Сказав напослідок:&lt;br /&gt;</w:t>
        <w:br/>
        <w:t>— Ось покинь ти, пане-брате,&lt;br /&gt;</w:t>
        <w:br/>
        <w:t>Стрибання прокляте!&lt;br /&gt;</w:t>
        <w:br/>
        <w:t>Славні бубни за горами…&lt;br /&gt;</w:t>
        <w:br/>
        <w:t>Живи ти між нами,&lt;br /&gt;</w:t>
        <w:br/>
        <w:t>Бо незчуєшся, не вглянеш —&lt;br /&gt;</w:t>
        <w:br/>
        <w:t>В болоті застрянеш,&lt;br /&gt;</w:t>
        <w:br/>
        <w:t>А в болоті — з ким там жити?&lt;br /&gt;</w:t>
        <w:br/>
        <w:t>Не зілля, не квіти.&lt;br /&gt;</w:t>
        <w:br/>
        <w:t>Не червоная калина,&lt;br /&gt;</w:t>
        <w:br/>
        <w:t>А погана тина.-&lt;br /&gt;</w:t>
        <w:br/>
        <w:t>Перекотиполе чує&lt;br /&gt;</w:t>
        <w:br/>
        <w:t>І далі мандрує,&lt;br /&gt;</w:t>
        <w:br/>
        <w:t>Ні на кого не вважає,&lt;br /&gt;</w:t>
        <w:br/>
        <w:t>Усім одмовляє:&lt;br /&gt;</w:t>
        <w:br/>
        <w:t>— Не хочу я тут сидіти,&lt;br /&gt;</w:t>
        <w:br/>
        <w:t>Між вами марніти,&lt;br /&gt;</w:t>
        <w:br/>
        <w:t>Не такую треба долю&lt;br /&gt;</w:t>
        <w:br/>
        <w:t>Перекотиполю.&lt;br /&gt;</w:t>
        <w:br/>
        <w:t>Поборюся з дужим морем,&lt;br /&gt;</w:t>
        <w:br/>
        <w:t>Позмагаюсь з горем&lt;br /&gt;</w:t>
        <w:br/>
        <w:t>І покочу скрізь по полю&lt;br /&gt;</w:t>
        <w:br/>
        <w:t>Веселую долю.-&lt;br /&gt;</w:t>
        <w:br/>
        <w:t>Прикотилась сміла воля&lt;br /&gt;</w:t>
        <w:br/>
        <w:t>До чужого поля:&lt;br /&gt;</w:t>
        <w:br/>
        <w:t>Кругом море розляглося&lt;br /&gt;</w:t>
        <w:br/>
        <w:t>І з небом злилося…&lt;br /&gt;</w:t>
        <w:br/>
        <w:t>Де на світі тая сила,&lt;br /&gt;</w:t>
        <w:br/>
        <w:t>Щоб змагаться сміла?&lt;br /&gt;</w:t>
        <w:br/>
        <w:t>— Що ж то буде? — Страх озвався&lt;br /&gt;</w:t>
        <w:br/>
        <w:t>І в лози сховався.&lt;br /&gt;</w:t>
        <w:br/>
        <w:t>Не так снилось, не так ждалось,&lt;br /&gt;</w:t>
        <w:br/>
        <w:t>Як на лихо склалось:&lt;br /&gt;</w:t>
        <w:br/>
        <w:t>Розсердилось горде море,&lt;br /&gt;</w:t>
        <w:br/>
        <w:t>Накинулось горе.&lt;br /&gt;</w:t>
        <w:br/>
        <w:t>Одно хвилі-гори котить,&lt;br /&gt;</w:t>
        <w:br/>
        <w:t>Об берег колотить,&lt;br /&gt;</w:t>
        <w:br/>
        <w:t>Друге шкодить, зневажає&lt;br /&gt;</w:t>
        <w:br/>
        <w:t>І жалю не знає.&lt;br /&gt;</w:t>
        <w:br/>
        <w:t>Море кинуло в долину,&lt;br /&gt;</w:t>
        <w:br/>
        <w:t>Мов тую пір’їну,&lt;br /&gt;</w:t>
        <w:br/>
        <w:t>Горе вітром ізсушило,&lt;br /&gt;</w:t>
        <w:br/>
        <w:t>Піском придавило.&lt;br /&gt;</w:t>
        <w:br/>
        <w:t>Підманила, обманила&lt;br /&gt;</w:t>
        <w:br/>
        <w:t>Надієчка мила,&lt;br /&gt;</w:t>
        <w:br/>
        <w:t>Посміялась чужа доля&lt;br /&gt;</w:t>
        <w:br/>
        <w:t>З Перекотиполя.&lt;br /&gt;</w:t>
        <w:br/>
        <w:t>Лежить воно, гірко плаче,&lt;br /&gt;</w:t>
        <w:br/>
        <w:t>Чорний Ворон кряче:&lt;br /&gt;</w:t>
        <w:br/>
        <w:t>— Рятуй своє, рідна доле,&lt;br /&gt;</w:t>
        <w:br/>
        <w:t>Перекотиполе!</w:t>
      </w:r>
    </w:p>
    <w:p>
      <w:r>
        <w:br/>
        <w:t>Козаченьки молодії,&lt;br /&gt;</w:t>
        <w:br/>
        <w:t>Орли золотії!&lt;br /&gt;</w:t>
        <w:br/>
        <w:t>До вас байку докотила&lt;br /&gt;</w:t>
        <w:br/>
        <w:t>Порадонька мила,&lt;br /&gt;</w:t>
        <w:br/>
        <w:t>Щоб і ви не забували,&lt;br /&gt;</w:t>
        <w:br/>
        <w:t>Як діди казали:&lt;br /&gt;</w:t>
        <w:br/>
        <w:t>Не жалкуй на тую долю,&lt;br /&gt;</w:t>
        <w:br/>
        <w:t>А на дурну волю!&lt;br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Перекотиполе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