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Переложение псалма 132</w:t>
      </w:r>
    </w:p>
    <w:p>
      <w:r>
        <w:br/>
        <w:t xml:space="preserve"> &lt;blockquote&gt;&lt;p&gt;Се что добро или что красно,</w:t>
      </w:r>
    </w:p>
    <w:p>
      <w:r>
        <w:br/>
        <w:t>но еже жити братии вкупе и проч.</w:t>
      </w:r>
    </w:p>
    <w:p>
      <w:r>
        <w:br/>
        <w:t>Нема вже й кращої людської в світі долі!</w:t>
      </w:r>
    </w:p>
    <w:p>
      <w:r>
        <w:br/>
        <w:t>Як вкупці братики живуть по божій волі,</w:t>
      </w:r>
    </w:p>
    <w:p>
      <w:r>
        <w:br/>
        <w:t>Так миро дороге лиснить на голові,</w:t>
      </w:r>
    </w:p>
    <w:p>
      <w:r>
        <w:br/>
        <w:t>По Аароновій стікає бороді</w:t>
      </w:r>
    </w:p>
    <w:p>
      <w:r>
        <w:br/>
        <w:t>І капа на його одежу саєтову,</w:t>
      </w:r>
    </w:p>
    <w:p>
      <w:r>
        <w:br/>
        <w:t>Так аермонськая, сказать, приміром, к слову,</w:t>
      </w:r>
    </w:p>
    <w:p>
      <w:r>
        <w:br/>
        <w:t>Роса паде в горах Сіонських з мокрих хмар,</w:t>
      </w:r>
    </w:p>
    <w:p>
      <w:r>
        <w:br/>
        <w:t>Так і на їх росить із неба Божий дар.</w:t>
      </w:r>
    </w:p>
    <w:p>
      <w:r>
        <w:br/>
        <w:t>А з ним щасливеє життя й благословення,</w:t>
      </w:r>
    </w:p>
    <w:p>
      <w:r>
        <w:br/>
        <w:t>І буде вік в честі їх у людей імення.</w:t>
      </w:r>
    </w:p>
    <w:p>
      <w:r>
        <w:br/>
        <w:t>7 декабря 1857 г., Харьков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Переложение псалма 132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