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Переслів'я</w:t>
      </w:r>
    </w:p>
    <w:p>
      <w:r>
        <w:br/>
        <w:t xml:space="preserve"> Спив до дна я прикрий келих&lt;br /&gt;</w:t>
        <w:br/>
        <w:t>За здоров'я долі,&lt;br /&gt;</w:t>
        <w:br/>
        <w:t>І з похмілля моє серце&lt;br /&gt;</w:t>
        <w:br/>
        <w:t>Розривають болі.</w:t>
      </w:r>
    </w:p>
    <w:p>
      <w:r>
        <w:br/>
        <w:t>Нащо ж, мила, мої думи,&lt;br /&gt;</w:t>
        <w:br/>
        <w:t>Нащо твої чари,&lt;br /&gt;</w:t>
        <w:br/>
        <w:t>Коли з ними враз по серцю&lt;br /&gt;</w:t>
        <w:br/>
        <w:t>Бродять чорні хмари?</w:t>
      </w:r>
    </w:p>
    <w:p>
      <w:r>
        <w:br/>
        <w:t>Правда, мило мені було,&lt;br /&gt;</w:t>
        <w:br/>
        <w:t>Як ти обіймала&lt;br /&gt;</w:t>
        <w:br/>
        <w:t>І опущене покрів'я&lt;br /&gt;</w:t>
        <w:br/>
        <w:t>З думки підіймала</w:t>
      </w:r>
    </w:p>
    <w:p>
      <w:r>
        <w:br/>
        <w:t>І на розум накидала, —&lt;br /&gt;</w:t>
        <w:br/>
        <w:t>Правда, мило було!..&lt;br /&gt;</w:t>
        <w:br/>
        <w:t>Моє серце в цілім морі&lt;br /&gt;</w:t>
        <w:br/>
        <w:t>Розкоші тонуло.</w:t>
      </w:r>
    </w:p>
    <w:p>
      <w:r>
        <w:br/>
        <w:t>Я забув про все на світі,&lt;br /&gt;</w:t>
        <w:br/>
        <w:t>На все не вважав-єм,&lt;br /&gt;</w:t>
        <w:br/>
        <w:t>Я й себе забув самого,&lt;br /&gt;</w:t>
        <w:br/>
        <w:t>Мало пам'ятав-єм.</w:t>
      </w:r>
    </w:p>
    <w:p>
      <w:r>
        <w:br/>
        <w:t>Спам'ятався — а ти щезла…&lt;br /&gt;</w:t>
        <w:br/>
        <w:t>Розум холодіє,&lt;br /&gt;</w:t>
        <w:br/>
        <w:t>Лиш нещасна моя думка&lt;br /&gt;</w:t>
        <w:br/>
        <w:t>Росте та повніє.</w:t>
      </w:r>
    </w:p>
    <w:p>
      <w:r>
        <w:br/>
        <w:t>В якім смутку, в якім жалю&lt;br /&gt;</w:t>
        <w:br/>
        <w:t>З нею я блукаю,&lt;br /&gt;</w:t>
        <w:br/>
        <w:t>В яких болях на чужині&lt;br /&gt;</w:t>
        <w:br/>
        <w:t>На світ породжаю.</w:t>
      </w:r>
    </w:p>
    <w:p>
      <w:r>
        <w:br/>
        <w:t>Породжаю, оглядаю…&lt;br /&gt;</w:t>
        <w:br/>
        <w:t>Мила моя, мила,&lt;br /&gt;</w:t>
        <w:br/>
        <w:t>Чи ти мене, моя мила,&lt;br /&gt;</w:t>
        <w:br/>
        <w:t>Не щиро любила?</w:t>
      </w:r>
    </w:p>
    <w:p>
      <w:r>
        <w:br/>
        <w:t>Чи я тебе, моя мила,&lt;br /&gt;</w:t>
        <w:br/>
        <w:t>Не любив, як треба?&lt;br /&gt;</w:t>
        <w:br/>
        <w:t>Чи то мені така доля&lt;br /&gt;</w:t>
        <w:br/>
        <w:t>Випала із неба?</w:t>
      </w:r>
    </w:p>
    <w:p>
      <w:r>
        <w:br/>
        <w:t>Чого ж дума така пишна,&lt;br /&gt;</w:t>
        <w:br/>
        <w:t>Чого ж слово бідне?&lt;br /&gt;</w:t>
        <w:br/>
        <w:t>Дитя моє недоспіле,&lt;br /&gt;</w:t>
        <w:br/>
        <w:t>Дитя моє рідне!</w:t>
      </w:r>
    </w:p>
    <w:p>
      <w:r>
        <w:br/>
        <w:t>Згубив би я тебе разом,&lt;br /&gt;</w:t>
        <w:br/>
        <w:t>Як Часа свого сина,&lt;br /&gt;</w:t>
        <w:br/>
        <w:t>Але, може, тебе прийме&lt;br /&gt;</w:t>
        <w:br/>
        <w:t>Мати Україна!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Переслів'я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