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П'яний корабель</w:t>
      </w:r>
    </w:p>
    <w:p>
      <w:r>
        <w:br/>
        <w:t xml:space="preserve"> XLI. П'ЯНИЙ КОРАБЕЛЬ&lt;br /&gt;</w:t>
        <w:br/>
        <w:t>Як понесли мене байдужі хвилі,&lt;br /&gt;</w:t>
        <w:br/>
        <w:t>Зо мною не було завзятих моряків,&lt;br /&gt;</w:t>
        <w:br/>
        <w:t>Бо дикуни їх стрілами пришили&lt;br /&gt;</w:t>
        <w:br/>
        <w:t>До розмальованих, скривавлених стовпів.</w:t>
      </w:r>
    </w:p>
    <w:p>
      <w:r>
        <w:br/>
        <w:t>І от, позбувшися свого вантажу&lt;br /&gt;</w:t>
        <w:br/>
        <w:t>(Бавовни з Англії, фламандського зерна),&lt;br /&gt;</w:t>
        <w:br/>
        <w:t>Безжурно я поплив без екіпажу,&lt;br /&gt;</w:t>
        <w:br/>
        <w:t>Куди повабила мене далечина.</w:t>
      </w:r>
    </w:p>
    <w:p>
      <w:r>
        <w:br/>
        <w:t>Глухий, немов той мозок у дитини,&lt;br /&gt;</w:t>
        <w:br/>
        <w:t>Холодний, як зима, я плив під рев стихій.&lt;br /&gt;</w:t>
        <w:br/>
        <w:t>Крушила буря береги камінні,&lt;br /&gt;</w:t>
        <w:br/>
        <w:t>І хаос повставав, і лютував прибій.</w:t>
      </w:r>
    </w:p>
    <w:p>
      <w:r>
        <w:br/>
        <w:t>Мене тоді благословили шквали,&lt;br /&gt;</w:t>
        <w:br/>
        <w:t>Гойдали десять день на хвилях тих морів,&lt;br /&gt;</w:t>
        <w:br/>
        <w:t>Що вже не першу жертву колисали,&lt;br /&gt;</w:t>
        <w:br/>
        <w:t>І зник я із очей безглуздих маяків.</w:t>
      </w:r>
    </w:p>
    <w:p>
      <w:r>
        <w:br/>
        <w:t>Всмокталася в моє соснове тіло,&lt;br /&gt;</w:t>
        <w:br/>
        <w:t>Мов ніжний сок кислиць, морська вода мутна;&lt;br /&gt;</w:t>
        <w:br/>
        <w:t>Понісши геть стерно, мене обмила&lt;br /&gt;</w:t>
        <w:br/>
        <w:t>І від блювотини, й від синіх плям вина.</w:t>
      </w:r>
    </w:p>
    <w:p>
      <w:r>
        <w:br/>
        <w:t>Я потонув тоді в поемі моря,&lt;br /&gt;</w:t>
        <w:br/>
        <w:t>Сліпучій, зоряній,— зелену пив блакить,&lt;br /&gt;</w:t>
        <w:br/>
        <w:t>Часами втопленик у глиб прозорий&lt;br /&gt;</w:t>
        <w:br/>
        <w:t>Спускавсь задумливий, щоби в мандрівках жить.</w:t>
      </w:r>
    </w:p>
    <w:p>
      <w:r>
        <w:br/>
        <w:t>Заливши пурпуром екстази дикі,&lt;br /&gt;</w:t>
        <w:br/>
        <w:t>Повільні ритми хвиль, і запаливши синь,&lt;br /&gt;</w:t>
        <w:br/>
        <w:t>П'яніша од вина і від музики,&lt;br /&gt;</w:t>
        <w:br/>
        <w:t>Горіла там любов, гірка, немов полинь.</w:t>
      </w:r>
    </w:p>
    <w:p>
      <w:r>
        <w:br/>
        <w:t>Все, що вві сні ввижалося людині,&lt;br /&gt;</w:t>
        <w:br/>
        <w:t>Кружляло смерчем там: вир, вечорів краса,&lt;br /&gt;</w:t>
        <w:br/>
        <w:t>Огнів досвітніх зграї голубині&lt;br /&gt;</w:t>
        <w:br/>
        <w:t>І блискавицями роздерті небеса.</w:t>
      </w:r>
    </w:p>
    <w:p>
      <w:r>
        <w:br/>
        <w:t>Я на низькому сонці бачив плями,&lt;br /&gt;</w:t>
        <w:br/>
        <w:t>Синяві відблиски, страшний підводний шпиль,&lt;br /&gt;</w:t>
        <w:br/>
        <w:t>Немов плащі богів в античній драмі,&lt;br /&gt;</w:t>
        <w:br/>
        <w:t>Збиралась зморшками тканина темних хвиль.</w:t>
      </w:r>
    </w:p>
    <w:p>
      <w:r>
        <w:br/>
        <w:t>Я снив: зелені ночі в сніжній піні&lt;br /&gt;</w:t>
        <w:br/>
        <w:t>Цілунками цвіли над віями морів.&lt;br /&gt;</w:t>
        <w:br/>
        <w:t>І фосфоричне сяйво жовто-синє,&lt;br /&gt;</w:t>
        <w:br/>
        <w:t>І в тихих стеблах спів нечуваних соків.</w:t>
      </w:r>
    </w:p>
    <w:p>
      <w:r>
        <w:br/>
        <w:t>Навколо скель скакали, мов телята,&lt;br /&gt;</w:t>
        <w:br/>
        <w:t>Несамовитих хвиль шалена череда.&lt;br /&gt;</w:t>
        <w:br/>
        <w:t>Забув я, що ясна Пречиста пройде Мати —&lt;br /&gt;</w:t>
        <w:br/>
        <w:t>І стихне океан, вгамується вода.</w:t>
      </w:r>
    </w:p>
    <w:p>
      <w:r>
        <w:br/>
        <w:t>Я бачив дивний край: цвіли Стожари,&lt;br /&gt;</w:t>
        <w:br/>
        <w:t>Мов очі у пантер; між них тіла мерців,&lt;br /&gt;</w:t>
        <w:br/>
        <w:t>Веселки голубі, смарагдові отари,&lt;br /&gt;</w:t>
        <w:br/>
        <w:t>Флорида неземна під обрієм морів.</w:t>
      </w:r>
    </w:p>
    <w:p>
      <w:r>
        <w:br/>
        <w:t>Кипіли багна, в мулі догнивали&lt;br /&gt;</w:t>
        <w:br/>
        <w:t>Кит-риби велетні, в густих очеретах.&lt;br /&gt;</w:t>
        <w:br/>
        <w:t>Де громом урагани вигравали,&lt;br /&gt;</w:t>
        <w:br/>
        <w:t>Тонула далина в безоднявих ночах.</w:t>
      </w:r>
    </w:p>
    <w:p>
      <w:r>
        <w:br/>
        <w:t>А глетчери під дрібними сонцями,&lt;br /&gt;</w:t>
        <w:br/>
        <w:t>Де небеса як жар. Змінявся штиль на рев,&lt;br /&gt;</w:t>
        <w:br/>
        <w:t>І гадини, роз'їдені кліщами,&lt;br /&gt;</w:t>
        <w:br/>
        <w:t>Смердючі, падали з покручених дерев.</w:t>
      </w:r>
    </w:p>
    <w:p>
      <w:r>
        <w:br/>
        <w:t>Хотілось би ці золоті рибини,&lt;br /&gt;</w:t>
        <w:br/>
        <w:t>Співучі риби ці спіймать для дітвори.&lt;br /&gt;</w:t>
        <w:br/>
        <w:t>Мої шляхи квітчала квітів піна,&lt;br /&gt;</w:t>
        <w:br/>
        <w:t>І надавали крил нечувані вітри.</w:t>
      </w:r>
    </w:p>
    <w:p>
      <w:r>
        <w:br/>
        <w:t>А море, що так солодко гойдало&lt;br /&gt;</w:t>
        <w:br/>
        <w:t>Мене, мандрівника, натомленого вкрай,&lt;br /&gt;</w:t>
        <w:br/>
        <w:t>До мене живоцвіт із пітьми підіймало,&lt;br /&gt;</w:t>
        <w:br/>
        <w:t>І я, мов дівчина, вдивлявся в дивний рай.</w:t>
      </w:r>
    </w:p>
    <w:p>
      <w:r>
        <w:br/>
        <w:t>А той був островом, де злотоокі&lt;br /&gt;</w:t>
        <w:br/>
        <w:t>Паскудили птахи, злітались для забав;&lt;br /&gt;</w:t>
        <w:br/>
        <w:t>Часами втопленик поодинокий&lt;br /&gt;</w:t>
        <w:br/>
        <w:t>Крізь мій розхитаний кістяк на дно пірнав.</w:t>
      </w:r>
    </w:p>
    <w:p>
      <w:r>
        <w:br/>
        <w:t>Човни рибальські не знайшли ще й досі&lt;br /&gt;</w:t>
        <w:br/>
        <w:t>В етері голубім, де не літає птах,&lt;br /&gt;</w:t>
        <w:br/>
        <w:t>Мій труп, заплутаний в морське волосся,-&lt;br /&gt;</w:t>
        <w:br/>
        <w:t>Я п'яним кораблем блукаю по морях.</w:t>
      </w:r>
    </w:p>
    <w:p>
      <w:r>
        <w:br/>
        <w:t>Я плив, туманом синім оповитий,&lt;br /&gt;</w:t>
        <w:br/>
        <w:t>В рожевих небесах, де лишаї сонців&lt;br /&gt;</w:t>
        <w:br/>
        <w:t>Змішалися із соплями блакиті&lt;br /&gt;</w:t>
        <w:br/>
        <w:t>(Це ж ласощі для всіх поетів і співців!).</w:t>
      </w:r>
    </w:p>
    <w:p>
      <w:r>
        <w:br/>
        <w:t>Я бачив електричні спалахання,&lt;br /&gt;</w:t>
        <w:br/>
        <w:t>За мною кінь морський ходив, як чорний пес.&lt;br /&gt;</w:t>
        <w:br/>
        <w:t>Гарячий червень бив і трощив баню&lt;br /&gt;</w:t>
        <w:br/>
        <w:t>Ультрамаринових розжеврених небес.</w:t>
      </w:r>
    </w:p>
    <w:p>
      <w:r>
        <w:br/>
        <w:t>Я чув Мальштрему рев, і ось, байдужий&lt;br /&gt;</w:t>
        <w:br/>
        <w:t>Одвічний мандрівник, гаптуючи блакить,&lt;br /&gt;</w:t>
        <w:br/>
        <w:t>Я за Європою, стомившись, тужу,&lt;br /&gt;</w:t>
        <w:br/>
        <w:t>Що, парапетами обгородившись, спить.</w:t>
      </w:r>
    </w:p>
    <w:p>
      <w:r>
        <w:br/>
        <w:t>Архіпелаги зоряні лисніли,&lt;br /&gt;</w:t>
        <w:br/>
        <w:t>В морях екстазових мене носив тайфун.&lt;br /&gt;</w:t>
        <w:br/>
        <w:t>Ти спиш на дні, майбутня творча сило,&lt;br /&gt;</w:t>
        <w:br/>
        <w:t>0 золотих жар-птиць незлічений табун!</w:t>
      </w:r>
    </w:p>
    <w:p>
      <w:r>
        <w:br/>
        <w:t>Але ж наплакавсь я, бо злиті кров'ю&lt;br /&gt;</w:t>
        <w:br/>
        <w:t>Світанки й місяці, і всі сонця — гіркі,&lt;br /&gt;</w:t>
        <w:br/>
        <w:t>Весь пройнятий терпким вином любові,&lt;br /&gt;</w:t>
        <w:br/>
        <w:t>Хай в морі потону, хай розтрощу свій киль.</w:t>
      </w:r>
    </w:p>
    <w:p>
      <w:r>
        <w:br/>
        <w:t>Із вод Європи я собі бажаю&lt;br /&gt;</w:t>
        <w:br/>
        <w:t>Калюжі чорної... щоб вечір запашний...&lt;br /&gt;</w:t>
        <w:br/>
        <w:t>Сумне дитя кораблика пускає,&lt;br /&gt;</w:t>
        <w:br/>
        <w:t>Легенького, немов метелик весняний.</w:t>
      </w:r>
    </w:p>
    <w:p>
      <w:r>
        <w:br/>
        <w:t>Купавшися в п'янкій блакитній тоні,&lt;br /&gt;</w:t>
        <w:br/>
        <w:t>Не хочу я плисти під арками мостів,&lt;br /&gt;</w:t>
        <w:br/>
        <w:t>Перед очима грізними понтонів,&lt;br /&gt;</w:t>
        <w:br/>
        <w:t>В заграві полум'я і гордих прапорів.</w:t>
      </w:r>
    </w:p>
    <w:p>
      <w:r>
        <w:br/>
        <w:t>Переклав Юрій Клен (Освальд Бургардт)</w:t>
      </w:r>
    </w:p>
    <w:p>
      <w:r>
        <w:br/>
        <w:t>XLI. П'ЯНИЙ КОРАБЕЛЬ&lt;br /&gt;</w:t>
        <w:br/>
        <w:t>Спливаючи униз по водянім безмір'ї,&lt;br /&gt;</w:t>
        <w:br/>
        <w:t>Я вже не чув на собі рук провідників:&lt;br /&gt;</w:t>
        <w:br/>
        <w:t>їх за мету собі взяли червоношкірі&lt;br /&gt;</w:t>
        <w:br/>
        <w:t>І голих прив'язали до барвлених стовпів.</w:t>
      </w:r>
    </w:p>
    <w:p>
      <w:r>
        <w:br/>
        <w:t>Носій фламандських збіж, англійської бавовни,&lt;br /&gt;</w:t>
        <w:br/>
        <w:t>Я вік весь мій жури з залогами не знав,&lt;br /&gt;</w:t>
        <w:br/>
        <w:t>Як їх побили вже, я втішний невимовно&lt;br /&gt;</w:t>
        <w:br/>
        <w:t>Поплив за плавом вод, кудою забажав.</w:t>
      </w:r>
    </w:p>
    <w:p>
      <w:r>
        <w:br/>
        <w:t>Минулої зими я в дикий плеск прибоїв,&lt;br /&gt;</w:t>
        <w:br/>
        <w:t>Глухіший за мізки упертих дітваків,&lt;br /&gt;</w:t>
        <w:br/>
        <w:t>Гонив! Півострови, покришені борвою,&lt;br /&gt;</w:t>
        <w:br/>
        <w:t>Не бачили таких, як я набачивсь, див.</w:t>
      </w:r>
    </w:p>
    <w:p>
      <w:r>
        <w:br/>
        <w:t>Борва мої морські благословила ранки,&lt;br /&gt;</w:t>
        <w:br/>
        <w:t>Над крутіжем мерців діб десять, день і ніч,&lt;br /&gt;</w:t>
        <w:br/>
        <w:t>Від корка легший, я свої виводив танки&lt;br /&gt;</w:t>
        <w:br/>
        <w:t>Здаля від маяків і їх телячих віч.</w:t>
      </w:r>
    </w:p>
    <w:p>
      <w:r>
        <w:br/>
        <w:t>Солодша, ніж діткам м'ясівка яблук винних,&lt;br /&gt;</w:t>
        <w:br/>
        <w:t>Вхлиснулася вода в мою соснову снасть&lt;br /&gt;</w:t>
        <w:br/>
        <w:t>І вмила з синіх плям, винних і блювотинних,&lt;br /&gt;</w:t>
        <w:br/>
        <w:t>Ковтнувши і стерно, й котву в неситу пасть.</w:t>
      </w:r>
    </w:p>
    <w:p>
      <w:r>
        <w:br/>
        <w:t>Я поринав з тих днів у пісні сушелому,&lt;br /&gt;</w:t>
        <w:br/>
        <w:t>Як зоряний намет безмежний і співний,&lt;br /&gt;</w:t>
        <w:br/>
        <w:t>Вжираючися в чинь зелену і знайому&lt;br /&gt;</w:t>
        <w:br/>
        <w:t>Лиш мрійним топлякам, що часом тонуть в ній.</w:t>
      </w:r>
    </w:p>
    <w:p>
      <w:r>
        <w:br/>
        <w:t>Туди, де рум'янцем займаючи сапфіри&lt;br /&gt;</w:t>
        <w:br/>
        <w:t>Води, у сонний ритм, під сонячну теплінь,&lt;br /&gt;</w:t>
        <w:br/>
        <w:t>Міцніш за алкоголь, зичніш за ваші ліри&lt;br /&gt;</w:t>
        <w:br/>
        <w:t>Пузириться гірка любисткова червінь.</w:t>
      </w:r>
    </w:p>
    <w:p>
      <w:r>
        <w:br/>
        <w:t>Я знаю овиди, у блискавках розприслі,&lt;br /&gt;</w:t>
        <w:br/>
        <w:t>Смерчі і вирла струй, я знаю вечори&lt;br /&gt;</w:t>
        <w:br/>
        <w:t>І ранки в небесах, як стада горлиць звислі,&lt;br /&gt;</w:t>
        <w:br/>
        <w:t>І те, що нікому й не снилось в мрійній грі.</w:t>
      </w:r>
    </w:p>
    <w:p>
      <w:r>
        <w:br/>
        <w:t>Я бачив, як сонця в страшних таємних плямах&lt;br /&gt;</w:t>
        <w:br/>
        <w:t>Горіли багрянцем мертвецьких стетерінь,&lt;br /&gt;</w:t>
        <w:br/>
        <w:t>Подібні до митців у старовинних рамах,&lt;br /&gt;</w:t>
        <w:br/>
        <w:t>Котили хвилі дрож у темну далечінь.</w:t>
      </w:r>
    </w:p>
    <w:p>
      <w:r>
        <w:br/>
        <w:t>Мені в зелену ніч, сліпучу блиском снігу,&lt;br /&gt;</w:t>
        <w:br/>
        <w:t>Вчувалися м'які цілунки морських сліз,&lt;br /&gt;</w:t>
        <w:br/>
        <w:t>Вир соків запальних у п'янім кровобігу&lt;br /&gt;</w:t>
        <w:br/>
        <w:t>І спів, що з глибини фосфорних нетрів ріс.</w:t>
      </w:r>
    </w:p>
    <w:p>
      <w:r>
        <w:br/>
        <w:t>Я цілі місяці йшов приступом на кручі&lt;br /&gt;</w:t>
        <w:br/>
        <w:t>В розговтаний, як гурт ярких биків, погій,&lt;br /&gt;</w:t>
        <w:br/>
        <w:t>Втерявши й тінь надій, щоб Океани злючі&lt;br /&gt;</w:t>
        <w:br/>
        <w:t>Скорилися колись ясним ногам Марій.</w:t>
      </w:r>
    </w:p>
    <w:p>
      <w:r>
        <w:br/>
        <w:t>Я — знайте! — оглядав у казкових Флоридах&lt;br /&gt;</w:t>
        <w:br/>
        <w:t>Хаос очей пантер і квітів, людських шкір&lt;br /&gt;</w:t>
        <w:br/>
        <w:t>І веселок струнких в надморських краєвидах,&lt;br /&gt;</w:t>
        <w:br/>
        <w:t>Мов поводи отар, що йдуть кудись в простір.</w:t>
      </w:r>
    </w:p>
    <w:p>
      <w:r>
        <w:br/>
        <w:t>І бачив я також, як на пісках безводних&lt;br /&gt;</w:t>
        <w:br/>
        <w:t>Покинутий згинав цілий Левіатан,&lt;br /&gt;</w:t>
        <w:br/>
        <w:t>Як в затишну пору знімався вир з безодні&lt;br /&gt;</w:t>
        <w:br/>
        <w:t>І безмір вод стягав у божевільний тан.</w:t>
      </w:r>
    </w:p>
    <w:p>
      <w:r>
        <w:br/>
        <w:t>І ледняки й сонця небес, як вугіль, чорних&lt;br /&gt;</w:t>
        <w:br/>
        <w:t>І заливи гидкі, як велетні вужі,&lt;br /&gt;</w:t>
        <w:br/>
        <w:t>Повзуть по конарах скарлючених, потворних,&lt;br /&gt;</w:t>
        <w:br/>
        <w:t>Обліплені кишмом смердючої нужі.</w:t>
      </w:r>
    </w:p>
    <w:p>
      <w:r>
        <w:br/>
        <w:t>Я рад би показать у синій хвилі дітям&lt;br /&gt;</w:t>
        <w:br/>
        <w:t>Ці зграї золотих і тих співучих риб.&lt;br /&gt;</w:t>
        <w:br/>
        <w:t>На від'їзд мій моря косичилися квіттям,&lt;br /&gt;</w:t>
        <w:br/>
        <w:t>І крил мені давав вітрів поривний стриб.</w:t>
      </w:r>
    </w:p>
    <w:p>
      <w:r>
        <w:br/>
        <w:t>Як часом Океан втомився колисками&lt;br /&gt;</w:t>
        <w:br/>
        <w:t>Полюсів, рівників і в мрійнім сні потах,&lt;br /&gt;</w:t>
        <w:br/>
        <w:t>Сплітав мене зо сну глибинними квітками,&lt;br /&gt;</w:t>
        <w:br/>
        <w:t>І я в них затихав, як жінка в молитвах.</w:t>
      </w:r>
    </w:p>
    <w:p>
      <w:r>
        <w:br/>
        <w:t>І так, мов острівець, носив і гній, і сварку&lt;br /&gt;</w:t>
        <w:br/>
        <w:t>Золотооких птах, безстидних гольтіпак,&lt;br /&gt;</w:t>
        <w:br/>
        <w:t>Поки мене з мого гнилого закамарку&lt;br /&gt;</w:t>
        <w:br/>
        <w:t>Не виплутав якийсь мандруючий мертвяк.</w:t>
      </w:r>
    </w:p>
    <w:p>
      <w:r>
        <w:br/>
        <w:t>Отож я — корабель, що стряв у нетрях зільних&lt;br /&gt;</w:t>
        <w:br/>
        <w:t>Що в диких борвіях знаходив щастя транс,&lt;br /&gt;</w:t>
        <w:br/>
        <w:t>І так сп'янів вином бурунів божевільних,&lt;br /&gt;</w:t>
        <w:br/>
        <w:t>Що не знайти мене всім стежним суднам Ганз.</w:t>
      </w:r>
    </w:p>
    <w:p>
      <w:r>
        <w:br/>
        <w:t>Я — вільний, у диму, у мряці фіолетів,&lt;br /&gt;</w:t>
        <w:br/>
        <w:t>Я — що свердлив щоглом червону твердь небес,&lt;br /&gt;</w:t>
        <w:br/>
        <w:t>Я — повен ласощів для вибраних поетів:&lt;br /&gt;</w:t>
        <w:br/>
        <w:t>Сонцевих медицин і плястрів синіх плес.</w:t>
      </w:r>
    </w:p>
    <w:p>
      <w:r>
        <w:br/>
        <w:t>Я, що гуляв тоді, збожеволілий щовбень,&lt;br /&gt;</w:t>
        <w:br/>
        <w:t>У іскрах громових, у стадах горбуньків,&lt;br /&gt;</w:t>
        <w:br/>
        <w:t>Як липні, шибали товчками дужих довбень&lt;br /&gt;</w:t>
        <w:br/>
        <w:t>Ультрамарин небес у челюсть казанів.</w:t>
      </w:r>
    </w:p>
    <w:p>
      <w:r>
        <w:br/>
        <w:t>Я, що тремтів, як вчув за п'ятдесят миль дикі&lt;br /&gt;</w:t>
        <w:br/>
        <w:t>Риковища моржів або мальштремів гнів,&lt;br /&gt;</w:t>
        <w:br/>
        <w:t>Я, що мав буть ткачем блакитних снів повіки,&lt;br /&gt;</w:t>
        <w:br/>
        <w:t>Знов прагну до старих Європи берегів.</w:t>
      </w:r>
    </w:p>
    <w:p>
      <w:r>
        <w:br/>
        <w:t>Я бачив острівців рої волосожарні&lt;br /&gt;</w:t>
        <w:br/>
        <w:t>Й такі, де шал небес не ставить людям меж.&lt;br /&gt;</w:t>
        <w:br/>
        <w:t>Чи в тих ночах ти спиш і ждеш на сили вдарні,&lt;br /&gt;</w:t>
        <w:br/>
        <w:t>Мільйоне злотих птах, Снаго, що ще прийдеш?</w:t>
      </w:r>
    </w:p>
    <w:p>
      <w:r>
        <w:br/>
        <w:t>Та надто плакав я. Всі ранки болю повні,&lt;br /&gt;</w:t>
        <w:br/>
        <w:t>Всі ночі мають їдь і в блекоті всі дні.&lt;br /&gt;</w:t>
        <w:br/>
        <w:t>Взяли мене в полон жорстокі сни любовні,&lt;br /&gt;</w:t>
        <w:br/>
        <w:t>Нехай же пропаду, хай зникну в буруні.</w:t>
      </w:r>
    </w:p>
    <w:p>
      <w:r>
        <w:br/>
        <w:t>Як ще жажду чого в Європі, то калюжі,&lt;br /&gt;</w:t>
        <w:br/>
        <w:t>Де в пахощах м'яких передвечірніх хвиль&lt;br /&gt;</w:t>
        <w:br/>
        <w:t>Хлоп'я задумане й чогось смутненьке дуже&lt;br /&gt;</w:t>
        <w:br/>
        <w:t>Пускає човника крихкого, як мотиль.</w:t>
      </w:r>
    </w:p>
    <w:p>
      <w:r>
        <w:br/>
        <w:t>Коли я взнав ваш сум, то не мені вже, хвилі,&lt;br /&gt;</w:t>
        <w:br/>
        <w:t>З вантажнями бавовн шугати навздогон,&lt;br /&gt;</w:t>
        <w:br/>
        <w:t>Ні гнати в прапорах, огнях, у блиску й силі,&lt;br /&gt;</w:t>
        <w:br/>
        <w:t>Ні смирно слухати грізних очей понтон.</w:t>
      </w:r>
    </w:p>
    <w:p>
      <w:r>
        <w:br/>
        <w:t>Переклав Василь Бобинський</w:t>
      </w:r>
    </w:p>
    <w:p>
      <w:r>
        <w:br/>
        <w:t>XLI. П'ЯНИЙ КОРАБЕЛЬ&lt;br /&gt;</w:t>
        <w:br/>
        <w:t>Коли я весь віддавсь байдужих Рік спокою,&lt;br /&gt;</w:t>
        <w:br/>
        <w:t>Не відчував я більш своїх провідників:&lt;br /&gt;</w:t>
        <w:br/>
        <w:t>Індійці-крикуни зробили їх метою,&lt;br /&gt;</w:t>
        <w:br/>
        <w:t>Прип'явши голими до розписних стовпів.</w:t>
      </w:r>
    </w:p>
    <w:p>
      <w:r>
        <w:br/>
        <w:t>Для мене все одно: чи то англійська пряжа,&lt;br /&gt;</w:t>
        <w:br/>
        <w:t>Чи то фламандський хліб у трюмі десь лежав.&lt;br /&gt;</w:t>
        <w:br/>
        <w:t>Коли шумливого я збувся екіпажа,&lt;br /&gt;</w:t>
        <w:br/>
        <w:t>По волі Рік я мчав, куди я лиш бажав.</w:t>
      </w:r>
    </w:p>
    <w:p>
      <w:r>
        <w:br/>
        <w:t>Тії зими під сплеск припливів навіжених,&lt;br /&gt;</w:t>
        <w:br/>
        <w:t>Байдужий до всього, мов мозок немовлят,&lt;br /&gt;</w:t>
        <w:br/>
        <w:t>Я без упину мчав! І серед бур шалених&lt;br /&gt;</w:t>
        <w:br/>
        <w:t>Півострови з трудом спускали свій канат.</w:t>
      </w:r>
    </w:p>
    <w:p>
      <w:r>
        <w:br/>
        <w:t>Морські шляхи немов вітали урагани.&lt;br /&gt;</w:t>
        <w:br/>
        <w:t>Я, наче пробка, плив по хвилях десять днів,&lt;br /&gt;</w:t>
        <w:br/>
        <w:t>Де трупи жертв кругом крутились безнастанно,&lt;br /&gt;</w:t>
        <w:br/>
        <w:t>І жодну ніч не стрів банькатих ліхтарів.</w:t>
      </w:r>
    </w:p>
    <w:p>
      <w:r>
        <w:br/>
        <w:t>Приємніша за сік кислиці для дитини&lt;br /&gt;</w:t>
        <w:br/>
        <w:t>Зелена хвиля йшла, сосновий крила бік;&lt;br /&gt;</w:t>
        <w:br/>
        <w:t>Зірвавши руль і дрек, у плями сизо-сині&lt;br /&gt;</w:t>
        <w:br/>
        <w:t>Вина й блювотини мене вбирав потік.</w:t>
      </w:r>
    </w:p>
    <w:p>
      <w:r>
        <w:br/>
        <w:t>З тих днів купаюсь я в гучній поемі моря,&lt;br /&gt;</w:t>
        <w:br/>
        <w:t>Таємним сяєвом настояній зірок,&lt;br /&gt;</w:t>
        <w:br/>
        <w:t>Ковтаю вод блакить, де часом у просторі&lt;br /&gt;</w:t>
        <w:br/>
        <w:t>Зринає втопленик, який увесь промок.</w:t>
      </w:r>
    </w:p>
    <w:p>
      <w:r>
        <w:br/>
        <w:t>І де, заливши враз всіх диких марень вири&lt;br /&gt;</w:t>
        <w:br/>
        <w:t>І в'ялий ритм морський дна золотом п'янким,&lt;br /&gt;</w:t>
        <w:br/>
        <w:t>Міцніш, ніж алкоголь, і гомінкіш, ніж ліри,&lt;br /&gt;</w:t>
        <w:br/>
        <w:t>Любовний бродить сік із присмаком гірким.</w:t>
      </w:r>
    </w:p>
    <w:p>
      <w:r>
        <w:br/>
        <w:t>Я знаю небеса, роздерті блискавками,&lt;br /&gt;</w:t>
        <w:br/>
        <w:t>І смерчі, й течії, і бачив я зірки&lt;br /&gt;</w:t>
        <w:br/>
        <w:t>З очима голубів, що мріють вечорами,&lt;br /&gt;</w:t>
        <w:br/>
        <w:t>І навіть те, чого не бачить рід людський.</w:t>
      </w:r>
    </w:p>
    <w:p>
      <w:r>
        <w:br/>
        <w:t>Я бачив сонця диск, що в жахові містичнім&lt;br /&gt;</w:t>
        <w:br/>
        <w:t>Світився сплесками фіалкових огнів;&lt;br /&gt;</w:t>
        <w:br/>
        <w:t>Немов акторів гра в трагедії античній,&lt;br /&gt;</w:t>
        <w:br/>
        <w:t>Здіймались сплески хвиль в тремтінні лотоків.</w:t>
      </w:r>
    </w:p>
    <w:p>
      <w:r>
        <w:br/>
        <w:t>Зелена снилась ніч у снігові сліпучім,&lt;br /&gt;</w:t>
        <w:br/>
        <w:t>Що до очей морських цілунком припада;&lt;br /&gt;</w:t>
        <w:br/>
        <w:t>У вируванні сил нечувано жагучім&lt;br /&gt;</w:t>
        <w:br/>
        <w:t>Жовтавим фосфором світилася вода.</w:t>
      </w:r>
    </w:p>
    <w:p>
      <w:r>
        <w:br/>
        <w:t>У повню стежив я, коли, мов в істерії,&lt;br /&gt;</w:t>
        <w:br/>
        <w:t>Немовби тічка та, об скелю бивсь приплив,&lt;br /&gt;</w:t>
        <w:br/>
        <w:t>Бо я не відав ще, що біля ніг Марії&lt;br /&gt;</w:t>
        <w:br/>
        <w:t>Бурхливий Океан забутися б хотів.</w:t>
      </w:r>
    </w:p>
    <w:p>
      <w:r>
        <w:br/>
        <w:t>Я плив вздовж берегів Флориди неземної,&lt;br /&gt;</w:t>
        <w:br/>
        <w:t>Де квіти — зір пантер, а шкіра там людська —&lt;br /&gt;</w:t>
        <w:br/>
        <w:t>Немов веселка та, що віжкою гнучкою&lt;br /&gt;</w:t>
        <w:br/>
        <w:t>Над морем простяглась, мінлива і легка.</w:t>
      </w:r>
    </w:p>
    <w:p>
      <w:r>
        <w:br/>
        <w:t>Я бачив болота, їх неоглядні верші,&lt;br /&gt;</w:t>
        <w:br/>
        <w:t>Де серед комишів гниє Левіафан;&lt;br /&gt;</w:t>
        <w:br/>
        <w:t>І вирування вод у глибині завмершій,&lt;br /&gt;</w:t>
        <w:br/>
        <w:t>І дальній водоспад, грімкий, немов таран;</w:t>
      </w:r>
    </w:p>
    <w:p>
      <w:r>
        <w:br/>
        <w:t>Крижини серед хвиль, сонця, бліді до смерті,&lt;br /&gt;</w:t>
        <w:br/>
        <w:t>І здобич, як ніде, серед заток морських,&lt;br /&gt;</w:t>
        <w:br/>
        <w:t>Де змії-велетні, блощицями пожерті,&lt;br /&gt;</w:t>
        <w:br/>
        <w:t>Звисають із дерев у пахощах гнилих.</w:t>
      </w:r>
    </w:p>
    <w:p>
      <w:r>
        <w:br/>
        <w:t>Хотів би показать я дітям риб співучих,&lt;br /&gt;</w:t>
        <w:br/>
        <w:t>У лусці золотій, серед блакитних хвиль.&lt;br /&gt;</w:t>
        <w:br/>
        <w:t>Вітри несли мене серед блукань жагучих,&lt;br /&gt;</w:t>
        <w:br/>
        <w:t>В квітучій піні плив я між морських дозвіль.</w:t>
      </w:r>
    </w:p>
    <w:p>
      <w:r>
        <w:br/>
        <w:t>Та, стомлені на смерть незнаними світами,&lt;br /&gt;</w:t>
        <w:br/>
        <w:t>Хитали зойками моря мої боки,&lt;br /&gt;</w:t>
        <w:br/>
        <w:t>Вітаючи мене тінистими квітками;&lt;br /&gt;</w:t>
        <w:br/>
        <w:t>І я, схиляючи коліна, мов жінки,</w:t>
      </w:r>
    </w:p>
    <w:p>
      <w:r>
        <w:br/>
        <w:t>Гойдав півострови прокляттями своїми,&lt;br /&gt;</w:t>
        <w:br/>
        <w:t>Де слід крикливих птиць із тугою в очах;&lt;br /&gt;</w:t>
        <w:br/>
        <w:t>І плив я в самоті дорогами хисткими,&lt;br /&gt;</w:t>
        <w:br/>
        <w:t>Лиш потопельники чіплялись на бортах.</w:t>
      </w:r>
    </w:p>
    <w:p>
      <w:r>
        <w:br/>
        <w:t>У бухтах, спутаний весь травами морськими,&lt;br /&gt;</w:t>
        <w:br/>
        <w:t>Я шквалом кинутий, де й птиці не знайти,&lt;br /&gt;</w:t>
        <w:br/>
        <w:t>Звідкіль ні монітор, ні парусник не здійме&lt;br /&gt;</w:t>
        <w:br/>
        <w:t>Розбитий мій каркас, сп'янілий від води;</w:t>
      </w:r>
    </w:p>
    <w:p>
      <w:r>
        <w:br/>
        <w:t>І весь задимлений, в туманах фіалкових,&lt;br /&gt;</w:t>
        <w:br/>
        <w:t>Я небо пробивав, немов багрець стіну,&lt;br /&gt;</w:t>
        <w:br/>
        <w:t>В блакитних лишаях і в соплях смарагдових,&lt;br /&gt;</w:t>
        <w:br/>
        <w:t>В цих дивних ласощах поета в давнину;</w:t>
      </w:r>
    </w:p>
    <w:p>
      <w:r>
        <w:br/>
        <w:t>Летів блискучий я, мов божевільна куля,&lt;br /&gt;</w:t>
        <w:br/>
        <w:t>Між чорних коників, мандрівників морських,&lt;br /&gt;</w:t>
        <w:br/>
        <w:t>Тоді як Липень лив, розпалений і чулий,&lt;br /&gt;</w:t>
        <w:br/>
        <w:t>Ультрамарин небес у кільця хмар прудких;</w:t>
      </w:r>
    </w:p>
    <w:p>
      <w:r>
        <w:br/>
        <w:t>Я часто хвилювавсь, почувши в здивуванні,&lt;br /&gt;</w:t>
        <w:br/>
        <w:t>Як вирував Мальштрем чи кидавсь Бегемот,-&lt;br /&gt;</w:t>
        <w:br/>
        <w:t>Тепер я стомлений, у вічнім спогляданні,&lt;br /&gt;</w:t>
        <w:br/>
        <w:t>Хотів би знов вернуть до європейських вод.</w:t>
      </w:r>
    </w:p>
    <w:p>
      <w:r>
        <w:br/>
        <w:t>Я бачив зоряні архіпелаги в лоні&lt;br /&gt;</w:t>
        <w:br/>
        <w:t>Замріяних небес, серед моїх шляхів.&lt;br /&gt;</w:t>
        <w:br/>
        <w:t>Чи сниш ти і гориш у ночі ці бездонні,&lt;br /&gt;</w:t>
        <w:br/>
        <w:t>Мов птиці золоті, о Міць майбутніх днів?</w:t>
      </w:r>
    </w:p>
    <w:p>
      <w:r>
        <w:br/>
        <w:t>Я досить сліз пролив. Були жорстокі зорі,&lt;br /&gt;</w:t>
        <w:br/>
        <w:t>І місяць серце тис, і сонце так пекло!&lt;br /&gt;</w:t>
        <w:br/>
        <w:t>Украй терпка любов мене п'янила в морі.&lt;br /&gt;</w:t>
        <w:br/>
        <w:t>О мій розбитий кіль! О зранене крило!</w:t>
      </w:r>
    </w:p>
    <w:p>
      <w:r>
        <w:br/>
        <w:t>Я до Європи мчусь, її калюж бажаю,&lt;br /&gt;</w:t>
        <w:br/>
        <w:t>Де між холодних хвиль, у мряці запашній,&lt;br /&gt;</w:t>
        <w:br/>
        <w:t>Засмучене дитя навшпинечках пускає,&lt;br /&gt;</w:t>
        <w:br/>
        <w:t>Немов метелик той, хисткий кораблик свій.</w:t>
      </w:r>
    </w:p>
    <w:p>
      <w:r>
        <w:br/>
        <w:t>Не можу більше я, сп'янілий весь від браги,&lt;br /&gt;</w:t>
        <w:br/>
        <w:t>Пускатись по шляхах вантажних кораблів,&lt;br /&gt;</w:t>
        <w:br/>
        <w:t>Ні гордо підіймать свої огні та стяги,&lt;br /&gt;</w:t>
        <w:br/>
        <w:t>Ні впевнено плисти під поглядом мостів!</w:t>
      </w:r>
    </w:p>
    <w:p>
      <w:r>
        <w:br/>
        <w:t>Переклав Микола Терещенко</w:t>
      </w:r>
    </w:p>
    <w:p>
      <w:r>
        <w:br/>
        <w:t>XLI. П'ЯНИЙ КОРАБЕЛЬ&lt;br /&gt;</w:t>
        <w:br/>
        <w:t>За течією Рік байдужим плином гнаний,&lt;br /&gt;</w:t>
        <w:br/>
        <w:t>Я не залежав більш од гурту моряків:&lt;br /&gt;</w:t>
        <w:br/>
        <w:t>Зробили з них мішень крикливі Індіани,&lt;br /&gt;</w:t>
        <w:br/>
        <w:t>Прибивши цвяхами до барвних стояків.</w:t>
      </w:r>
    </w:p>
    <w:p>
      <w:r>
        <w:br/>
        <w:t>На вантажі свої я не звертав уваги,-&lt;br /&gt;</w:t>
        <w:br/>
        <w:t>Чи хліб фламандський віз, чи з Англії сукно,&lt;br /&gt;</w:t>
        <w:br/>
        <w:t>І, ледь урвався крик матроської ватаги,&lt;br /&gt;</w:t>
        <w:br/>
        <w:t>Я вирушив туди, куди хотів давно.</w:t>
      </w:r>
    </w:p>
    <w:p>
      <w:r>
        <w:br/>
        <w:t>Скажено хлюпали припливи океанські,&lt;br /&gt;</w:t>
        <w:br/>
        <w:t>А я, колись глухий, як мозок дітвори,&lt;br /&gt;</w:t>
        <w:br/>
        <w:t>Все за водою плив! І заколот гігантський&lt;br /&gt;</w:t>
        <w:br/>
        <w:t>Зняли Півострови, простори і вітри.</w:t>
      </w:r>
    </w:p>
    <w:p>
      <w:r>
        <w:br/>
        <w:t>Моє пробудження благословили шквали.&lt;br /&gt;</w:t>
        <w:br/>
        <w:t>Мов корок, танцював я на морських валах,&lt;br /&gt;</w:t>
        <w:br/>
        <w:t>Що їх візничими утоплених прозвали,&lt;br /&gt;</w:t>
        <w:br/>
        <w:t>І десять діб вогнів не бачив по ночах.</w:t>
      </w:r>
    </w:p>
    <w:p>
      <w:r>
        <w:br/>
        <w:t>В сосновий корпус мій текла вода зелена,-&lt;br /&gt;</w:t>
        <w:br/>
        <w:t>Солодка, як малим кисличний сік, вона,&lt;br /&gt;</w:t>
        <w:br/>
        <w:t>Відкинувши убік і якір, і демено,&lt;br /&gt;</w:t>
        <w:br/>
        <w:t>Блювоту вимила та плями від вина.</w:t>
      </w:r>
    </w:p>
    <w:p>
      <w:r>
        <w:br/>
        <w:t>В настої зорянім, в Морській Поемі милій&lt;br /&gt;</w:t>
        <w:br/>
        <w:t>Я плавав і ковтав зелену синь тоді,&lt;br /&gt;</w:t>
        <w:br/>
        <w:t>Як мрець замислений вигулькує з-під хвилі,&lt;br /&gt;</w:t>
        <w:br/>
        <w:t>Неначе тьмяний знак занурення в воді;</w:t>
      </w:r>
    </w:p>
    <w:p>
      <w:r>
        <w:br/>
        <w:t>Там, раптом синяві підфарбувавши вири,&lt;br /&gt;</w:t>
        <w:br/>
        <w:t>Повільні ритми й шал у днину осяйну,&lt;br /&gt;</w:t>
        <w:br/>
        <w:t>П'янкіші од вина, потужніші за ліри,&lt;br /&gt;</w:t>
        <w:br/>
        <w:t>Витворюють гірку любовну рябизну!</w:t>
      </w:r>
    </w:p>
    <w:p>
      <w:r>
        <w:br/>
        <w:t>Я блискавицями роздерте небо знаю,&lt;br /&gt;</w:t>
        <w:br/>
        <w:t>Прибої, течії, смеркання голубі,&lt;br /&gt;</w:t>
        <w:br/>
        <w:t>Світанки, збуджені, мов голубині зграї,&lt;br /&gt;</w:t>
        <w:br/>
        <w:t>І те, що може лиш примаритись тобі.</w:t>
      </w:r>
    </w:p>
    <w:p>
      <w:r>
        <w:br/>
        <w:t>Я сонце споглядав у пострахах містичних,&lt;br /&gt;</w:t>
        <w:br/>
        <w:t>Що зблисло згустками фіалкових промінь;&lt;br /&gt;</w:t>
        <w:br/>
        <w:t>Буруни злі, немов актори драм античних,&lt;br /&gt;</w:t>
        <w:br/>
        <w:t>Віконничний свій дрож котили в далечінь.</w:t>
      </w:r>
    </w:p>
    <w:p>
      <w:r>
        <w:br/>
        <w:t>Я снив і бачив сніг серед ночей зелених,&lt;br /&gt;</w:t>
        <w:br/>
        <w:t>Цілунок на очах морів, і гладь ясну,&lt;br /&gt;</w:t>
        <w:br/>
        <w:t>І соків круговерть, хмільних і незбагненних,&lt;br /&gt;</w:t>
        <w:br/>
        <w:t>Співочих фосфорів пробудження від сну!</w:t>
      </w:r>
    </w:p>
    <w:p>
      <w:r>
        <w:br/>
        <w:t>Розлючені вали в звіриній істерії,&lt;br /&gt;</w:t>
        <w:br/>
        <w:t>Що брали штурмом риф, уповні бачив я,&lt;br /&gt;</w:t>
        <w:br/>
        <w:t>Не знаючи, що блиск од сяйних ніг Марії&lt;br /&gt;</w:t>
        <w:br/>
        <w:t>Утихомирює захекані моря.</w:t>
      </w:r>
    </w:p>
    <w:p>
      <w:r>
        <w:br/>
        <w:t>На берегах Флорид мені траплялось зріти&lt;br /&gt;</w:t>
        <w:br/>
        <w:t>Квітки, подібні до пантерячих зіниць!&lt;br /&gt;</w:t>
        <w:br/>
        <w:t>Мов сяйні віжки, сніп веселок розмаїтий&lt;br /&gt;</w:t>
        <w:br/>
        <w:t>До лазурових1 стад стремів на повну міць!</w:t>
      </w:r>
    </w:p>
    <w:p>
      <w:r>
        <w:br/>
        <w:t>'Я бачив, як шумлять драговини та верші,&lt;br /&gt;</w:t>
        <w:br/>
        <w:t>Де в комишах гниє морський Левіафан!&lt;br /&gt;</w:t>
        <w:br/>
        <w:t>Як падають у штиль гігантські хвилі перші,&lt;br /&gt;</w:t>
        <w:br/>
        <w:t>Як даль врізається в бездонний океан!</w:t>
      </w:r>
    </w:p>
    <w:p>
      <w:r>
        <w:br/>
        <w:t>Льодовики, сонця, і небеса, й заграви!&lt;br /&gt;</w:t>
        <w:br/>
        <w:t>Гидотні обмілі серед рудих заток,&lt;br /&gt;</w:t>
        <w:br/>
        <w:t>Куди обліплені комахами удави&lt;br /&gt;</w:t>
        <w:br/>
        <w:t>Падуть у смороді з покручених гілок!</w:t>
      </w:r>
    </w:p>
    <w:p>
      <w:r>
        <w:br/>
        <w:t>Хотів би показать я гомінкій малечі&lt;br /&gt;</w:t>
        <w:br/>
        <w:t>Співочих риб, дорад, що блискотять між хвиль.&lt;br /&gt;</w:t>
        <w:br/>
        <w:t>І піна вквітчана мої гойдала втечі,&lt;br /&gt;</w:t>
        <w:br/>
        <w:t>І вітер додавав мені не раз зусиль.</w:t>
      </w:r>
    </w:p>
    <w:p>
      <w:r>
        <w:br/>
        <w:t>А море — мученик у безбережнім світі —&lt;br /&gt;</w:t>
        <w:br/>
        <w:t>Мене підносило на схлипах злих своїх,&lt;br /&gt;</w:t>
        <w:br/>
        <w:t>Воно несло мені свої тінисті квіти,&lt;br /&gt;</w:t>
        <w:br/>
        <w:t>А я, мов дівчина навколішках, затих...</w:t>
      </w:r>
    </w:p>
    <w:p>
      <w:r>
        <w:br/>
        <w:t>І, взявшись на своїх бортах гойдати&lt;br /&gt;</w:t>
        <w:br/>
        <w:t>їх чвари та послід, я, майже острівець,&lt;br /&gt;</w:t>
        <w:br/>
        <w:t>Ледь задкував, коли в мої тонкі канати,&lt;br /&gt;</w:t>
        <w:br/>
        <w:t>Шукаючи нічліг, чіплявся пухлий мрець!</w:t>
      </w:r>
    </w:p>
    <w:p>
      <w:r>
        <w:br/>
        <w:t>Під гривою заток я — корабель пропащий,-&lt;br /&gt;</w:t>
        <w:br/>
        <w:t>Закинутий у вись етерну без птахів,&lt;br /&gt;</w:t>
        <w:br/>
        <w:t>Звідкіль ні монітор, ні парусник найкращий&lt;br /&gt;</w:t>
        <w:br/>
        <w:t>Не вирвуть острова, що від води сп'янів;</w:t>
      </w:r>
    </w:p>
    <w:p>
      <w:r>
        <w:br/>
        <w:t>Я, що в бузковій млі повільно так пролазив,&lt;br /&gt;</w:t>
        <w:br/>
        <w:t>Довбаючи, як мур, червоний небокрай,&lt;br /&gt;</w:t>
        <w:br/>
        <w:t>Де видно — о нектар солодких віршомазів! —&lt;br /&gt;</w:t>
        <w:br/>
        <w:t>Небесні сопляки та сонячний лишай;</w:t>
      </w:r>
    </w:p>
    <w:p>
      <w:r>
        <w:br/>
        <w:t>Я, весь плямований вогнистою дугою,&lt;br /&gt;</w:t>
        <w:br/>
        <w:t>Що мчав і гнав ескорт із коників морських&lt;br /&gt;</w:t>
        <w:br/>
        <w:t>(Ультрамаринове склепіння наді мною&lt;br /&gt;</w:t>
        <w:br/>
        <w:t>Валилось, плавлячись у вирвах вогняних),</w:t>
      </w:r>
    </w:p>
    <w:p>
      <w:r>
        <w:br/>
        <w:t>Я, жахом пройнятий, бо округ потойбічний&lt;br /&gt;</w:t>
        <w:br/>
        <w:t>Тремтів од ревища Мальштремів та Биків,&lt;br /&gt;</w:t>
        <w:br/>
        <w:t>Ясних застиглостей вивідувач одвічний,-&lt;br /&gt;</w:t>
        <w:br/>
        <w:t>Я за Європою прадавньою тужив!</w:t>
      </w:r>
    </w:p>
    <w:p>
      <w:r>
        <w:br/>
        <w:t>Архіпелаги зір та острови незнані&lt;br /&gt;</w:t>
        <w:br/>
        <w:t>Я зрів, де небеса відкриті для плавців:&lt;br /&gt;</w:t>
        <w:br/>
        <w:t>— В такі-от ночі ти дрімаєш у вигнанні,&lt;br /&gt;</w:t>
        <w:br/>
        <w:t>О зграє злотих птиць, Снаго прийдешніх днів?</w:t>
      </w:r>
    </w:p>
    <w:p>
      <w:r>
        <w:br/>
        <w:t>Доволі плакав я! Жорстокі всі світання,&lt;br /&gt;</w:t>
        <w:br/>
        <w:t>Гіркі усі сонця й пекельний молодик;&lt;br /&gt;</w:t>
        <w:br/>
        <w:t>Заціпило мені від лютого кохання.&lt;br /&gt;</w:t>
        <w:br/>
        <w:t>Нехай тріщить мій кіль! Поринути в потік!</w:t>
      </w:r>
    </w:p>
    <w:p>
      <w:r>
        <w:br/>
        <w:t>За європейською сумуючи водою,&lt;br /&gt;</w:t>
        <w:br/>
        <w:t>Холодну та брудну калюжу бачу я,&lt;br /&gt;</w:t>
        <w:br/>
        <w:t>Де вутлий корабель, як мотиля весною,&lt;br /&gt;</w:t>
        <w:br/>
        <w:t>Пускає в присмерку засмучене хлоп'я.</w:t>
      </w:r>
    </w:p>
    <w:p>
      <w:r>
        <w:br/>
        <w:t>І я, купаючись у ваших млостях, хвилі,&lt;br /&gt;</w:t>
        <w:br/>
        <w:t>Не можу більше йти в кільватері купців,&lt;br /&gt;</w:t>
        <w:br/>
        <w:t>Під оком злих мостів я пропливать не в силі,&lt;br /&gt;</w:t>
        <w:br/>
        <w:t>Ані збивать пиху з вогнів і прапорів.</w:t>
      </w:r>
    </w:p>
    <w:p>
      <w:r>
        <w:br/>
        <w:t>Переклав Всеволод Ткаченко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П'яний корабель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