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П'ятдесят верстов</w:t>
      </w:r>
    </w:p>
    <w:p>
      <w:r>
        <w:br/>
        <w:t xml:space="preserve"> &lt;p&gt;Оповідання</w:t>
      </w:r>
    </w:p>
    <w:p>
      <w:r>
        <w:br/>
        <w:t>--------------------------------------</w:t>
      </w:r>
    </w:p>
    <w:p>
      <w:r>
        <w:br/>
        <w:t>Були певні відомості, що потяг таки прийде сьогодні: розпитували дядька, що їхав возом повз станцію, і той присягався, що на власні очі бачив потяг уранці за двадцять п'ять верстов звідси. Народ шикувався коло рейок, обличчя проясніли, летів сміх і лушпиння а насіння.</w:t>
      </w:r>
    </w:p>
    <w:p>
      <w:r>
        <w:br/>
        <w:t>— Ну, от і буде потяг, — сердито казав завідувач своєму секретареві, — якраз завтра вранці в губернії будемо, акурат на з'їзд. Подивіться, чи доклади взяли... Харчі єсть?</w:t>
      </w:r>
    </w:p>
    <w:p>
      <w:r>
        <w:br/>
        <w:t>— Та харчів тільки на день дали з харчкому. Кажуть, п'ятдесят верстов за день пішки дійдеш.</w:t>
      </w:r>
    </w:p>
    <w:p>
      <w:r>
        <w:br/>
        <w:t>— А ви що, на тиждень хотіли? Сказано, інтелігент, запасів хоче.</w:t>
      </w:r>
    </w:p>
    <w:p>
      <w:r>
        <w:br/>
        <w:t>— Нудно чекати, — позіхнув секретар, — а книжки немає.</w:t>
      </w:r>
    </w:p>
    <w:p>
      <w:r>
        <w:br/>
        <w:t>— Чортзна-що! — гукнув завідувач. — Книжки! Та ви навкруги гляньте — цікавіше за всяку книжку.</w:t>
      </w:r>
    </w:p>
    <w:p>
      <w:r>
        <w:br/>
        <w:t>Навкруги аж клекотіло. Стогони коло бюро перепусток, співи безробітних артистів, вереск дітвори, лайка коло столика, де гуляли в "три листки", — повставали до похмурого неба. А між натовпом метушились баби з кошиками й кричали.</w:t>
      </w:r>
    </w:p>
    <w:p>
      <w:r>
        <w:br/>
        <w:t>— Кому борщику, пиріжечків? Ковбаски?</w:t>
      </w:r>
    </w:p>
    <w:p>
      <w:r>
        <w:br/>
        <w:t>— От вам живе життя, — сказав завідувач, — а ви — книжки!</w:t>
      </w:r>
    </w:p>
    <w:p>
      <w:r>
        <w:br/>
        <w:t>Врешті прийшов захеканий потяг, і почався безлад ний наступ на вагони. Завзято кидались на двері, а ті, що в вагоні були, муром стояли й не пускали. Тут же на мотузах підіймали клунки на дах і там складали.</w:t>
      </w:r>
    </w:p>
    <w:p>
      <w:r>
        <w:br/>
        <w:t>— Наляжемо, — сказав завідувач.</w:t>
      </w:r>
    </w:p>
    <w:p>
      <w:r>
        <w:br/>
        <w:t>Кинулись у біб. Секретар гукнув: "Делегати, деле гати", а завідувач працював кулаками. Влізли й при мостились біля дверей. Потяг рушив. Ті, кому сісти не пощастило, вчини ли останній наскок на вагони: наосліп плигали, скажено чіплялись, а з вагонів на них тюкали, давали дулі й били чобітьми. Поїхали. Трохи розташувались, стало ніби вільніше, нові мирилися з старими. Закрапотів дощик, завели пісню:</w:t>
      </w:r>
    </w:p>
    <w:p>
      <w:r>
        <w:t>Вітер шумить, А дощик іде —</w:t>
      </w:r>
    </w:p>
    <w:p>
      <w:r>
        <w:br/>
        <w:t>А де ж наш спекулянт Ночувать буде?</w:t>
      </w:r>
    </w:p>
    <w:p>
      <w:r>
        <w:br/>
        <w:t>Жваво розмовляли Про ціни, про те, що "заграділовка" коло губернії харчі відбиратиме і як з цим боротись. Серед поля потяг раптом спинявся, і вісті прийшли: паротяг зіпсувався. Всі заспокоїлись; спекулянти давали масло, яєчка, хто гроші. Сміялись.</w:t>
      </w:r>
    </w:p>
    <w:p>
      <w:r>
        <w:br/>
        <w:t>— Машиністове жалування не яке... Треба дати.</w:t>
      </w:r>
    </w:p>
    <w:p>
      <w:r>
        <w:br/>
        <w:t>Звечоріло. Дощ пробивався крізь дах і лоскотав потилицю. Незабаром виявилось, що паротяга направите можна, але весь Струмент у машиністового помічника. Дали й тому.</w:t>
      </w:r>
    </w:p>
    <w:p>
      <w:r>
        <w:br/>
        <w:t>— Де ж правда? — спитав секретар.</w:t>
      </w:r>
    </w:p>
    <w:p>
      <w:r>
        <w:br/>
        <w:t>— У книзі, — відповів завідувач.</w:t>
      </w:r>
    </w:p>
    <w:p>
      <w:r>
        <w:br/>
        <w:t>Поїхали врешті. Помалу, не поспішаючи. За ніч доїхали до другої станції. Настрій поганий був, дощ не вгавав. Змовились нікого не пускати. Біля дверей стали найдужчі й уперлись ногами. Але п'ятеро червоноармійців підійшло:</w:t>
      </w:r>
    </w:p>
    <w:p>
      <w:r>
        <w:br/>
        <w:t>— Вилазь! Вагон для військових.</w:t>
      </w:r>
    </w:p>
    <w:p>
      <w:r>
        <w:br/>
        <w:t>Спробували сперечатись.</w:t>
      </w:r>
    </w:p>
    <w:p>
      <w:r>
        <w:br/>
        <w:t>— Серього, викидай речі.</w:t>
      </w:r>
    </w:p>
    <w:p>
      <w:r>
        <w:br/>
        <w:t>Посипались лантухи, кошики, люди. Справу програно, кинулись на буфери, лізли на дахи.</w:t>
      </w:r>
    </w:p>
    <w:p>
      <w:r>
        <w:br/>
        <w:t>— Спізнилися ми на з'їзд, — сумно промовив секретар, обтрушуючись.</w:t>
      </w:r>
    </w:p>
    <w:p>
      <w:r>
        <w:br/>
        <w:t>— Він уже почався, мабуть. Докладу шкода — стараючись писав.</w:t>
      </w:r>
    </w:p>
    <w:p>
      <w:r>
        <w:br/>
        <w:t>— На дах лізьте, — суворо сказав завідувач. — Швидше!</w:t>
      </w:r>
    </w:p>
    <w:p>
      <w:r>
        <w:br/>
        <w:t>Ледве видряпались. Сіли, підгорнувши під себе ноги, по-турецькому. Місця чимало було. В'їдливий дощ цюкав просто в обличчя. Баба, що сиділа поруч, сказала їм:</w:t>
      </w:r>
    </w:p>
    <w:p>
      <w:r>
        <w:br/>
        <w:t>— Воно, як сонце та тепло, так. Боже, як гарно зверху їхати: увесь світ видно.</w:t>
      </w:r>
    </w:p>
    <w:p>
      <w:r>
        <w:br/>
        <w:t>Секретар стогнав:</w:t>
      </w:r>
    </w:p>
    <w:p>
      <w:r>
        <w:br/>
        <w:t>— От вам живе життяі Ниточки сухої немає.</w:t>
      </w:r>
    </w:p>
    <w:p>
      <w:r>
        <w:br/>
        <w:t>— Мовчіть. Ви — кабінетний інтелігент.</w:t>
      </w:r>
    </w:p>
    <w:p>
      <w:r>
        <w:br/>
        <w:t>Куняли під стукіт коліс об рейки. Марилась тепла хата, і щоб обід був на столі.</w:t>
      </w:r>
    </w:p>
    <w:p>
      <w:r>
        <w:br/>
        <w:t>Раптом потяг струснуло, кинуло, вагони тріснули, дах пірнув, і все розпалось. Тріск покрив зойки. Завідувач з секретарем поволі вилазили з-під уламків.</w:t>
      </w:r>
    </w:p>
    <w:p>
      <w:r>
        <w:br/>
        <w:t>— Ви живий там? — спитав завідувач.</w:t>
      </w:r>
    </w:p>
    <w:p>
      <w:r>
        <w:br/>
        <w:t>— Ох, живий... Тільки ноги мої...</w:t>
      </w:r>
    </w:p>
    <w:p>
      <w:r>
        <w:br/>
        <w:t>— Бандити, — шепнув завідувач.</w:t>
      </w:r>
    </w:p>
    <w:p>
      <w:r>
        <w:br/>
        <w:t>І справді, зруйнований потяг оточили верхівці. Їхній бравий отаман ґречно промовив над руїнами:</w:t>
      </w:r>
    </w:p>
    <w:p>
      <w:r>
        <w:br/>
        <w:t>— Панове, тут трапилась невеличка паніка. Ми мали цілком певні відомості, що це військовий потяг. Я вас не затримую, можете їхати далі.</w:t>
      </w:r>
    </w:p>
    <w:p>
      <w:r>
        <w:br/>
        <w:t>Вони забрали червоноармійців і подалися геть.</w:t>
      </w:r>
    </w:p>
    <w:p>
      <w:r>
        <w:br/>
        <w:t>— І нащо оті з'їзди? — питав секретар.</w:t>
      </w:r>
    </w:p>
    <w:p>
      <w:r>
        <w:br/>
        <w:t>— З'їдуться, побалакають, та й назад. Пуття ніякого. І доклад мій десь а портфелем загинув.</w:t>
      </w:r>
    </w:p>
    <w:p>
      <w:r>
        <w:br/>
        <w:t>Вирішили поранених однести до станції. З уламків робили ноші. Витягали з-під руїн обрубки. Почали носити, вечір прийшов. А дощ падав, землю болотом крив. На маленькій станції складали поранених в ряд на підлогу. Прийшли глядачі, вболівали. А на ранок, ніч у кутку перебувши, завідувач із секретарем раду радили.</w:t>
      </w:r>
    </w:p>
    <w:p>
      <w:r>
        <w:br/>
        <w:t>— Назад вернімся, — з жалем казав секретар.</w:t>
      </w:r>
    </w:p>
    <w:p>
      <w:r>
        <w:br/>
        <w:t>— З'їзд уже вчора почався. Назад — п'ятнадцять, а вперед — тридцять п'ять. Куди ж там мені пішки — ноги, як у лабетах.</w:t>
      </w:r>
    </w:p>
    <w:p>
      <w:r>
        <w:br/>
        <w:t>— Ви — кваша, — сердився завідувач.</w:t>
      </w:r>
    </w:p>
    <w:p>
      <w:r>
        <w:br/>
        <w:t>— А боротися? Вам намаж та в рот?</w:t>
      </w:r>
    </w:p>
    <w:p>
      <w:r>
        <w:br/>
        <w:t>Пішли, обминаючи села. До них пристали баба-спекулянтка з торбою через плечі й гускою в руках та студент, що поспішав ва навчання.</w:t>
      </w:r>
    </w:p>
    <w:p>
      <w:r>
        <w:br/>
        <w:t>— Оце по-моєму, — казав завідувач, — хоч помалу, так певно, по-простому.</w:t>
      </w:r>
    </w:p>
    <w:p>
      <w:r>
        <w:br/>
        <w:t>Коли двадцять верстов пройшли, зробили спочинок. Баба-спекулянтка видала всім по шматку хліба. А студентові, що декламував їй вірші, ще й сала нишком дала та просила молитись за рабу божу Олену. Ще десять довгих верстов — і вони побачили вдалечині губерніальне місто.</w:t>
      </w:r>
    </w:p>
    <w:p>
      <w:r>
        <w:br/>
        <w:t>— Як намальоване, — казала баба.</w:t>
      </w:r>
    </w:p>
    <w:p>
      <w:r>
        <w:br/>
        <w:t>День розцвів, сонце лилося, калюжі меншали, подорожні просихали.</w:t>
      </w:r>
    </w:p>
    <w:p>
      <w:r>
        <w:br/>
        <w:t>— Не будемо більше спочивати! — гукнув завідувач. — По-простому!</w:t>
      </w:r>
    </w:p>
    <w:p>
      <w:r>
        <w:br/>
        <w:t>Секретар похитав головою:</w:t>
      </w:r>
    </w:p>
    <w:p>
      <w:r>
        <w:br/>
        <w:t>— Це ж тільки до губернії... А як же, кому на Марс треба?</w:t>
      </w:r>
    </w:p>
    <w:p>
      <w:r>
        <w:br/>
        <w:t>1923 р.</w:t>
      </w:r>
    </w:p>
    <w:p>
      <w:r>
        <w:br/>
        <w:t>--— КІНЕЦЬ —--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П'ятдесят верстов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