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П’ятизлотник</w:t>
      </w:r>
    </w:p>
    <w:p>
      <w:r>
        <w:br/>
        <w:t xml:space="preserve"> &lt;p&gt;Оповідання</w:t>
      </w:r>
    </w:p>
    <w:p>
      <w:r>
        <w:t>Посвята моїй любій матері</w:t>
      </w:r>
    </w:p>
    <w:p>
      <w:r>
        <w:br/>
      </w:r>
    </w:p>
    <w:p>
      <w:r>
        <w:br/>
        <w:t>Смерклося. Рожевий на заході край неба м’яким блиском осявав морозне повітря; останнє світло помершого дня, продершись крізь шибки до хати, ледве-ледве змагалось з сутінями, бо в хаті вже таки добре посутеніло.</w:t>
      </w:r>
    </w:p>
    <w:p>
      <w:r>
        <w:br/>
        <w:t>Хима, сидячи на ослінчику, підкладала солому у грубку. Веселе полум’я жваво стрибало по соломі, осявало старе, борознами пооране обличчя Химине, плигало по стіні золотим зайчиком. У хаті було тихо: лиш солома тріщала в грубці та цвіркун цвірінькав під полом.</w:t>
      </w:r>
    </w:p>
    <w:p>
      <w:r>
        <w:br/>
        <w:t>— Старий!..</w:t>
      </w:r>
    </w:p>
    <w:p>
      <w:r>
        <w:br/>
        <w:t>Тихо.</w:t>
      </w:r>
    </w:p>
    <w:p>
      <w:r>
        <w:br/>
        <w:t>— Хомо! — голосніше обізвалась Хима.</w:t>
      </w:r>
    </w:p>
    <w:p>
      <w:r>
        <w:br/>
        <w:t>— Агов!</w:t>
      </w:r>
    </w:p>
    <w:p>
      <w:r>
        <w:br/>
        <w:t>З-за грубки почулась шамотня.</w:t>
      </w:r>
    </w:p>
    <w:p>
      <w:r>
        <w:br/>
        <w:t>— Я оце сиджу, — почала Хима, — та й думаю, що в нас борошно минулося… Тільки в нас хліба, що на полиці… — І я не про що ж думаю… та що ж ти вдієш, коли не вродило… Доведеться пудити… Візьми в жида пуд та й поклади карбованця з сороківкою… А де тії гроші?..</w:t>
      </w:r>
    </w:p>
    <w:p>
      <w:r>
        <w:br/>
        <w:t>Хима тихенько зітхнула. І знов стало тихо в хаті. Старі, хоч нарізно, та все про одно думали: свій хліб минувся, а купити ні за що…</w:t>
      </w:r>
    </w:p>
    <w:p>
      <w:r>
        <w:br/>
        <w:t>"Починається!.. — думав Хома. — Оце він саме починається, той час, коли не стає хліба, нема й заробітків, час журби та горя, коли чоловік хотів би, як муха, зслизнути на зиму, щоб якось перетривати лиху годину".</w:t>
      </w:r>
    </w:p>
    <w:p>
      <w:r>
        <w:br/>
        <w:t>Щороку сутужно Хомі, щороку не стає свого хліба, а сього року таки зовсім погано… І не дивниця, бо сього року недорід. Поля, звісно, обмаль: шнур під озимину, шнур під ярину, а шнур — толока, в кожній руці по шнурові. Ще як вродить, то потягне хліба до весни, а сього року жито вродило обрідне, ярину град вибив… Змолотив Хома жито, переміряв та й зажурився, аж сумно йому стало та страшно: жита усього було десять мірок… Коли б же хоч тих десять мірок змолоти — усе було б хліба на який там час, а то й на насіння треба лишити, треба і в гамазеї вернути, що винен… І так уже з тим хлібом поводилися обережно, так стереглися, щоб і крихіточка не загинула марно, а не стало… От лежить на полиці останній буханець хліба, а в діжі, де була мука, лиш пилочок біліє насподі, може, змете баба на галушки…</w:t>
      </w:r>
    </w:p>
    <w:p>
      <w:r>
        <w:br/>
        <w:t>Воно не так страшно без свого хліба, коли б заробіток був! Ба, якби заробіток! А тут, як на лихо, і заробити ніде. Покликали його раз до двора дрова різати, дали за цілий день важкої праці сороківку — і за те спасибі, коли б частіше кликали!.. А хліб же тепер — не дай Господи — дорогий, не знати, чи кусати його, чи дивитись на його…</w:t>
      </w:r>
    </w:p>
    <w:p>
      <w:r>
        <w:br/>
        <w:t>— А йди вечеряти, старий! — перепинила Хима гіркі Хомині думи і поставила на припічок горщик з гарячою бараболею в лушпинках. Біла пара хмарою звилась над горщиком, а старі, присунувшись близенько до нього, руками вихоплювали гарячу бараболю і, мачаючи в сіль, їли… Запивши вечерю холодною водою з кухлика, Хима та Хома обернулись до образів і почали голосно шептати молитву та важко зітхати, дякуючи Богові за хліб насущний…</w:t>
      </w:r>
    </w:p>
    <w:p>
      <w:r>
        <w:br/>
        <w:t>Другого дня припало свято — Введення. Хима завилась гарно наміткою, заколола її здоровими шпильками з червоними голівками, взулась у червоні чоботи і подалась за Хомою до церкви на службу божу.</w:t>
      </w:r>
    </w:p>
    <w:p>
      <w:r>
        <w:br/>
        <w:t>Золото на образах та на ризах у батюшки, палаючі свічки, синій дим ладану, що виповнює вівтар та хмарою літає по церкві, співи, шептання молитов навкруги — все те робить дивне враження на Химу; вона чує, як її серце м’якне, тане, мов той віск палаючої свічки… Старечі уста непомітно ворушаться, з повного ущерть серця раз у раз вириваються глибокі зітхання…</w:t>
      </w:r>
    </w:p>
    <w:p>
      <w:r>
        <w:br/>
        <w:t>Виходить батюшка і читає проповідь… Хима не розуміє гаразд, про що читають, але вона знає, що читають про святі речі, і те читання видається їй жалібним, таким дивно жалібним, що повне Химине серце виступає з берегів, лице жалібно кривиться, і сльози мимохіть котяться тими борознами, що поорало на виду довголітнє лихо… Хима виймає з-за пазухи хусточку, обтирає сльози, голосно сякає ніс… І дивна річ! З усіх кутків бабинця, як на знак, починають баби голосно сякатися, виявляючи тим сердечну скруту та жаль за гріхи свої тяжкії…</w:t>
      </w:r>
    </w:p>
    <w:p>
      <w:r>
        <w:br/>
        <w:t>Виплакавшись красненько, всмак, Хима потроху розбирає, про що читає батюшка. О, про недорід читають… Де се? У нас?.. Ні, в якихсь чужих сторонах… І там люди голодують… Господи! Всюди лихо товчеться, а так-таки справжнє лихоліття… голод… Добре, як хто має спроможність запомогти чим, а нам коли б самим з голоду не загинуть…</w:t>
      </w:r>
    </w:p>
    <w:p>
      <w:r>
        <w:br/>
        <w:t>Невеселі повертали Хима та Хома з церкви, бо в долі тих голодних, про яких читав батюшка, вбачали вони свою власну долю, а уява малювала їм цілі села голодних людей, без крихти хліба, як їм, може, доведеться лишитись, коли не роздобудуть де хліба…</w:t>
      </w:r>
    </w:p>
    <w:p>
      <w:r>
        <w:br/>
        <w:t>По обіді Хома взявся за псалтир, а Хима відчинила скриню та заходилась там порядкувати. Вона переглянула сувої полотна, півмітки, що напряла сеї осені, розгорнула і знов поскладала шмаття та одежу, що придбала собі на смерть… Далі з самого споду вийняла звідти старий білий п’ятизлотник. Довго розглядала Хима той п’ятизлотник, обертаючи його на всі боки, здмухуючи з нього порох. Давно-давно, як ще вона віддавалась, бабка її кинула їй того п’ятизлотника на посаг; з того часу "білі гроші" перетривали не одну лиху годину, а Хима таки не видала їх, заховала, як найдорожчий скарб. Вона знає, нащо ховає тії гроші: ото, як дасть Бог дочці її, що недавнечко одружилась, дитину, та ще й дівчинку, баба подарує того п’ятизлотника внучці, бо вже Бог знає, чи діжде вона кинути ті гроші на посаг унучці. Матиме внучка пам’ятку, знатиме, що мала бабку… Не раз і не два марила Хима над сією думкою та звикла до неї так, що вже й не уявляла собі, як можна іншим способом розлучитись з п’ятизлотником… Хима оглянула гроші навкруги, погладила їх пестливо, наче кохану дитину, і, осміхаючись, завинула в ганчірку та сховала в скриню.</w:t>
      </w:r>
    </w:p>
    <w:p>
      <w:r>
        <w:br/>
        <w:t>А Хома не довго читав. Гіркі думи та тривога не давали йому спокою: він закрив книжку і задумався. Де його взяти грошей на хліб? Заробити ніде, позичити — ніхто не позичить, а без хліба не можна. До всього чоловік звикне, без усього обійдеться, а без хліба — годі обійтися… Ся думка мулила йому серце, йшла за ним усюди, як тінь, гризла його, як іржа залізо… Хома цілий день ходив, мов зварений, не знаходив собі місця… І Химину душу точила тая ж думка, але Хима теж гризлась тихцем і ніби не знала, чого Хома нудить світом…</w:t>
      </w:r>
    </w:p>
    <w:p>
      <w:r>
        <w:br/>
        <w:t>Полягали старі спати, та не спалося: окраєць хліба з полиці ліз перед очі, обертавсь на всі боки та мов примовляв: "Подивіться на мене, який я малий, нема чого й кусати, та ще й останній!.." Порожня діжа з борошна переверталась догори дном, і навіть пилочок не сипався з неї…</w:t>
      </w:r>
    </w:p>
    <w:p>
      <w:r>
        <w:br/>
        <w:t>Не витримав Хома.</w:t>
      </w:r>
    </w:p>
    <w:p>
      <w:r>
        <w:br/>
        <w:t>— Химо, ти спиш? — поспитав він з печі.</w:t>
      </w:r>
    </w:p>
    <w:p>
      <w:r>
        <w:br/>
        <w:t>— Не сплю… а чого там?..</w:t>
      </w:r>
    </w:p>
    <w:p>
      <w:r>
        <w:br/>
        <w:t>— Та бачиш, я думаю, чи не взяти б нам у Берка хоч пуд муки?</w:t>
      </w:r>
    </w:p>
    <w:p>
      <w:r>
        <w:br/>
        <w:t>— А за що ж ти її братимеш?.. Жид набір не дасть…</w:t>
      </w:r>
    </w:p>
    <w:p>
      <w:r>
        <w:br/>
        <w:t>— Набір не дасть… та я думаю… і навіщо ти ховаєш того п’ятизлотника?! Доложив би трохи, а може б, жид почекав решту, от і був би пуд муки…</w:t>
      </w:r>
    </w:p>
    <w:p>
      <w:r>
        <w:br/>
        <w:t>Хима аж скорчила на полу, мов опечена.</w:t>
      </w:r>
    </w:p>
    <w:p>
      <w:r>
        <w:br/>
        <w:t>— Не дам!.. І в голові собі не покладай!.. Зроду не дам! Голодом буду моритися, на картоплі охляну, а п’ятизлотника не дам!.. Не на те ховала я його тридцять літ, щоб тепер жидам віддати!</w:t>
      </w:r>
    </w:p>
    <w:p>
      <w:r>
        <w:br/>
        <w:t>— Ховай, бабо, ховай! Заховаєш, лихий знає, кому!.. А тут аж шкура на голові болить від тих думок… Ховай, не давай!..</w:t>
      </w:r>
    </w:p>
    <w:p>
      <w:r>
        <w:br/>
        <w:t>Хома був сердитий: він довго перевертавсь на печі та все бурчав щось сердитим голосом…</w:t>
      </w:r>
    </w:p>
    <w:p>
      <w:r>
        <w:br/>
        <w:t>Хима аж упріла, їй аж душно стало від одної думки, що її скарб, її п’ятизлотник, який вона так довго ховала, який марила віддати лиш коханій унучці, міг би перейти в жидівські руки. І вже не думка про хліб, а про той п’ятизлотник не давала спати Химі. Не спав і Хома через "білі гроші".</w:t>
      </w:r>
    </w:p>
    <w:p>
      <w:r>
        <w:br/>
        <w:t>Хліба не стало: доїли останню скибочку. Кілька вже день харчувались старі вареною та печеною картоплею, аж охляли без хліба. Хома ходив як ніч, нічого й не говорив до Хими; мовчала і Хима, та думи її близесенько літали коло одного осередка, перестрівались та, здавалось, розмовляли межи собою… Хима знала, чого сумує старий, що в нього на думці, а Хомі довідне було звісно, що робиться в душі старої, мов він заглядав туди… І не диво: живучи вкупі тридцять літ, вони стали схожими одно до одного, розуміли одно одного, як самі себе.</w:t>
      </w:r>
    </w:p>
    <w:p>
      <w:r>
        <w:br/>
        <w:t>"Господи! — думав Хома. — Коли б хто заглянув у хату; може б, меня трохи полегшало, якби почув людську мову, а то таке, що хоч за пояс та на горище…"</w:t>
      </w:r>
    </w:p>
    <w:p>
      <w:r>
        <w:br/>
        <w:t>Але ся думка зараз налякала його: тут самим нічого їсти, а, борони Боже, трапиться гість, тоді чим хоч приймай, іно сорому наберешся… Та химерна доля, мабуть, підслухала бажання Хомине і не дала йому довго міркувати над там, чи добре буде, як з’явиться гість, чи ні, бо двері рипнули, і гість став на порозі…</w:t>
      </w:r>
    </w:p>
    <w:p>
      <w:r>
        <w:br/>
        <w:t>— Здорові були, свате!</w:t>
      </w:r>
    </w:p>
    <w:p>
      <w:r>
        <w:br/>
        <w:t>— Здорові будьте й ви! Яким се побитом? — здивувався Хома.</w:t>
      </w:r>
    </w:p>
    <w:p>
      <w:r>
        <w:br/>
        <w:t>— Привіз січку різати до жида… а ваша Зінька й каже: заїдьте там, тату, до старих, перекажіть, що я, хвалити Бога, здорова, та поспитайте, як там їм живеться… От я й заїхав до вас, свате! А де ж сваха?</w:t>
      </w:r>
    </w:p>
    <w:p>
      <w:r>
        <w:br/>
        <w:t>Хима вилізла з-за печі.</w:t>
      </w:r>
    </w:p>
    <w:p>
      <w:r>
        <w:br/>
        <w:t>— Як вас Бог милує, свате?.. Що там сваха? А моя Зінька?.. Та сідайте ж бо! — припрошувала Хима, а в самої вертілось на думці: "Головонько ж моя бідна! Чим же я прийматиму свата? Хоч виколупай з пальця, а дай!.."</w:t>
      </w:r>
    </w:p>
    <w:p>
      <w:r>
        <w:br/>
        <w:t>Хома балакав зі сватом та все якось чудно та неспокійно поглядав на стару: він пам’ятав, що сват завсіди частував його горілкою та що й йому годиться як слід прийняти гостя. Хома таки не витримав: як тільки Хима вийшла з хати, він шуснув за нею до сіней.</w:t>
      </w:r>
    </w:p>
    <w:p>
      <w:r>
        <w:br/>
        <w:t>— Стара! — почав він тихим та несмілим голосом. — Годило б ся почастувати свата чаркою…</w:t>
      </w:r>
    </w:p>
    <w:p>
      <w:r>
        <w:br/>
        <w:t>— Та вже ж годило б ся…</w:t>
      </w:r>
    </w:p>
    <w:p>
      <w:r>
        <w:br/>
        <w:t>Хома замовк та все чухав потилицю.</w:t>
      </w:r>
    </w:p>
    <w:p>
      <w:r>
        <w:br/>
        <w:t>— Може, там у тебе де є, Химо, хоч на кварту…</w:t>
      </w:r>
    </w:p>
    <w:p>
      <w:r>
        <w:br/>
        <w:t>— Адже ти знаєш, що нема… Возьми пляшку та біжи до корчми, може, шинкар дасть набір…</w:t>
      </w:r>
    </w:p>
    <w:p>
      <w:r>
        <w:br/>
        <w:t>— Навряд! — сказав Хома, але взяв шапку та пляшку і пішов пробувати щастя.</w:t>
      </w:r>
    </w:p>
    <w:p>
      <w:r>
        <w:br/>
        <w:t>Лихий та збентежений повертав Хома з порожньою пляшкою з корчми: шинкар не дав набір. Хома викликав Химу в сіни і показав їй порожню пляшку…</w:t>
      </w:r>
    </w:p>
    <w:p>
      <w:r>
        <w:br/>
        <w:t>— Знаєш що, Химо… знаєш що, стара… — улесливо шептав Хома. — Свата не можна пустити без чарки… Винеси мерщій твого п’ятизлотника, я духом примчу горілку, ще й здачі тобі принесу… Бо, бачиш, не можна ж так…</w:t>
      </w:r>
    </w:p>
    <w:p>
      <w:r>
        <w:br/>
        <w:t>— Се смерть моя, а не чоловік! І чого ти напосівся на того п’ятизлотника? Казала не дам — і не дам, і край!.. Хоч забий мене отут — не дам!..</w:t>
      </w:r>
    </w:p>
    <w:p>
      <w:r>
        <w:br/>
        <w:t>— Дай, кажу!</w:t>
      </w:r>
    </w:p>
    <w:p>
      <w:r>
        <w:br/>
        <w:t>— Не дам!</w:t>
      </w:r>
    </w:p>
    <w:p>
      <w:r>
        <w:br/>
        <w:t>— Дай!!!</w:t>
      </w:r>
    </w:p>
    <w:p>
      <w:r>
        <w:br/>
        <w:t>— Не дам, не дам і не дам!</w:t>
      </w:r>
    </w:p>
    <w:p>
      <w:r>
        <w:br/>
        <w:t>— Тьфу, сатано!..</w:t>
      </w:r>
    </w:p>
    <w:p>
      <w:r>
        <w:br/>
        <w:t>Хома плюнув і, хрьопнувши дверима, вийшов надвір. Злість поняла його серце, йому було досадно і на жінку, і на того п’ятизлотника… А вернутися без горілки ніяким побитом не можна. На щастя, трапився кум і позичив на кварту…</w:t>
      </w:r>
    </w:p>
    <w:p>
      <w:r>
        <w:br/>
        <w:t>Стара зварила бараболі, і так-сяк прийняли свата.</w:t>
      </w:r>
    </w:p>
    <w:p>
      <w:r>
        <w:br/>
        <w:t>П’ятизлотник перетривав ще одну небезпечну годину, та на те, мабуть, щоб стати причиною незгоди між чоловіком та жінкою… Хома ніяк не міг вбгати в голову думку, що він мусить терпіти голод, коли в скрині лежать гроші, невеликі, правда, але все-таки можна залатати ними хоч одну діру в господарській потребі… Хима трусилася над своїм скарбом, над своїми "білими грішми"; вона так звикла до своєї мрії подарувати п’ятизлотника внучці, що намагання видати п’ятизлотник на що інше дратували її, гнівали несказанно.</w:t>
      </w:r>
    </w:p>
    <w:p>
      <w:r>
        <w:br/>
        <w:t>На другий день пішов Хома по сусідах позичати хліба, та ніхто не дав: кожному сього року сутужно, в кожного недорід поменшив хліба. Пішов Хома до жида, так, без великої надії, пам’ятаючи приказку: "Тільки в мене рідні, що жиди одні". Але й жид не дав: "Багато, каже набрали в мене люди без грошей, а ніхто не квапиться віддавати…" Похнюпишись, поплентавсь старий додому з порожніми руками, та й не гадав, що вдома чекає його нове лихо: соцький з десятником прийшли правити подать…</w:t>
      </w:r>
    </w:p>
    <w:p>
      <w:r>
        <w:br/>
        <w:t>— Почекайте, люди добрі, — благав Хома, — я віддам… А тепер, їй же богу, не маю… Хліба шматочка нема… Самі знаєте, який тепер рік тяжкий: нема хліба, нема де й заробити…</w:t>
      </w:r>
    </w:p>
    <w:p>
      <w:r>
        <w:br/>
        <w:t>— Ми вже се чули, старий! Давню пісню співаєш! Нам що — нам хоч ригни, а дай, нам начальство велить, і так уже наслухалися за тії недоїмки! — загомоніли сільські посіпаки.</w:t>
      </w:r>
    </w:p>
    <w:p>
      <w:r>
        <w:br/>
        <w:t>— Та що ж ви візьмете, коли в мене й копійки зламаної нема за душею!..</w:t>
      </w:r>
    </w:p>
    <w:p>
      <w:r>
        <w:br/>
        <w:t>— Знайдемо, що взяти… Дай, діду, хоч частину грошей, бо заграбуємо одежу.</w:t>
      </w:r>
    </w:p>
    <w:p>
      <w:r>
        <w:br/>
        <w:t>— Кажу ж вам, що не маю! — скрикнув в роз’ятренні Хома.</w:t>
      </w:r>
    </w:p>
    <w:p>
      <w:r>
        <w:br/>
        <w:t>— Не маєш?.. Добре! Гей, бери свиту з жердки! — крикнув соцький на десятника.</w:t>
      </w:r>
    </w:p>
    <w:p>
      <w:r>
        <w:br/>
        <w:t>Десятник прискочив до жердки і потяг Химину свиту.</w:t>
      </w:r>
    </w:p>
    <w:p>
      <w:r>
        <w:br/>
        <w:t>— Не руш! — скочив Хома до десятника і вхопив за свиту. — Не руш! Я не допущу, щоб у мене грабували одежу… Ей, Химо, давай того п’ятизлотника сим невірам, бо вони й душу витягли б з чоловіка!..</w:t>
      </w:r>
    </w:p>
    <w:p>
      <w:r>
        <w:br/>
        <w:t>Хима, що стояла досі німа та бліда, як смерть, почувши про п’ятизлотника, прожогом кинулась до скрині, впала на неї і міцно вчепилась за віко.</w:t>
      </w:r>
    </w:p>
    <w:p>
      <w:r>
        <w:br/>
        <w:t>— Не дам! — крикнула вона. — Не діждете взяти п’ятизлотника!</w:t>
      </w:r>
    </w:p>
    <w:p>
      <w:r>
        <w:br/>
        <w:t>— Пусти! — штовхнув Хома жінку. — Я сам дістану!</w:t>
      </w:r>
    </w:p>
    <w:p>
      <w:r>
        <w:br/>
        <w:t>Але Хима міцно, мов кліщами, вчепилась руками за скриню, і Хома ніяк не міг стягти її з скрині.</w:t>
      </w:r>
    </w:p>
    <w:p>
      <w:r>
        <w:br/>
        <w:t>— Беріть свиту, бодай вас за зуби взяло! — кричала Хима. — А п’ятизлотника не дам!</w:t>
      </w:r>
    </w:p>
    <w:p>
      <w:r>
        <w:br/>
        <w:t>Десятник, недовго думавши, закинув свиту на плече і подавсь з соцьким з хати.</w:t>
      </w:r>
    </w:p>
    <w:p>
      <w:r>
        <w:br/>
        <w:t>Хима сиділа на скрині бліда, аж жовта, тремтяча та перелякана; руки заклякли на віку, посоловілі очі нестямно дивились на двері.</w:t>
      </w:r>
    </w:p>
    <w:p>
      <w:r>
        <w:br/>
        <w:t>Хома важко дихав, аж сопів; він постояв мовчки на місці, далі насунув шапку і вийшов з хати, хрьопнувши дверима…</w:t>
      </w:r>
    </w:p>
    <w:p>
      <w:r>
        <w:br/>
        <w:t>Лишившись сама, Хима заплакала. "Господи, — думала вона, — за що на нас звідусюди саме лихо, сама біда? Чим ми прогнівили тебе, Боже, що отак на старість караємось?.." Сльози котилися по її старому виду, капали на скриню, на запаску, а вона сиділа сумна, як сам сум, і забула вже про той скарб свій, про п’ятизлотник, який недавно боронила від ненаситних зборщиків…</w:t>
      </w:r>
    </w:p>
    <w:p>
      <w:r>
        <w:br/>
        <w:t>Вечір захопив її на скрині, темрява оповила хату, а Хима не світила світла, їй біло не до світла…</w:t>
      </w:r>
    </w:p>
    <w:p>
      <w:r>
        <w:br/>
        <w:t>Ввечері прийшов Хома, хмурний, як небо восени. Він мовчки сів на лаву і задивився в куток.</w:t>
      </w:r>
    </w:p>
    <w:p>
      <w:r>
        <w:br/>
        <w:t>— Хомо!</w:t>
      </w:r>
    </w:p>
    <w:p>
      <w:r>
        <w:br/>
        <w:t>Тихо.</w:t>
      </w:r>
    </w:p>
    <w:p>
      <w:r>
        <w:br/>
        <w:t>— Хомо!</w:t>
      </w:r>
    </w:p>
    <w:p>
      <w:r>
        <w:br/>
        <w:t>— Ну?</w:t>
      </w:r>
    </w:p>
    <w:p>
      <w:r>
        <w:br/>
        <w:t>— Я оце надумала… Пішов би ти до пана, попрохав би грошей на відробітки… Може б, він і дав. От завтра субота, підуть люди до рощоту, піди й ти та попроси гарненько, може, змилується…</w:t>
      </w:r>
    </w:p>
    <w:p>
      <w:r>
        <w:br/>
        <w:t>— Ет, не дасть!</w:t>
      </w:r>
    </w:p>
    <w:p>
      <w:r>
        <w:br/>
        <w:t>— А ти піди, попроси красненько, може, й дасть…</w:t>
      </w:r>
    </w:p>
    <w:p>
      <w:r>
        <w:br/>
        <w:t>Старі замовкли, але надія на панську ласку ледве примітним промінням осявала їм серця, зцілющою водою покропила сердечні рани…</w:t>
      </w:r>
    </w:p>
    <w:p>
      <w:r>
        <w:br/>
        <w:t>Другого дня ввечері вертавсь Хома від пана.</w:t>
      </w:r>
    </w:p>
    <w:p>
      <w:r>
        <w:br/>
        <w:t>— Ну? — зустріла його на порозі Хима.</w:t>
      </w:r>
    </w:p>
    <w:p>
      <w:r>
        <w:br/>
        <w:t>— Дав! П’ять дав на відробітки, на буряки…</w:t>
      </w:r>
    </w:p>
    <w:p>
      <w:r>
        <w:br/>
        <w:t>Хима перехрестилась.</w:t>
      </w:r>
    </w:p>
    <w:p>
      <w:r>
        <w:br/>
        <w:t>Щасливі, зараз нараялись відібрати свиту, а на решту купити кукурудзяної муки на малаї, бо житня дорога. Хоч не хліб, а все ж веселіше буде, ніж на самій бараболі.</w:t>
      </w:r>
    </w:p>
    <w:p>
      <w:r>
        <w:br/>
        <w:t>Повечерявши, старі полягали спати.</w:t>
      </w:r>
    </w:p>
    <w:p>
      <w:r>
        <w:br/>
        <w:t>Та не спалося старим.</w:t>
      </w:r>
    </w:p>
    <w:p>
      <w:r>
        <w:br/>
        <w:t>Усе, що пережили вони за сих кілька день, ставало тепер їм перед очима, як на долоні. Поки голод зазирав їм у вічі, вони силкувались одвернутись від його, боялись думати про його… Тепер, коли несподівана поміч дала їм спроможність хоч на кілька день позбутись гірких клопіт про шматок хліба, вони з цікавістю розглядались у свому лихові, самі зазирали в вічі свому ворогові, бо він і тепер ще маяв на їми своїм чорним, сухим крилом…</w:t>
      </w:r>
    </w:p>
    <w:p>
      <w:r>
        <w:br/>
        <w:t>"А що було б, — думав Хома, — якби й пан не дав грошей? Невже гинути з голоду?.. Що то — голод? Невелике слово, а страшне… Ще ми, хвалити Бога, не зовсім гинули, а й то так було гірко, так важко, що, здається, вибіг би на вулицю та й гавкав, як пес… А кажуть, в якійсь стороні тепер голод… Справжній голод… І не село, не два, а, кажуть, сила людей без скибочки хліба, мруть з голоду…"</w:t>
      </w:r>
    </w:p>
    <w:p>
      <w:r>
        <w:br/>
        <w:t>Хома не знав, у яких се сторонах голодують люди, якої вони віри, якою мовою говорять, він лиш чув, що вони голодні, і йому ввижалася сила голодних, змарнілих, сумних людей, що з туги та голоду мало не гавкають, як пси, і нізвідки поради немає бідолашним…</w:t>
      </w:r>
    </w:p>
    <w:p>
      <w:r>
        <w:br/>
        <w:t>"Виставили в церкві карнавку, — думав Хома, — і дав би чоловік на тих голодних що змога, та що ж — дай, голодне, хліба!.."</w:t>
      </w:r>
    </w:p>
    <w:p>
      <w:r>
        <w:br/>
        <w:t>Хима лежала на полу, розплющивши очі, і в її голові снувалися думи: "Роздобув, хвалити Бога, старий трохи грошей… Хоч на який час утихомириться, а то й дихати не давав мені з тим п’ятизлотником. Намігся водно: дай та й дай!.. Та що з тих грошей? Не надовго й вистачить, треба картоплею намагати… Добре, що хоч картоплю маємо… А у тих голодних, що читали батюшка в церкві, мабуть, і картоплі немає! От десь горе: ми ще самі, двоєчко нас, ато, борони Боже, сім’я велика, діточки дрібні, пищать з голоду, а тут ні крихіточки, на росиночки закропитися… Якби ближче, дала б з мірку картоплі… З щирої душа запомогла б… Ох, бо й я знаю, що то голод, а там, видко, ще гірше діється…" І перед очима Химиними просувалися картина, одна одної сумніші, одна одної страшніші; і її серце умлівало з жалю за тими голодними, хоч невідомими їй людьми… "А може, — і в голові її промайнула думка. — Ні-ні! — відганяла Хима непрохану думку, що лякала її своєю незвичайністю. — Не дам!.. То не моє, то внуччине… А може…" Стара заклякла, увірвавши думку, та мов прислухалася, що скаже серце, як погодиться з думкою…</w:t>
      </w:r>
    </w:p>
    <w:p>
      <w:r>
        <w:br/>
        <w:t>"Господи! — думав Хома. — Чого ті голодні ввижаються мені сьогодні? Може, се мана яка? Воно годило б ся запомогти, бо ситий голодному не вірить, як кажуть, а з миру по нитці — голому сорочку. Кортить мені сказати щось бабі, так боюся… Вона вже й так лиха на мене за того п’ятизлотника… А може, сказати?.."</w:t>
      </w:r>
    </w:p>
    <w:p>
      <w:r>
        <w:br/>
        <w:t>— Химо! — насмілився Хома. — Ти спиш?</w:t>
      </w:r>
    </w:p>
    <w:p>
      <w:r>
        <w:br/>
        <w:t>— Ні, чогось мене сон не бере… — І я не засну… верзеться всячина… голодні ввижаються, з тих країв, де голод…</w:t>
      </w:r>
    </w:p>
    <w:p>
      <w:r>
        <w:br/>
        <w:t>— Се справді! Й мені вони на думці вертяться… Мабуть, горюють там, бідолашні?!</w:t>
      </w:r>
    </w:p>
    <w:p>
      <w:r>
        <w:br/>
        <w:t>— Атож! Знаєш що, Химо? Я думаю…</w:t>
      </w:r>
    </w:p>
    <w:p>
      <w:r>
        <w:br/>
        <w:t>— Про п’ятизлотника?</w:t>
      </w:r>
    </w:p>
    <w:p>
      <w:r>
        <w:br/>
        <w:t>— Еге ж… якби нам його… теє… в карнавку…</w:t>
      </w:r>
    </w:p>
    <w:p>
      <w:r>
        <w:br/>
        <w:t>Хима не відповідала. В хаті стало тихо; Хома чув, як калатало його серце, бо він трохи налякавсь своєї сміливості.</w:t>
      </w:r>
    </w:p>
    <w:p>
      <w:r>
        <w:br/>
        <w:t>— Віддамо… Як має піти на що інше, хай лучче йде на голодних. Завтра віднесу до церкви.</w:t>
      </w:r>
    </w:p>
    <w:p>
      <w:r>
        <w:br/>
        <w:t>— Отак краще! — вільніше відітхнув Хома.</w:t>
      </w:r>
    </w:p>
    <w:p>
      <w:r>
        <w:br/>
        <w:t>Старі помовчали, затхнули глибоко, а трохи згодом заснули.</w:t>
      </w:r>
    </w:p>
    <w:p>
      <w:r>
        <w:br/>
        <w:t>Другого дня, зібравшись до церкви, Хима відчинила скриню, вийняла ганчірку з п’ятизлотником, розгорнула її, оглянула свій скарб, що тридцять літ ховала, як око, і знов загорнула, її руки мимохіть зробили рух до скрині, але вона спішно підняла їх і сховала вузлик у пазуху.</w:t>
      </w:r>
    </w:p>
    <w:p>
      <w:r>
        <w:br/>
        <w:t>Після служби божої Хима наблизилась до карнавки, нешвидко добула з ганчірки п’ятизлотник, потримала його в руці й укинула в карнавку.</w:t>
      </w:r>
    </w:p>
    <w:p>
      <w:r>
        <w:br/>
        <w:t>Цок!..</w:t>
      </w:r>
    </w:p>
    <w:p>
      <w:r>
        <w:br/>
        <w:t>Довгу хвилину стояла Хима перед карнавкою, слухаючи, як той згук "білих грошей" лунав в її ухах, але на серці в неї стало і радісно, і весело, мов на Великдень.</w:t>
      </w:r>
    </w:p>
    <w:p>
      <w:r>
        <w:br/>
        <w:t>Перехрестившись до образів, Хима неспішною ходою подалась додому…</w:t>
      </w:r>
    </w:p>
    <w:p>
      <w:r>
        <w:br/>
        <w:t>***</w:t>
      </w:r>
    </w:p>
    <w:p>
      <w:r>
        <w:br/>
        <w:t>Того ж таки дня піп виймав гроші з карнавки. Побачивши межи мідяками срібний п’ятизлотник, він немало здивувався.</w:t>
      </w:r>
    </w:p>
    <w:p>
      <w:r>
        <w:br/>
        <w:t>— Дивіться, — казав він, розглядаючи старі гроші, — а я й не знав, що межи моїми парафіянами є такі багатирі!..</w:t>
      </w:r>
    </w:p>
    <w:p>
      <w:r>
        <w:br/>
        <w:t>29 лютого 1892, с. Лопатинці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П’ятизлотник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