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</w:t>
      </w:r>
    </w:p>
    <w:p>
      <w:r>
        <w:br/>
        <w:t xml:space="preserve"> ПРЕСЛІВ’Я</w:t>
      </w:r>
    </w:p>
    <w:p>
      <w:r>
        <w:br/>
        <w:t>Спив до дна я прикрий келих&lt;br /&gt;</w:t>
        <w:br/>
        <w:t>За здоров’я долі,&lt;br /&gt;</w:t>
        <w:br/>
        <w:t>І з похмілля моє серце&lt;br /&gt;</w:t>
        <w:br/>
        <w:t>Розривають болі.&lt;br /&gt;</w:t>
        <w:br/>
        <w:t>Нащо ж, мила, мої думи,&lt;br /&gt;</w:t>
        <w:br/>
        <w:t>Нащо твої чари,&lt;br /&gt;</w:t>
        <w:br/>
        <w:t>Коли з ними враз по серцю&lt;br /&gt;</w:t>
        <w:br/>
        <w:t>Бродять чорні хмари?&lt;br /&gt;</w:t>
        <w:br/>
        <w:t>Правда, мило мені було,&lt;br /&gt;</w:t>
        <w:br/>
        <w:t>Як ти обіймала&lt;br /&gt;</w:t>
        <w:br/>
        <w:t>І опущене покрів’я&lt;br /&gt;</w:t>
        <w:br/>
        <w:t>З думки підіймала&lt;br /&gt;</w:t>
        <w:br/>
        <w:t>І на розум накидала, —&lt;br /&gt;</w:t>
        <w:br/>
        <w:t>Правда, мило було!..&lt;br /&gt;</w:t>
        <w:br/>
        <w:t>Моє серце в цілім морі&lt;br /&gt;</w:t>
        <w:br/>
        <w:t>Розкоші тонуло.&lt;br /&gt;</w:t>
        <w:br/>
        <w:t>Я забув про все на світі,&lt;br /&gt;</w:t>
        <w:br/>
        <w:t>На все не вважав-єм,&lt;br /&gt;</w:t>
        <w:br/>
        <w:t>Я й себе забув самого,&lt;br /&gt;</w:t>
        <w:br/>
        <w:t>Мало пам’ятав-єм.&lt;br /&gt;</w:t>
        <w:br/>
        <w:t>Спам’ятався — а ти щезла…&lt;br /&gt;</w:t>
        <w:br/>
        <w:t>Розум холодіє,&lt;br /&gt;</w:t>
        <w:br/>
        <w:t>Лиш нещасна моя думка&lt;br /&gt;</w:t>
        <w:br/>
        <w:t>Росте та повніє.&lt;br /&gt;</w:t>
        <w:br/>
        <w:t>В якім смутку, в якім жалю&lt;br /&gt;</w:t>
        <w:br/>
        <w:t>З нею я блукаю,&lt;br /&gt;</w:t>
        <w:br/>
        <w:t>В яких болях на чужині&lt;br /&gt;</w:t>
        <w:br/>
        <w:t>На світ породжаю.&lt;br /&gt;</w:t>
        <w:br/>
        <w:t>Породжаю, оглядаю…&lt;br /&gt;</w:t>
        <w:br/>
        <w:t>Мила моя, мила,&lt;br /&gt;</w:t>
        <w:br/>
        <w:t>Чи ти мене, моя мила,&lt;br /&gt;</w:t>
        <w:br/>
        <w:t>Не щиро любила?&lt;br /&gt;</w:t>
        <w:br/>
        <w:t>Чи я тебе, моя мила,&lt;br /&gt;</w:t>
        <w:br/>
        <w:t>Не любив, як треба?&lt;br /&gt;</w:t>
        <w:br/>
        <w:t>Чи то мені така доля&lt;br /&gt;</w:t>
        <w:br/>
        <w:t>Випала із неба?&lt;br /&gt;</w:t>
        <w:br/>
        <w:t>Чого ж дума така пишна,&lt;br /&gt;</w:t>
        <w:br/>
        <w:t>Чого ж слово бідне?&lt;br /&gt;</w:t>
        <w:br/>
        <w:t>Дитя моє недоспіле,&lt;br /&gt;</w:t>
        <w:br/>
        <w:t>Дитя моє рідне!&lt;br /&gt;</w:t>
        <w:br/>
        <w:t>Згубив би я тебе разом,&lt;br /&gt;</w:t>
        <w:br/>
        <w:t>Як Час свого сина,&lt;br /&gt;</w:t>
        <w:br/>
        <w:t>Але, може, тебе прийме&lt;br /&gt;</w:t>
        <w:br/>
        <w:t>Мати Україна!&lt;br /&gt;</w:t>
        <w:br/>
        <w:t>Петрополь, 10.VII 1859</w:t>
      </w:r>
    </w:p>
    <w:p>
      <w:r>
        <w:br/>
        <w:t>СИРОТИНА Я БЕЗРОДНИЙ...</w:t>
      </w:r>
    </w:p>
    <w:p>
      <w:r>
        <w:br/>
        <w:t>Сиротина я безродний,&lt;br /&gt;</w:t>
        <w:br/>
        <w:t>Десь загину в чужині —&lt;br /&gt;</w:t>
        <w:br/>
        <w:t>І ніхто очей холодних&lt;br /&gt;</w:t>
        <w:br/>
        <w:t>Не закриє там мені.&lt;br /&gt;</w:t>
        <w:br/>
        <w:t>І нерідною рукою&lt;br /&gt;</w:t>
        <w:br/>
        <w:t>Буду в землю я зарит,&lt;br /&gt;</w:t>
        <w:br/>
        <w:t>І тепленькою сльозою&lt;br /&gt;</w:t>
        <w:br/>
        <w:t>Ніхто хроба не зросить…&lt;br /&gt;</w:t>
        <w:br/>
        <w:t>4 мая 1852 года</w:t>
      </w:r>
    </w:p>
    <w:p>
      <w:r>
        <w:br/>
        <w:t>ТИ НЕ МОЯ</w:t>
      </w:r>
    </w:p>
    <w:p>
      <w:r>
        <w:br/>
        <w:t>Ти не моя, дівчино дорогая!&lt;br /&gt;</w:t>
        <w:br/>
        <w:t>І не мені краса твоя;&lt;br /&gt;</w:t>
        <w:br/>
        <w:t>Віщує думонька смутная,&lt;br /&gt;</w:t>
        <w:br/>
        <w:t>Що ти, дівчино, не моя!&lt;br /&gt;</w:t>
        <w:br/>
        <w:t>Ти не моя! За личко гарне&lt;br /&gt;</w:t>
        <w:br/>
        <w:t>Справляє хтось колодія…&lt;br /&gt;</w:t>
        <w:br/>
        <w:t>Мої ж літа проходять марне,&lt;br /&gt;</w:t>
        <w:br/>
        <w:t>Бо ти, дівчино, не моя!..&lt;br /&gt;</w:t>
        <w:br/>
        <w:t>Ти не моя!.. І брови чорні&lt;br /&gt;</w:t>
        <w:br/>
        <w:t>Милує інший, а не я,&lt;br /&gt;</w:t>
        <w:br/>
        <w:t>І інший хтось тебе пригорне,&lt;br /&gt;</w:t>
        <w:br/>
        <w:t>А ти, дівчино, не моя!..&lt;br /&gt;</w:t>
        <w:br/>
        <w:t>Ти не моя, голубка сива!..&lt;br /&gt;</w:t>
        <w:br/>
        <w:t>Щаслива доленька твоя,&lt;br /&gt;</w:t>
        <w:br/>
        <w:t>Моя же доля нещаслива,&lt;br /&gt;</w:t>
        <w:br/>
        <w:t>Бо ти, дівчино, не моя!..&lt;br /&gt;</w:t>
        <w:br/>
        <w:t>Ти не моя! Но що ж я маю?&lt;br /&gt;</w:t>
        <w:br/>
        <w:t>Чим похвалюсь тобі і я?&lt;br /&gt;</w:t>
        <w:br/>
        <w:t>Хіба лиш тим, що тя кохаю;&lt;br /&gt;</w:t>
        <w:br/>
        <w:t>Но ти, дівчино, не моя!..</w:t>
      </w:r>
    </w:p>
    <w:p>
      <w:r>
        <w:br/>
        <w:t>МЕНЕ ЗАБУДЬ, МОЯ ДІВЧИНО!...</w:t>
      </w:r>
    </w:p>
    <w:p>
      <w:r>
        <w:br/>
        <w:t>Мене забудь, моя дівчино!&lt;br /&gt;</w:t>
        <w:br/>
        <w:t>Спокійно жий, щаслива будь,&lt;br /&gt;</w:t>
        <w:br/>
        <w:t>Цвіти хоть рожой, хоть калиной, —&lt;br /&gt;</w:t>
        <w:br/>
        <w:t>Мене забудь, мене забудь!..&lt;br /&gt;</w:t>
        <w:br/>
        <w:t>Мене забудь — і тяжким смутком&lt;br /&gt;</w:t>
        <w:br/>
        <w:t>Не розбивай біленьку грудь:&lt;br /&gt;</w:t>
        <w:br/>
        <w:t>Шукай собі коханка хутко,&lt;br /&gt;</w:t>
        <w:br/>
        <w:t>Мене забудь, мене забудь!..&lt;br /&gt;</w:t>
        <w:br/>
        <w:t>Мене забудь, мене не треба!&lt;br /&gt;</w:t>
        <w:br/>
        <w:t>Та якби я коли-небудь&lt;br /&gt;</w:t>
        <w:br/>
        <w:t>Тебе забув… — о боже з неба,&lt;br /&gt;</w:t>
        <w:br/>
        <w:t>Мене забудь, мене забудь!..&lt;br /&gt;</w:t>
        <w:br/>
        <w:t>19 февраля</w:t>
      </w:r>
    </w:p>
    <w:p>
      <w:r>
        <w:br/>
        <w:t>ПІСНЯ</w:t>
      </w:r>
    </w:p>
    <w:p>
      <w:r>
        <w:br/>
        <w:t>Не дивуйтесь, добрі люди,&lt;br /&gt;</w:t>
        <w:br/>
        <w:t>Добрі люди, ви, сусіди,&lt;br /&gt;</w:t>
        <w:br/>
        <w:t>Що задумуюсь між вами,&lt;br /&gt;</w:t>
        <w:br/>
        <w:t>Що журюся я завсігди.&lt;br /&gt;</w:t>
        <w:br/>
        <w:t>Літа мої молодії…&lt;br /&gt;</w:t>
        <w:br/>
        <w:t>Що ж по тому? Що ж по тому,&lt;br /&gt;</w:t>
        <w:br/>
        <w:t>Як без щастя, як без долі&lt;br /&gt;</w:t>
        <w:br/>
        <w:t>Жити в світі молодому?&lt;br /&gt;</w:t>
        <w:br/>
        <w:t>Моє щастя за горами,&lt;br /&gt;</w:t>
        <w:br/>
        <w:t>Може, другим помагає.&lt;br /&gt;</w:t>
        <w:br/>
        <w:t>Моя доля враз з Дунаєм&lt;br /&gt;</w:t>
        <w:br/>
        <w:t>В синє море упливає.&lt;br /&gt;</w:t>
        <w:br/>
        <w:t>Життя моє! Життя моє!&lt;br /&gt;</w:t>
        <w:br/>
        <w:t>Ти — покошеная нива.&lt;br /&gt;</w:t>
        <w:br/>
        <w:t>Не зосталась, не пригнулась&lt;br /&gt;</w:t>
        <w:br/>
        <w:t>Жадна квіточка щаслива.&lt;br /&gt;</w:t>
        <w:br/>
        <w:t>Серце сохне, серце чахне,&lt;br /&gt;</w:t>
        <w:br/>
        <w:t>Душа рада в холодочок;&lt;br /&gt;</w:t>
        <w:br/>
        <w:t>Но де гляну, подивлюся —&lt;br /&gt;</w:t>
        <w:br/>
        <w:t>Тільки камінь та пісочок.&lt;br /&gt;</w:t>
        <w:br/>
        <w:t>Серце сохне, серце чахне,&lt;br /&gt;</w:t>
        <w:br/>
        <w:t>Як в полі билина тая,&lt;br /&gt;</w:t>
        <w:br/>
        <w:t>Поки його не пригорне&lt;br /&gt;</w:t>
        <w:br/>
        <w:t>Де могила сировая.&lt;br /&gt;</w:t>
        <w:br/>
        <w:t>І пригорне могилонька!..&lt;br /&gt;</w:t>
        <w:br/>
        <w:t>Хто ж рідненький там заплаче?&lt;br /&gt;</w:t>
        <w:br/>
        <w:t>Хіба ворон чорнокрилий,&lt;br /&gt;</w:t>
        <w:br/>
        <w:t>Пролітаючи, закряче!..&lt;br /&gt;</w:t>
        <w:br/>
        <w:t>І пригорне могилонька!..&lt;br /&gt;</w:t>
        <w:br/>
        <w:t>Хто ж за мене спогадає?&lt;br /&gt;</w:t>
        <w:br/>
        <w:t>Як подумаю за сеє,&lt;br /&gt;</w:t>
        <w:br/>
        <w:t>З жалю серце розпукає…&lt;br /&gt;</w:t>
        <w:br/>
        <w:t>Не дивуйтесь же ви, люди,&lt;br /&gt;</w:t>
        <w:br/>
        <w:t>Не дивуйтесь ви, сусіди,&lt;br /&gt;</w:t>
        <w:br/>
        <w:t>Що задумуюсь між вами,&lt;br /&gt;</w:t>
        <w:br/>
        <w:t>Що журюся я завсігди!&lt;br /&gt;</w:t>
        <w:br/>
        <w:t>29 июня 1854 года.&lt;br /&gt;</w:t>
        <w:br/>
        <w:t>Кам[енец]-Подол[ьский]</w:t>
      </w:r>
    </w:p>
    <w:p>
      <w:r>
        <w:br/>
        <w:t>ПОВІЙ, ВІТРЕ, НА ВКРАЇНУ...</w:t>
      </w:r>
    </w:p>
    <w:p>
      <w:r>
        <w:br/>
        <w:t>Повій, вітре, на Вкраїну,&lt;br /&gt;</w:t>
        <w:br/>
        <w:t>Де покинув я дівчину,&lt;br /&gt;</w:t>
        <w:br/>
        <w:t>Де покинув чорні очі…&lt;br /&gt;</w:t>
        <w:br/>
        <w:t>Повій, вітре, з полуночі.&lt;br /&gt;</w:t>
        <w:br/>
        <w:t>Між ярами там долина,&lt;br /&gt;</w:t>
        <w:br/>
        <w:t>Там біленькая хатина,&lt;br /&gt;</w:t>
        <w:br/>
        <w:t>В тій хатині голубонька,&lt;br /&gt;</w:t>
        <w:br/>
        <w:t>Голубонька-дівчинонька.&lt;br /&gt;</w:t>
        <w:br/>
        <w:t>Повій, вітре, до схід сонця,&lt;br /&gt;</w:t>
        <w:br/>
        <w:t>До схід сонця, край віконця.&lt;br /&gt;</w:t>
        <w:br/>
        <w:t>Край віконця постіль біла,&lt;br /&gt;</w:t>
        <w:br/>
        <w:t>Постіль біла, дівча миле.&lt;br /&gt;</w:t>
        <w:br/>
        <w:t>Зупинися нишком-тишком&lt;br /&gt;</w:t>
        <w:br/>
        <w:t>Над рум'яним білим личком,&lt;br /&gt;</w:t>
        <w:br/>
        <w:t>Над тим личком зупинися,&lt;br /&gt;</w:t>
        <w:br/>
        <w:t>Чи спить мила — подивися.&lt;br /&gt;</w:t>
        <w:br/>
        <w:t>Як спить мила, не збудилась —&lt;br /&gt;</w:t>
        <w:br/>
        <w:t>Нагадай їй, з ким любилась,&lt;br /&gt;</w:t>
        <w:br/>
        <w:t>З ким любилась і кохалась&lt;br /&gt;</w:t>
        <w:br/>
        <w:t>І кохати присягалась…&lt;br /&gt;</w:t>
        <w:br/>
        <w:t>Як заб'ється їй серденько,&lt;br /&gt;</w:t>
        <w:br/>
        <w:t>Як дівча зітхне тяженько,&lt;br /&gt;</w:t>
        <w:br/>
        <w:t>Як заплачуть чорні очі,&lt;br /&gt;</w:t>
        <w:br/>
        <w:t>Вертай, вітре, к полуночі.&lt;br /&gt;</w:t>
        <w:br/>
        <w:t>А як мене позабула,&lt;br /&gt;</w:t>
        <w:br/>
        <w:t>Як нелюба пригорнула —&lt;br /&gt;</w:t>
        <w:br/>
        <w:t>Ти розвійся край долині,&lt;br /&gt;</w:t>
        <w:br/>
        <w:t>Не вертайся з України…&lt;br /&gt;</w:t>
        <w:br/>
        <w:t>Вітер віє, вітер віє;&lt;br /&gt;</w:t>
        <w:br/>
        <w:t>Серце тужить, серце мліє…&lt;br /&gt;</w:t>
        <w:br/>
        <w:t>Вітер віє, не вертає,&lt;br /&gt;</w:t>
        <w:br/>
        <w:t>Серце з жалю замирає.</w:t>
      </w:r>
    </w:p>
    <w:p>
      <w:r>
        <w:br/>
        <w:t>НЕ ЗНАЄШ ТИ ГОРЯ...</w:t>
      </w:r>
    </w:p>
    <w:p>
      <w:r>
        <w:br/>
        <w:t>1</w:t>
      </w:r>
    </w:p>
    <w:p>
      <w:r>
        <w:br/>
        <w:t>Не знаєш ти горя,&lt;br /&gt;</w:t>
        <w:br/>
        <w:t>Не відаєш жалю, —&lt;br /&gt;</w:t>
        <w:br/>
        <w:t>Щасливий ти, дядьку&lt;br /&gt;</w:t>
        <w:br/>
        <w:t>Прохоре-ковалю!&lt;br /&gt;</w:t>
        <w:br/>
        <w:t>Заліза пудами&lt;br /&gt;</w:t>
        <w:br/>
        <w:t>І начиння маєш,&lt;br /&gt;</w:t>
        <w:br/>
        <w:t>Сядеш у світлиці —&lt;br /&gt;</w:t>
        <w:br/>
        <w:t>Думоньку гадаєш.&lt;br /&gt;</w:t>
        <w:br/>
        <w:t>І гадаєш думу:&lt;br /&gt;</w:t>
        <w:br/>
        <w:t>Скільки пудів взяти,&lt;br /&gt;</w:t>
        <w:br/>
        <w:t>Щоб, на диво світу,&lt;br /&gt;</w:t>
        <w:br/>
        <w:t>Штабу ізкувати.&lt;br /&gt;</w:t>
        <w:br/>
        <w:t>І вдруг твої слуги&lt;br /&gt;</w:t>
        <w:br/>
        <w:t>Вугля насипають,&lt;br /&gt;</w:t>
        <w:br/>
        <w:t>Широкії міхи&lt;br /&gt;</w:t>
        <w:br/>
        <w:t>Вогонь роздувають.&lt;br /&gt;</w:t>
        <w:br/>
        <w:t>Горить чорне вугля,&lt;br /&gt;</w:t>
        <w:br/>
        <w:t>Горить, не згасає,&lt;br /&gt;</w:t>
        <w:br/>
        <w:t>Залізо калиться,&lt;br /&gt;</w:t>
        <w:br/>
        <w:t>Іскри розсипає.&lt;br /&gt;</w:t>
        <w:br/>
        <w:t>Залізо збіліло —&lt;br /&gt;</w:t>
        <w:br/>
        <w:t>Хватаєш кліщами,&lt;br /&gt;</w:t>
        <w:br/>
        <w:t>Кладеш на ковадло,&lt;br /&gt;</w:t>
        <w:br/>
        <w:t>Вариш молотками.&lt;br /&gt;</w:t>
        <w:br/>
        <w:t>І готова штаба,&lt;br /&gt;</w:t>
        <w:br/>
        <w:t>І не маєш. Жалю…&lt;br /&gt;</w:t>
        <w:br/>
        <w:t>Щасливий ти, дядьку&lt;br /&gt;</w:t>
        <w:br/>
        <w:t>Прохоре-ковалю!</w:t>
      </w:r>
    </w:p>
    <w:p>
      <w:r>
        <w:br/>
        <w:t>2</w:t>
      </w:r>
    </w:p>
    <w:p>
      <w:r>
        <w:br/>
        <w:t>Пішов і я, дядьку,&lt;br /&gt;</w:t>
        <w:br/>
        <w:t>Від батька на волю:&lt;br /&gt;</w:t>
        <w:br/>
        <w:t>Сиджу на чужині&lt;br /&gt;</w:t>
        <w:br/>
        <w:t>Кую свою долю.&lt;br /&gt;</w:t>
        <w:br/>
        <w:t>Заліза і сталі&lt;br /&gt;</w:t>
        <w:br/>
        <w:t>Я не покупаю,&lt;br /&gt;</w:t>
        <w:br/>
        <w:t>Начиння і кузню&lt;br /&gt;</w:t>
        <w:br/>
        <w:t>Свою рідну маю.&lt;br /&gt;</w:t>
        <w:br/>
        <w:t>Сильні міхи дують,&lt;br /&gt;</w:t>
        <w:br/>
        <w:t>Залізо біліє;&lt;br /&gt;</w:t>
        <w:br/>
        <w:t>Кладу на ковадло —&lt;br /&gt;</w:t>
        <w:br/>
        <w:t>Рука мені мліє.&lt;br /&gt;</w:t>
        <w:br/>
        <w:t>І тяжко, і важко&lt;br /&gt;</w:t>
        <w:br/>
        <w:t>Молот підіймати,&lt;br /&gt;</w:t>
        <w:br/>
        <w:t>Бо нікому, видно,&lt;br /&gt;</w:t>
        <w:br/>
        <w:t>Мені помагати.&lt;br /&gt;</w:t>
        <w:br/>
        <w:t>Підійму я молот,&lt;br /&gt;</w:t>
        <w:br/>
        <w:t>По залізу вдарю,&lt;br /&gt;</w:t>
        <w:br/>
        <w:t>Но штабу до штаби&lt;br /&gt;</w:t>
        <w:br/>
        <w:t>Ніяк не приварю.&lt;br /&gt;</w:t>
        <w:br/>
        <w:t>Та як приварити:&lt;br /&gt;</w:t>
        <w:br/>
        <w:t>Піску я не маю.&lt;br /&gt;</w:t>
        <w:br/>
        <w:t>І сяду я з горя,&lt;br /&gt;</w:t>
        <w:br/>
        <w:t>Думоньку гадаю.&lt;br /&gt;</w:t>
        <w:br/>
        <w:t>І гадаю думу:&lt;br /&gt;</w:t>
        <w:br/>
        <w:t>Ой боже мій, боже!&lt;br /&gt;</w:t>
        <w:br/>
        <w:t>До кого я вдамся?&lt;br /&gt;</w:t>
        <w:br/>
        <w:t>Хто мені поможе?</w:t>
      </w:r>
    </w:p>
    <w:p>
      <w:r>
        <w:br/>
        <w:t>3</w:t>
      </w:r>
    </w:p>
    <w:p>
      <w:r>
        <w:br/>
        <w:t>Піду я до батька,&lt;br /&gt;</w:t>
        <w:br/>
        <w:t>До рідної неньки…&lt;br /&gt;</w:t>
        <w:br/>
        <w:t>"Но, батьку мій, батьку,&lt;br /&gt;</w:t>
        <w:br/>
        <w:t>Голубе сивенький!&lt;br /&gt;</w:t>
        <w:br/>
        <w:t>Шістнадцять літ руки&lt;br /&gt;</w:t>
        <w:br/>
        <w:t>На кого робили?&lt;br /&gt;</w:t>
        <w:br/>
        <w:t>Чи ж ти іще досі&lt;br /&gt;</w:t>
        <w:br/>
        <w:t>Не виробив сили?"&lt;br /&gt;</w:t>
        <w:br/>
        <w:t>А брати молодші,&lt;br /&gt;</w:t>
        <w:br/>
        <w:t>Сестра моя рідна —&lt;br /&gt;</w:t>
        <w:br/>
        <w:t>До кого пригнеться&lt;br /&gt;</w:t>
        <w:br/>
        <w:t>Головка їх бідна?&lt;br /&gt;</w:t>
        <w:br/>
        <w:t>І німіє серце,&lt;br /&gt;</w:t>
        <w:br/>
        <w:t>І не зношу жалю, —&lt;br /&gt;</w:t>
        <w:br/>
        <w:t>Вдаюся до тебе,&lt;br /&gt;</w:t>
        <w:br/>
        <w:t>Прохоре-ковалю.&lt;br /&gt;</w:t>
        <w:br/>
        <w:t>Прохоре-ковалю,&lt;br /&gt;</w:t>
        <w:br/>
        <w:t>Моя ти родина,&lt;br /&gt;</w:t>
        <w:br/>
        <w:t>Я гину в чужині,&lt;br /&gt;</w:t>
        <w:br/>
        <w:t>Як тая билина.&lt;br /&gt;</w:t>
        <w:br/>
        <w:t>Я гину, а міг би&lt;br /&gt;</w:t>
        <w:br/>
        <w:t>Ще силоньку мати&lt;br /&gt;</w:t>
        <w:br/>
        <w:t>І не даром землю&lt;br /&gt;</w:t>
        <w:br/>
        <w:t>Сирову топтати.&lt;br /&gt;</w:t>
        <w:br/>
        <w:t>Поможи, Прохоре,&lt;br /&gt;</w:t>
        <w:br/>
        <w:t>На долю хорошу;&lt;br /&gt;</w:t>
        <w:br/>
        <w:t>Рублів п'ятьдесят лиш&lt;br /&gt;</w:t>
        <w:br/>
        <w:t>У тебе я прошу.&lt;br /&gt;</w:t>
        <w:br/>
        <w:t>Рублів п'ятьдесят лиш,&lt;br /&gt;</w:t>
        <w:br/>
        <w:t>А більше не треба;&lt;br /&gt;</w:t>
        <w:br/>
        <w:t>Пошле тобі господь&lt;br /&gt;</w:t>
        <w:br/>
        <w:t>Сто раз більше з неба.</w:t>
      </w:r>
    </w:p>
    <w:p>
      <w:r>
        <w:br/>
        <w:t>4</w:t>
      </w:r>
    </w:p>
    <w:p>
      <w:r>
        <w:br/>
        <w:t>Будь спокійний, дядьку,&lt;br /&gt;</w:t>
        <w:br/>
        <w:t>Я тебе впевняю:&lt;br /&gt;</w:t>
        <w:br/>
        <w:t>Не пущу їх марне&lt;br /&gt;</w:t>
        <w:br/>
        <w:t>І не прогуляю.&lt;br /&gt;</w:t>
        <w:br/>
        <w:t>Не пущу їх марне&lt;br /&gt;</w:t>
        <w:br/>
        <w:t>І не прогайную,&lt;br /&gt;</w:t>
        <w:br/>
        <w:t>Складу на науку&lt;br /&gt;</w:t>
        <w:br/>
        <w:t>Свою дорогую.&lt;br /&gt;</w:t>
        <w:br/>
        <w:t>І як господь зволить&lt;br /&gt;</w:t>
        <w:br/>
        <w:t>Кілька літ нам дати,&lt;br /&gt;</w:t>
        <w:br/>
        <w:t>Віддам тобі гроші,&lt;br /&gt;</w:t>
        <w:br/>
        <w:t>Як захочеш взяти.&lt;br /&gt;</w:t>
        <w:br/>
        <w:t>Но як, не дай, боже,&lt;br /&gt;</w:t>
        <w:br/>
        <w:t>Згину на чужині,&lt;br /&gt;</w:t>
        <w:br/>
        <w:t>Зумилосердися&lt;br /&gt;</w:t>
        <w:br/>
        <w:t>На моїй родині!&lt;br /&gt;</w:t>
        <w:br/>
        <w:t>На моїй родині&lt;br /&gt;</w:t>
        <w:br/>
        <w:t>Ти змилосердися,&lt;br /&gt;</w:t>
        <w:br/>
        <w:t>А за мою душу&lt;br /&gt;</w:t>
        <w:br/>
        <w:t>Богу помолися.&lt;br /&gt;</w:t>
        <w:br/>
        <w:t>Тим часом, ковалю,&lt;br /&gt;</w:t>
        <w:br/>
        <w:t>Здоров зоставайся.&lt;br /&gt;</w:t>
        <w:br/>
        <w:t>Пришли, не скупися&lt;br /&gt;</w:t>
        <w:br/>
        <w:t>Довго не вагайся.&lt;br /&gt;</w:t>
        <w:br/>
        <w:t>Довго не вагайся,&lt;br /&gt;</w:t>
        <w:br/>
        <w:t>Не завдавай жалю,&lt;br /&gt;</w:t>
        <w:br/>
        <w:t>Бо й так мені горе,&lt;br /&gt;</w:t>
        <w:br/>
        <w:t>Прохоре-ковалю!..&lt;br /&gt;</w:t>
        <w:br/>
        <w:t>21.V 1857</w:t>
      </w:r>
    </w:p>
    <w:p>
      <w:r>
        <w:br/>
        <w:t>НАД КОЛИСКОЮ</w:t>
      </w:r>
    </w:p>
    <w:p>
      <w:r>
        <w:br/>
        <w:t>Спи, дитя моє, ти — життя моє!&lt;br /&gt;</w:t>
        <w:br/>
        <w:t>Спи, дитя моє красне!&lt;br /&gt;</w:t>
        <w:br/>
        <w:t>Поки сонечко не запалиться,&lt;br /&gt;</w:t>
        <w:br/>
        <w:t>Поки місяць не згасне!..&lt;br /&gt;</w:t>
        <w:br/>
        <w:t>Спи, дитя моє, ти — життя моє!&lt;br /&gt;</w:t>
        <w:br/>
        <w:t>Тілько щастя і долі!&lt;br /&gt;</w:t>
        <w:br/>
        <w:t>Будеш цілий вік, як той чорний віл,&lt;br /&gt;</w:t>
        <w:br/>
        <w:t>У ярмі і неволі!&lt;br /&gt;</w:t>
        <w:br/>
        <w:t>Тілько губонька залепечеться,&lt;br /&gt;</w:t>
        <w:br/>
        <w:t>Слаба ніженька стане,&lt;br /&gt;</w:t>
        <w:br/>
        <w:t>Слаба рученька перехреститься —&lt;br /&gt;</w:t>
        <w:br/>
        <w:t>Твоє горе настане.&lt;br /&gt;</w:t>
        <w:br/>
        <w:t>Не підеш з дітьми, не побавишся&lt;br /&gt;</w:t>
        <w:br/>
        <w:t>На пуховім пісочку,&lt;br /&gt;</w:t>
        <w:br/>
        <w:t>Не прийдеш сюда, не положишся,&lt;br /&gt;</w:t>
        <w:br/>
        <w:t>Не заснеш в холодочку!..&lt;br /&gt;</w:t>
        <w:br/>
        <w:t>Не з дітьми підеш — панську череду&lt;br /&gt;</w:t>
        <w:br/>
        <w:t>Поженеш ти на поле!..&lt;br /&gt;</w:t>
        <w:br/>
        <w:t>Не пісок м'який — стерня острая&lt;br /&gt;</w:t>
        <w:br/>
        <w:t>Босі ноги наколе!..&lt;br /&gt;</w:t>
        <w:br/>
        <w:t>І від сонечка не сховаєшся&lt;br /&gt;</w:t>
        <w:br/>
        <w:t>За відорану скибу;&lt;br /&gt;</w:t>
        <w:br/>
        <w:t>Зав'ялить тебе в полі сонечко,&lt;br /&gt;</w:t>
        <w:br/>
        <w:t>Як ту в'ялую рибу!..&lt;br /&gt;</w:t>
        <w:br/>
        <w:t>І не раз сльоза із очей спаде&lt;br /&gt;</w:t>
        <w:br/>
        <w:t>На запалені груди,&lt;br /&gt;</w:t>
        <w:br/>
        <w:t>І сльозу твою тілько бог їден&lt;br /&gt;</w:t>
        <w:br/>
        <w:t>З неба видіти буде!&lt;br /&gt;</w:t>
        <w:br/>
        <w:t>Станеш хлопцем ти, станеш парубком,&lt;br /&gt;</w:t>
        <w:br/>
        <w:t>Тобі все їдна доля:&lt;br /&gt;</w:t>
        <w:br/>
        <w:t>Череда мине, найде панщина —&lt;br /&gt;</w:t>
        <w:br/>
        <w:t>Їдна й тая ж неволя.&lt;br /&gt;</w:t>
        <w:br/>
        <w:t>І що божий день осавула йде:&lt;br /&gt;</w:t>
        <w:br/>
        <w:t>Ти вставай до роботи!..&lt;br /&gt;</w:t>
        <w:br/>
        <w:t>Ти вставай, роби від неділеньки&lt;br /&gt;</w:t>
        <w:br/>
        <w:t>До самої суботи…&lt;br /&gt;</w:t>
        <w:br/>
        <w:t>І що божий день будеш до світа&lt;br /&gt;</w:t>
        <w:br/>
        <w:t>До роботи вставати;&lt;br /&gt;</w:t>
        <w:br/>
        <w:t>Свою силоньку ні собі, ні мні,&lt;br /&gt;</w:t>
        <w:br/>
        <w:t>А панам виробляти.&lt;br /&gt;</w:t>
        <w:br/>
        <w:t>А там панові не вподобався,&lt;br /&gt;</w:t>
        <w:br/>
        <w:t>Писарині якому, —&lt;br /&gt;</w:t>
        <w:br/>
        <w:t>Ноги здибають, руки спутають&lt;br /&gt;</w:t>
        <w:br/>
        <w:t>І звезуть до прийому.&lt;br /&gt;</w:t>
        <w:br/>
        <w:t>Станеш голий ти у присутствії,&lt;br /&gt;</w:t>
        <w:br/>
        <w:t>Як родила тя мати…&lt;br /&gt;</w:t>
        <w:br/>
        <w:t>І зачнуть тебе пани з дохтором,&lt;br /&gt;</w:t>
        <w:br/>
        <w:t>Мов коня, оглядати!..&lt;br /&gt;</w:t>
        <w:br/>
        <w:t>І забриють лоб — і до церкви враз,&lt;br /&gt;</w:t>
        <w:br/>
        <w:t>Там присягу прокажуть;&lt;br /&gt;</w:t>
        <w:br/>
        <w:t>У мундир вберуть, оружжо дадуть,&lt;br /&gt;</w:t>
        <w:br/>
        <w:t>Світ навіки зав'яжуть!&lt;br /&gt;</w:t>
        <w:br/>
        <w:t>Поженуть тебе в чужу сторону,&lt;br /&gt;</w:t>
        <w:br/>
        <w:t>І зачнуть муштрувати,&lt;br /&gt;</w:t>
        <w:br/>
        <w:t>І приказ дадуть — мову рідную&lt;br /&gt;</w:t>
        <w:br/>
        <w:t>На чужую зламати…&lt;br /&gt;</w:t>
        <w:br/>
        <w:t>І наломишся, і забудеш ти&lt;br /&gt;</w:t>
        <w:br/>
        <w:t>Свою мову рідненьку,&lt;br /&gt;</w:t>
        <w:br/>
        <w:t>Спом'янеш не раз не по-рідному&lt;br /&gt;</w:t>
        <w:br/>
        <w:t>Свою рідную неньку…&lt;br /&gt;</w:t>
        <w:br/>
        <w:t>А прийде війна — зложиш голову!..&lt;br /&gt;</w:t>
        <w:br/>
        <w:t>Де і хто поховає?&lt;br /&gt;</w:t>
        <w:br/>
        <w:t>Не згадає мир, не спитається,&lt;br /&gt;</w:t>
        <w:br/>
        <w:t>Хіба бог спам'ятає!..&lt;br /&gt;</w:t>
        <w:br/>
        <w:t>Спи ж, дитя моє, ти — життя моє!&lt;br /&gt;</w:t>
        <w:br/>
        <w:t>Спи ж, дитя моє красне!&lt;br /&gt;</w:t>
        <w:br/>
        <w:t>Поки світ стоїть, поки з місяцем&lt;br /&gt;</w:t>
        <w:br/>
        <w:t>Враз і сонце не згасне!..</w:t>
      </w:r>
    </w:p>
    <w:p>
      <w:r>
        <w:br/>
        <w:t>МОГИЛА</w:t>
      </w:r>
    </w:p>
    <w:p>
      <w:r>
        <w:br/>
        <w:t>В степах, де гриміла&lt;br /&gt;</w:t>
        <w:br/>
        <w:t>Козацькая сила,&lt;br /&gt;</w:t>
        <w:br/>
        <w:t>Від світу-потопу&lt;br /&gt;</w:t>
        <w:br/>
        <w:t>Лежала могила.&lt;br /&gt;</w:t>
        <w:br/>
        <w:t>Лежала могила,&lt;br /&gt;</w:t>
        <w:br/>
        <w:t>Як тая цариця,&lt;br /&gt;</w:t>
        <w:br/>
        <w:t>Що ї зашептала&lt;br /&gt;</w:t>
        <w:br/>
        <w:t>На сон чарівниця.&lt;br /&gt;</w:t>
        <w:br/>
        <w:t>І стан її пишний&lt;br /&gt;</w:t>
        <w:br/>
        <w:t>Трава покривала,&lt;br /&gt;</w:t>
        <w:br/>
        <w:t>І голову сонну&lt;br /&gt;</w:t>
        <w:br/>
        <w:t>Калина вбирала.&lt;br /&gt;</w:t>
        <w:br/>
        <w:t>І гілля калини&lt;br /&gt;</w:t>
        <w:br/>
        <w:t>Плелося косами,&lt;br /&gt;</w:t>
        <w:br/>
        <w:t>І кетяги красні&lt;br /&gt;</w:t>
        <w:br/>
        <w:t>Спадали биндами.&lt;br /&gt;</w:t>
        <w:br/>
        <w:t>Із лівого боку,&lt;br /&gt;</w:t>
        <w:br/>
        <w:t>Словами ізрита,&lt;br /&gt;</w:t>
        <w:br/>
        <w:t>Лежала край неї&lt;br /&gt;</w:t>
        <w:br/>
        <w:t>Камінная плита.&lt;br /&gt;</w:t>
        <w:br/>
        <w:t>Чи прошлого пам'ять,&lt;br /&gt;</w:t>
        <w:br/>
        <w:t>Чи того, що буде, —&lt;br /&gt;</w:t>
        <w:br/>
        <w:t>Що писано в нії,&lt;br /&gt;</w:t>
        <w:br/>
        <w:t>Не відають люди.&lt;br /&gt;</w:t>
        <w:br/>
        <w:t>Як військо, чорнобиль&lt;br /&gt;</w:t>
        <w:br/>
        <w:t>Стояв на сторожі,&lt;br /&gt;</w:t>
        <w:br/>
        <w:t>І пісні їй піли&lt;br /&gt;</w:t>
        <w:br/>
        <w:t>Пташенята божі.&lt;br /&gt;</w:t>
        <w:br/>
        <w:t>Скажіть мені, люди,&lt;br /&gt;</w:t>
        <w:br/>
        <w:t>Кому з вас не мила,&lt;br /&gt;</w:t>
        <w:br/>
        <w:t>Кому з вас не люба&lt;br /&gt;</w:t>
        <w:br/>
        <w:t>Була та могила.&lt;br /&gt;</w:t>
        <w:br/>
        <w:t>Зійдітеся ж, люди,&lt;br /&gt;</w:t>
        <w:br/>
        <w:t>Край дороги станьте…&lt;br /&gt;</w:t>
        <w:br/>
        <w:t>Стисніть своє серце —&lt;br /&gt;</w:t>
        <w:br/>
        <w:t>На могилу гляньте!..&lt;br /&gt;</w:t>
        <w:br/>
        <w:t>Могило-могило!&lt;br /&gt;</w:t>
        <w:br/>
        <w:t>Ти, пишна могило!..&lt;br /&gt;</w:t>
        <w:br/>
        <w:t>Де ділися чари,&lt;br /&gt;</w:t>
        <w:br/>
        <w:t>Краса куди сплила?..&lt;br /&gt;</w:t>
        <w:br/>
        <w:t>Коса із биндами&lt;br /&gt;</w:t>
        <w:br/>
        <w:t>Лежить край дороги,&lt;br /&gt;</w:t>
        <w:br/>
        <w:t>Покошене військо&lt;br /&gt;</w:t>
        <w:br/>
        <w:t>Доломлюють ноги.&lt;br /&gt;</w:t>
        <w:br/>
        <w:t>Пройшли тяжкі плуги&lt;br /&gt;</w:t>
        <w:br/>
        <w:t>Через твоє тіло,&lt;br /&gt;</w:t>
        <w:br/>
        <w:t>І пишнеє тіло,&lt;br /&gt;</w:t>
        <w:br/>
        <w:t>Як вуголь, зчорніло…&lt;br /&gt;</w:t>
        <w:br/>
        <w:t>І тілько лиш камінь&lt;br /&gt;</w:t>
        <w:br/>
        <w:t>Край нього біліє,&lt;br /&gt;</w:t>
        <w:br/>
        <w:t>Но вже письмо друге&lt;br /&gt;</w:t>
        <w:br/>
        <w:t>На ньому рябіє!&lt;br /&gt;</w:t>
        <w:br/>
        <w:t>І поле чорніє,&lt;br /&gt;</w:t>
        <w:br/>
        <w:t>Коріння зсихає…&lt;br /&gt;</w:t>
        <w:br/>
        <w:t>І бусел перистий&lt;br /&gt;</w:t>
        <w:br/>
        <w:t>По скибах ступає…&lt;br /&gt;</w:t>
        <w:br/>
        <w:t>Споров плуг тяженький,&lt;br /&gt;</w:t>
        <w:br/>
        <w:t>Задряпало рало,&lt;br /&gt;</w:t>
        <w:br/>
        <w:t>І в рани насіння&lt;br /&gt;</w:t>
        <w:br/>
        <w:t>Нерідне запало.&lt;br /&gt;</w:t>
        <w:br/>
        <w:t>Запало насіння,&lt;br /&gt;</w:t>
        <w:br/>
        <w:t>Коріння пускає&lt;br /&gt;</w:t>
        <w:br/>
        <w:t>І силу чужую&lt;br /&gt;</w:t>
        <w:br/>
        <w:t>Без жалю спиває…&lt;br /&gt;</w:t>
        <w:br/>
        <w:t>І в місяців кілька&lt;br /&gt;</w:t>
        <w:br/>
        <w:t>Край тої могили&lt;br /&gt;</w:t>
        <w:br/>
        <w:t>З чорнобилем разом&lt;br /&gt;</w:t>
        <w:br/>
        <w:t>Коноплі вродили!..&lt;br /&gt;</w:t>
        <w:br/>
        <w:t>Чорнобилю много!&lt;br /&gt;</w:t>
        <w:br/>
        <w:t>Подивіться, люди!&lt;br /&gt;</w:t>
        <w:br/>
        <w:t>Но бог святий знає,&lt;br /&gt;</w:t>
        <w:br/>
        <w:t>Що то за рік буде…&lt;br /&gt;</w:t>
        <w:br/>
        <w:t>Де була калина,&lt;br /&gt;</w:t>
        <w:br/>
        <w:t>Там нап'ята буда…&lt;br /&gt;</w:t>
        <w:br/>
        <w:t>Не верху могили&lt;br /&gt;</w:t>
        <w:br/>
        <w:t>Чорнобилю груда…&lt;br /&gt;</w:t>
        <w:br/>
        <w:t>І димить чорнобиль,&lt;br /&gt;</w:t>
        <w:br/>
        <w:t>Заким запалає…&lt;br /&gt;</w:t>
        <w:br/>
        <w:t>І "Вічную пам'ять"&lt;br /&gt;</w:t>
        <w:br/>
        <w:t>Божий птах співає…</w:t>
      </w:r>
    </w:p>
    <w:p>
      <w:r>
        <w:br/>
        <w:t>СВІТИТЬ МІСЯЦЬ СЕРЕД НЕБА...</w:t>
      </w:r>
    </w:p>
    <w:p>
      <w:r>
        <w:br/>
        <w:t>Світить місяць серед неба,&lt;br /&gt;</w:t>
        <w:br/>
        <w:t>Зіроньки кругом,&lt;br /&gt;</w:t>
        <w:br/>
        <w:t>І всі люди сном заснули,&lt;br /&gt;</w:t>
        <w:br/>
        <w:t>Опівнічним сном!..&lt;br /&gt;</w:t>
        <w:br/>
        <w:t>Один я лиш не дрімаю,&lt;br /&gt;</w:t>
        <w:br/>
        <w:t>Край вікна стою;&lt;br /&gt;</w:t>
        <w:br/>
        <w:t>І тобі, дівча, співаю&lt;br /&gt;</w:t>
        <w:br/>
        <w:t>Про тугу свою!..&lt;br /&gt;</w:t>
        <w:br/>
        <w:t>Чи спиш, мила, чи дрімаєш?&lt;br /&gt;</w:t>
        <w:br/>
        <w:t>Любка, пробудись!&lt;br /&gt;</w:t>
        <w:br/>
        <w:t>Пробудися і в віконце&lt;br /&gt;</w:t>
        <w:br/>
        <w:t>Виглянь-подивись!..&lt;br /&gt;</w:t>
        <w:br/>
        <w:t>Най погляну на ті личка,&lt;br /&gt;</w:t>
        <w:br/>
        <w:t>Що палахкотять,&lt;br /&gt;</w:t>
        <w:br/>
        <w:t>На ті очі, чорні очі,&lt;br /&gt;</w:t>
        <w:br/>
        <w:t>Що вогнем горять!..&lt;br /&gt;</w:t>
        <w:br/>
        <w:t>Виглянь, мила, як дрімаєш,&lt;br /&gt;</w:t>
        <w:br/>
        <w:t>Най я подивлюсь,&lt;br /&gt;</w:t>
        <w:br/>
        <w:t>Подивлюсь на білі груди,&lt;br /&gt;</w:t>
        <w:br/>
        <w:t>К серцю пригорнусь!..&lt;br /&gt;</w:t>
        <w:br/>
        <w:t>Пригорнуся, обів'юся,&lt;br /&gt;</w:t>
        <w:br/>
        <w:t>Правду спом'яну…&lt;br /&gt;</w:t>
        <w:br/>
        <w:t>І без туги і без жалю&lt;br /&gt;</w:t>
        <w:br/>
        <w:t>Вічним сном засну.</w:t>
      </w:r>
    </w:p>
    <w:p>
      <w:r>
        <w:br/>
        <w:t>ОЙ ЧОМУ ТИ НЕ ЛІТАЄШ...</w:t>
      </w:r>
    </w:p>
    <w:p>
      <w:r>
        <w:br/>
        <w:t>Ой чому ти не літаєш,&lt;br /&gt;</w:t>
        <w:br/>
        <w:t>Орле сивокрилий?&lt;br /&gt;</w:t>
        <w:br/>
        <w:t>Ой чому ти не гуляєш,&lt;br /&gt;</w:t>
        <w:br/>
        <w:t>Хлопче чорнобривий?&lt;br /&gt;</w:t>
        <w:br/>
        <w:t>Ой рад би я політати —&lt;br /&gt;</w:t>
        <w:br/>
        <w:t>Туман налягає;&lt;br /&gt;</w:t>
        <w:br/>
        <w:t>Ой рад и я погуляти —&lt;br /&gt;</w:t>
        <w:br/>
        <w:t>Туга не пускає.&lt;br /&gt;</w:t>
        <w:br/>
        <w:t>Нема щастя ні за мною,&lt;br /&gt;</w:t>
        <w:br/>
        <w:t>Ні передо мною,&lt;br /&gt;</w:t>
        <w:br/>
        <w:t>Тілько туга за тугою,&lt;br /&gt;</w:t>
        <w:br/>
        <w:t>Журба за журбою!&lt;br /&gt;</w:t>
        <w:br/>
        <w:t>Ходжу, нуджу середо дня&lt;br /&gt;</w:t>
        <w:br/>
        <w:t>І посеред ночі,&lt;br /&gt;</w:t>
        <w:br/>
        <w:t>І ніколи сну не знають&lt;br /&gt;</w:t>
        <w:br/>
        <w:t>Заплакані очі.&lt;br /&gt;</w:t>
        <w:br/>
        <w:t>Ізсихають мої очі,&lt;br /&gt;</w:t>
        <w:br/>
        <w:t>І сльоза не ллється,&lt;br /&gt;</w:t>
        <w:br/>
        <w:t>Тільки туга коло серця,&lt;br /&gt;</w:t>
        <w:br/>
        <w:t>Як гадюка в'ється.&lt;br /&gt;</w:t>
        <w:br/>
        <w:t>В'ється ж вона коло серця,&lt;br /&gt;</w:t>
        <w:br/>
        <w:t>Серце розриває,&lt;br /&gt;</w:t>
        <w:br/>
        <w:t>Ударюся в сиру землю,&lt;br /&gt;</w:t>
        <w:br/>
        <w:t>Земля не приймає!&lt;br /&gt;</w:t>
        <w:br/>
        <w:t>Ой піду я поміж скали,&lt;br /&gt;</w:t>
        <w:br/>
        <w:t>В море повалюся!&lt;br /&gt;</w:t>
        <w:br/>
        <w:t>Як не в морі утоплюся,&lt;br /&gt;</w:t>
        <w:br/>
        <w:t>В камінь розіб'юся!&lt;br /&gt;</w:t>
        <w:br/>
        <w:t>І злетяться чорні птахи,&lt;br /&gt;</w:t>
        <w:br/>
        <w:t>Сядуть надо мною,&lt;br /&gt;</w:t>
        <w:br/>
        <w:t>Заспівають "Вічну пам'ять"&lt;br /&gt;</w:t>
        <w:br/>
        <w:t>Над мою журбою.</w:t>
      </w:r>
    </w:p>
    <w:p>
      <w:r>
        <w:br/>
        <w:t>ХМІЛЬНИЦЬКА ПІСНЯ</w:t>
      </w:r>
    </w:p>
    <w:p>
      <w:r>
        <w:br/>
        <w:t>Гей, браття-козаки, сідлайте-но коні!&lt;br /&gt;</w:t>
        <w:br/>
        <w:t>Черкніть для охоти вина!&lt;br /&gt;</w:t>
        <w:br/>
        <w:t>До боку шабельку, на руки повіддя,&lt;br /&gt;</w:t>
        <w:br/>
        <w:t>На ноги стальні стремена!&lt;br /&gt;</w:t>
        <w:br/>
        <w:t>Не гнути нам шиї, козацької шиї,&lt;br /&gt;</w:t>
        <w:br/>
        <w:t>Під тяжким залізним ярмом,&lt;br /&gt;</w:t>
        <w:br/>
        <w:t>Не нюхати диму нещасного краю,&lt;br /&gt;</w:t>
        <w:br/>
        <w:t>Що в'ється над нами кругом!&lt;br /&gt;</w:t>
        <w:br/>
        <w:t>Чи в нас не та сила, що у батьків була?&lt;br /&gt;</w:t>
        <w:br/>
        <w:t>Не тая шабелька у нас?&lt;br /&gt;</w:t>
        <w:br/>
        <w:t>Чи в нас нема коней на степах широких,&lt;br /&gt;</w:t>
        <w:br/>
        <w:t>Чи вуголь на люльці погас?&lt;br /&gt;</w:t>
        <w:br/>
        <w:t>Нехай наші коні на чистому полі&lt;br /&gt;</w:t>
        <w:br/>
        <w:t>Тріпнуться і враз заіржать!&lt;br /&gt;</w:t>
        <w:br/>
        <w:t>Нехай наші браття, молоді козаки,&lt;br /&gt;</w:t>
        <w:br/>
        <w:t>На чистеє поле біжать!&lt;br /&gt;</w:t>
        <w:br/>
        <w:t>Нехай знову брязне шабелька стальная&lt;br /&gt;</w:t>
        <w:br/>
        <w:t>В козацьких залізних руках!&lt;br /&gt;</w:t>
        <w:br/>
        <w:t>Нехай знову ляжуть ворогові кості&lt;br /&gt;</w:t>
        <w:br/>
        <w:t>Могилами в наших степах!&lt;br /&gt;</w:t>
        <w:br/>
        <w:t>А люлька-голубка нехай не вгасає,&lt;br /&gt;</w:t>
        <w:br/>
        <w:t>Паліть вражі села кругом!&lt;br /&gt;</w:t>
        <w:br/>
        <w:t>Нехай ворог знає, повік не гадає&lt;br /&gt;</w:t>
        <w:br/>
        <w:t>Знущатися над козаком!..</w:t>
      </w:r>
    </w:p>
    <w:p>
      <w:r>
        <w:br/>
        <w:t>ТІЛЬКО-М РОДИЛАСЬ</w:t>
      </w:r>
    </w:p>
    <w:p>
      <w:r>
        <w:br/>
        <w:t>Тілько-м родилась, злая недоля&lt;br /&gt;</w:t>
        <w:br/>
        <w:t>Стала, сказала без жалю:&lt;br /&gt;</w:t>
        <w:br/>
        <w:t>"Будеш тужити, серце в'ялити,&lt;br /&gt;</w:t>
        <w:br/>
        <w:t>тебе я тим благословлю!"&lt;br /&gt;</w:t>
        <w:br/>
        <w:t>З тої години щастя уплило,&lt;br /&gt;</w:t>
        <w:br/>
        <w:t>І слід недоля замела,&lt;br /&gt;</w:t>
        <w:br/>
        <w:t>Звалився камінь тяжкий на груди,&lt;br /&gt;</w:t>
        <w:br/>
        <w:t>На серце туге залягла.&lt;br /&gt;</w:t>
        <w:br/>
        <w:t>Де ступнем ступлю, тернина коле,&lt;br /&gt;</w:t>
        <w:br/>
        <w:t>Кров обкипає на ногах;&lt;br /&gt;</w:t>
        <w:br/>
        <w:t>Де оком гляну, сумно та темно,&lt;br /&gt;</w:t>
        <w:br/>
        <w:t>Ніби намітка на очах.&lt;br /&gt;</w:t>
        <w:br/>
        <w:t>Не світить місяць, не гріє сонце,&lt;br /&gt;</w:t>
        <w:br/>
        <w:t>Чорніє небо, як земля;&lt;br /&gt;</w:t>
        <w:br/>
        <w:t>І, як в склепінні межи вмерлити,&lt;br /&gt;</w:t>
        <w:br/>
        <w:t>Межи живими ходжу я.&lt;br /&gt;</w:t>
        <w:br/>
        <w:t>Знущайся, доле, не жалуй сили!..&lt;br /&gt;</w:t>
        <w:br/>
        <w:t>До каплі кров мою іспий!&lt;br /&gt;</w:t>
        <w:br/>
        <w:t>І від людей забите тіло&lt;br /&gt;</w:t>
        <w:br/>
        <w:t>Землею темною накрий!</w:t>
      </w:r>
    </w:p>
    <w:p>
      <w:r>
        <w:br/>
        <w:t>ХЛОПЦІ-МОЛОДЦІ...</w:t>
      </w:r>
    </w:p>
    <w:p>
      <w:r>
        <w:br/>
        <w:t>Хлопці-молодці,&lt;br /&gt;</w:t>
        <w:br/>
        <w:t>Пийте, гуляйте!&lt;br /&gt;</w:t>
        <w:br/>
        <w:t>Жваві дівчата,&lt;br /&gt;</w:t>
        <w:br/>
        <w:t>Хлопців кохайте!&lt;br /&gt;</w:t>
        <w:br/>
        <w:t>Бо весна одна —&lt;br /&gt;</w:t>
        <w:br/>
        <w:t>Згадайте, люди!&lt;br /&gt;</w:t>
        <w:br/>
        <w:t>І в нас другий раз&lt;br /&gt;</w:t>
        <w:br/>
        <w:t>Весни не буде!..&lt;br /&gt;</w:t>
        <w:br/>
        <w:t>Шумує вино,&lt;br /&gt;</w:t>
        <w:br/>
        <w:t>І мед і пиво…&lt;br /&gt;</w:t>
        <w:br/>
        <w:t>Склянками, хлопці!&lt;br /&gt;</w:t>
        <w:br/>
        <w:t>Чарка не диво!..&lt;br /&gt;</w:t>
        <w:br/>
        <w:t>Пийте за личка,&lt;br /&gt;</w:t>
        <w:br/>
        <w:t>За чорні брови!&lt;br /&gt;</w:t>
        <w:br/>
        <w:t>Нехай дівчата&lt;br /&gt;</w:t>
        <w:br/>
        <w:t>Будуть здорові!&lt;br /&gt;</w:t>
        <w:br/>
        <w:t>Музики грають,&lt;br /&gt;</w:t>
        <w:br/>
        <w:t>Смичками мають;&lt;br /&gt;</w:t>
        <w:br/>
        <w:t>Жваві дівчата&lt;br /&gt;</w:t>
        <w:br/>
        <w:t>На вас моргають!..&lt;br /&gt;</w:t>
        <w:br/>
        <w:t>Обійміть дівча,&lt;br /&gt;</w:t>
        <w:br/>
        <w:t>Котра вам мила!&lt;br /&gt;</w:t>
        <w:br/>
        <w:t>Танцюйте, хлопці,&lt;br /&gt;</w:t>
        <w:br/>
        <w:t>Поки є сила!&lt;br /&gt;</w:t>
        <w:br/>
        <w:t>Не знати, що рік&lt;br /&gt;</w:t>
        <w:br/>
        <w:t>Дівчатам скаже…&lt;br /&gt;</w:t>
        <w:br/>
        <w:t>Може, не одна&lt;br /&gt;</w:t>
        <w:br/>
        <w:t>Косу зав'яже…&lt;br /&gt;</w:t>
        <w:br/>
        <w:t>Може, й з нас котрий&lt;br /&gt;</w:t>
        <w:br/>
        <w:t>Піде між люди,&lt;br /&gt;</w:t>
        <w:br/>
        <w:t>Зав'яже дівча,&lt;br /&gt;</w:t>
        <w:br/>
        <w:t>Господар буде!..&lt;br /&gt;</w:t>
        <w:br/>
        <w:t>Тоді не пора&lt;br /&gt;</w:t>
        <w:br/>
        <w:t>Буде гуляти,&lt;br /&gt;</w:t>
        <w:br/>
        <w:t>Тоді не пора&lt;br /&gt;</w:t>
        <w:br/>
        <w:t>Буде й кохати…&lt;br /&gt;</w:t>
        <w:br/>
        <w:t>Хлопці ж молодці,&lt;br /&gt;</w:t>
        <w:br/>
        <w:t>Пийте, гуляйте!&lt;br /&gt;</w:t>
        <w:br/>
        <w:t>Жваві дівчата,&lt;br /&gt;</w:t>
        <w:br/>
        <w:t>Хлопців кохайте!..</w:t>
      </w:r>
    </w:p>
    <w:p>
      <w:r>
        <w:br/>
        <w:t>СТУДЕНТ</w:t>
      </w:r>
    </w:p>
    <w:p>
      <w:r>
        <w:br/>
        <w:t>В славнім місті Петербурзі,&lt;br /&gt;</w:t>
        <w:br/>
        <w:t>Недалеко від Неви,&lt;br /&gt;</w:t>
        <w:br/>
        <w:t>Із болота виглядає&lt;br /&gt;</w:t>
        <w:br/>
        <w:t>Хата бідної вдови.&lt;br /&gt;</w:t>
        <w:br/>
        <w:t>Стара хата зо вдовою&lt;br /&gt;</w:t>
        <w:br/>
        <w:t>Разом вік свій віджила,&lt;br /&gt;</w:t>
        <w:br/>
        <w:t>Почорніла, похилилась&lt;br /&gt;</w:t>
        <w:br/>
        <w:t>І в болото увійшла.&lt;br /&gt;</w:t>
        <w:br/>
        <w:t>Увійшла по самі вікна…&lt;br /&gt;</w:t>
        <w:br/>
        <w:t>В ґанку сходи до сіней;&lt;br /&gt;</w:t>
        <w:br/>
        <w:t>В сінях набік похилились&lt;br /&gt;</w:t>
        <w:br/>
        <w:t>Двоє скривлених дверей…&lt;br /&gt;</w:t>
        <w:br/>
        <w:t>І направо старій бабі&lt;br /&gt;</w:t>
        <w:br/>
        <w:t>Смерть підписує патент,&lt;br /&gt;</w:t>
        <w:br/>
        <w:t>А наліво без копійки&lt;br /&gt;</w:t>
        <w:br/>
        <w:t>Б'ється з нуждою студент.&lt;br /&gt;</w:t>
        <w:br/>
        <w:t>Зима люта. Вітер свище,&lt;br /&gt;</w:t>
        <w:br/>
        <w:t>Сніг по вікнах брязкотить,&lt;br /&gt;</w:t>
        <w:br/>
        <w:t>Мороз душу обіймає,&lt;br /&gt;</w:t>
        <w:br/>
        <w:t>Мороз тіло каменить.&lt;br /&gt;</w:t>
        <w:br/>
        <w:t>А у хаті на постелі&lt;br /&gt;</w:t>
        <w:br/>
        <w:t>У сурдуті і плащу&lt;br /&gt;</w:t>
        <w:br/>
        <w:t>Сидить студент медицини&lt;br /&gt;</w:t>
        <w:br/>
        <w:t>Другий місяць без борщу.&lt;br /&gt;</w:t>
        <w:br/>
        <w:t>І живіт, як гриб, запався,&lt;br /&gt;</w:t>
        <w:br/>
        <w:t>Облізає голова…&lt;br /&gt;</w:t>
        <w:br/>
        <w:t>І остання догорає&lt;br /&gt;</w:t>
        <w:br/>
        <w:t>Його свічка лойова.&lt;br /&gt;</w:t>
        <w:br/>
        <w:t>І сидить він, поглядає&lt;br /&gt;</w:t>
        <w:br/>
        <w:t>На похилену стіну —&lt;br /&gt;</w:t>
        <w:br/>
        <w:t>Під стіною лежить череп,&lt;br /&gt;</w:t>
        <w:br/>
        <w:t>Нема й кришки тютюну.&lt;br /&gt;</w:t>
        <w:br/>
        <w:t>І стіння кругом чорніє…&lt;br /&gt;</w:t>
        <w:br/>
        <w:t>Тілько лазять павуки.&lt;br /&gt;</w:t>
        <w:br/>
        <w:t>Тілько сумно виглядають&lt;br /&gt;</w:t>
        <w:br/>
        <w:t>Із шкалубин прусаки…&lt;br /&gt;</w:t>
        <w:br/>
        <w:t>12 генваря</w:t>
      </w:r>
    </w:p>
    <w:p>
      <w:r>
        <w:br/>
        <w:t>КАЛИНО-МАЛИНО</w:t>
      </w:r>
    </w:p>
    <w:p>
      <w:r>
        <w:br/>
        <w:t>Калино-малино,&lt;br /&gt;</w:t>
        <w:br/>
        <w:t>Ряснеє деревце!&lt;br /&gt;</w:t>
        <w:br/>
        <w:t>Хто ж тебе пригорне,&lt;br /&gt;</w:t>
        <w:br/>
        <w:t>Дівчинонько-серце?&lt;br /&gt;</w:t>
        <w:br/>
        <w:t>Тяженько здихнула,&lt;br /&gt;</w:t>
        <w:br/>
        <w:t>Дівчинонька каже:&lt;br /&gt;</w:t>
        <w:br/>
        <w:t>"Той мене пригорне,&lt;br /&gt;</w:t>
        <w:br/>
        <w:t>Хто косу зав'яже!.."&lt;br /&gt;</w:t>
        <w:br/>
        <w:t>Головка хитнулась,&lt;br /&gt;</w:t>
        <w:br/>
        <w:t>Коса розвинулась,&lt;br /&gt;</w:t>
        <w:br/>
        <w:t>До білої шиї&lt;br /&gt;</w:t>
        <w:br/>
        <w:t>Шовком пригорнулась…&lt;br /&gt;</w:t>
        <w:br/>
        <w:t>Косо, пишна косо!&lt;br /&gt;</w:t>
        <w:br/>
        <w:t>Хто тебе зав'яже?..&lt;br /&gt;</w:t>
        <w:br/>
        <w:t>"Хто мене зав'яже,&lt;br /&gt;</w:t>
        <w:br/>
        <w:t>То віночок скаже".&lt;br /&gt;</w:t>
        <w:br/>
        <w:t>Василечку милий,&lt;br /&gt;</w:t>
        <w:br/>
        <w:t>Любий та коханий!&lt;br /&gt;</w:t>
        <w:br/>
        <w:t>Зелен барвіночку —&lt;br /&gt;</w:t>
        <w:br/>
        <w:t>Віночку рутвяний!&lt;br /&gt;</w:t>
        <w:br/>
        <w:t>Хто ж тебе, віночку,&lt;br /&gt;</w:t>
        <w:br/>
        <w:t>Розплітати буде?&lt;br /&gt;</w:t>
        <w:br/>
        <w:t>"Запитайте, люди,&lt;br /&gt;</w:t>
        <w:br/>
        <w:t>Мої білі груди!.."&lt;br /&gt;</w:t>
        <w:br/>
        <w:t>Місяця-підповня&lt;br /&gt;</w:t>
        <w:br/>
        <w:t>Пишні половини —&lt;br /&gt;</w:t>
        <w:br/>
        <w:t>Груди, білі груди,&lt;br /&gt;</w:t>
        <w:br/>
        <w:t>Милої дівчини!&lt;br /&gt;</w:t>
        <w:br/>
        <w:t>По кім ви здихнете&lt;br /&gt;</w:t>
        <w:br/>
        <w:t>Тяженько впівночі?&lt;br /&gt;</w:t>
        <w:br/>
        <w:t>"По кім ми здихнемо —&lt;br /&gt;</w:t>
        <w:br/>
        <w:t>Знають чорні очі!.."&lt;br /&gt;</w:t>
        <w:br/>
        <w:t>Чароньки дівочі —&lt;br /&gt;</w:t>
        <w:br/>
        <w:t>Горять чорні очі,&lt;br /&gt;</w:t>
        <w:br/>
        <w:t>Як в чистому небі&lt;br /&gt;</w:t>
        <w:br/>
        <w:t>Зорі опівночі!..&lt;br /&gt;</w:t>
        <w:br/>
        <w:t>Очі, ясні очі!&lt;br /&gt;</w:t>
        <w:br/>
        <w:t>Зорі над зорями!&lt;br /&gt;</w:t>
        <w:br/>
        <w:t>По кім ви заллєтесь&lt;br /&gt;</w:t>
        <w:br/>
        <w:t>Першими сльозами?&lt;br /&gt;</w:t>
        <w:br/>
        <w:t>"По кім ми заплачем —&lt;br /&gt;</w:t>
        <w:br/>
        <w:t>Не питайте, люди:&lt;br /&gt;</w:t>
        <w:br/>
        <w:t>Тому перша слізка,&lt;br /&gt;</w:t>
        <w:br/>
        <w:t>Хто нам милий буде!"&lt;br /&gt;</w:t>
        <w:br/>
        <w:t>Спаде перша слізка,&lt;br /&gt;</w:t>
        <w:br/>
        <w:t>Здихнуть білі груди,&lt;br /&gt;</w:t>
        <w:br/>
        <w:t>По кім здихнуть груди,&lt;br /&gt;</w:t>
        <w:br/>
        <w:t>Того вінок буде…&lt;br /&gt;</w:t>
        <w:br/>
        <w:t>Хто вінок розв'яже,&lt;br /&gt;</w:t>
        <w:br/>
        <w:t>Той косу зав'яже,&lt;br /&gt;</w:t>
        <w:br/>
        <w:t>Той дівча пригорне,&lt;br /&gt;</w:t>
        <w:br/>
        <w:t>Щиру правду скаже.</w:t>
      </w:r>
    </w:p>
    <w:p>
      <w:r>
        <w:br/>
        <w:t>ГОЛУБОНЬКО-ДІВЧИНОНЬКО...</w:t>
      </w:r>
    </w:p>
    <w:p>
      <w:r>
        <w:br/>
        <w:t>Голубонько-дівчинонько,&lt;br /&gt;</w:t>
        <w:br/>
        <w:t>Зіронько моя!&lt;br /&gt;</w:t>
        <w:br/>
        <w:t>Не питайся, моя мила,&lt;br /&gt;</w:t>
        <w:br/>
        <w:t>Чого смутен я!&lt;br /&gt;</w:t>
        <w:br/>
        <w:t>Живо-живо того смутку&lt;br /&gt;</w:t>
        <w:br/>
        <w:t>І ти не минеш!..&lt;br /&gt;</w:t>
        <w:br/>
        <w:t>Отоді ти, моя мила,&lt;br /&gt;</w:t>
        <w:br/>
        <w:t>Мене спом'янеш…&lt;br /&gt;</w:t>
        <w:br/>
        <w:t>Голубонько-дівчинонько,&lt;br /&gt;</w:t>
        <w:br/>
        <w:t>Мій рожевий цвіт!&lt;br /&gt;</w:t>
        <w:br/>
        <w:t>Ти весела, світом рада,&lt;br /&gt;</w:t>
        <w:br/>
        <w:t>Тобі милий світ!..&lt;br /&gt;</w:t>
        <w:br/>
        <w:t>Живо-живо світом знудиш,&lt;br /&gt;</w:t>
        <w:br/>
        <w:t>Тяженько здихнеш…&lt;br /&gt;</w:t>
        <w:br/>
        <w:t>Отоді ти, моя мила,&lt;br /&gt;</w:t>
        <w:br/>
        <w:t>Мене спом'янеш!..&lt;br /&gt;</w:t>
        <w:br/>
        <w:t>Гудуть пчоли коло тебе,&lt;br /&gt;</w:t>
        <w:br/>
        <w:t>Ти, як лист, дрижиш…&lt;br /&gt;</w:t>
        <w:br/>
        <w:t>Ти їх гониш, не одгониш&lt;br /&gt;</w:t>
        <w:br/>
        <w:t>І сама біжиш…&lt;br /&gt;</w:t>
        <w:br/>
        <w:t>Живо-живо під ті співи,&lt;br /&gt;</w:t>
        <w:br/>
        <w:t>Як дитя, заснеш…&lt;br /&gt;</w:t>
        <w:br/>
        <w:t>Отоді ти, моя мила,&lt;br /&gt;</w:t>
        <w:br/>
        <w:t>Мене спом'янеш…&lt;br /&gt;</w:t>
        <w:br/>
        <w:t>Ти затопиш очі в очі —&lt;br /&gt;</w:t>
        <w:br/>
        <w:t>Очі не схибнуть!&lt;br /&gt;</w:t>
        <w:br/>
        <w:t>Тобі дивно, що чужії&lt;br /&gt;</w:t>
        <w:br/>
        <w:t>Від твоїх змигнуть…&lt;br /&gt;</w:t>
        <w:br/>
        <w:t>Живо-живо сама глянеш —&lt;br /&gt;</w:t>
        <w:br/>
        <w:t>І сама змигнеш.&lt;br /&gt;</w:t>
        <w:br/>
        <w:t>Отоді ти, моя мила,&lt;br /&gt;</w:t>
        <w:br/>
        <w:t>Мене спом'янеш…&lt;br /&gt;</w:t>
        <w:br/>
        <w:t>Ти вітаєш, обіймаєш&lt;br /&gt;</w:t>
        <w:br/>
        <w:t>Своїх і чужих!&lt;br /&gt;</w:t>
        <w:br/>
        <w:t>Як дитина, ти, дівчино,&lt;br /&gt;</w:t>
        <w:br/>
        <w:t>Ластишся до них…&lt;br /&gt;</w:t>
        <w:br/>
        <w:t>Живо-живо од чужого&lt;br /&gt;</w:t>
        <w:br/>
        <w:t>Руки одвинеш…&lt;br /&gt;</w:t>
        <w:br/>
        <w:t>Отоді ти, моя мила,&lt;br /&gt;</w:t>
        <w:br/>
        <w:t>Мене спом'янеш…&lt;br /&gt;</w:t>
        <w:br/>
        <w:t>Прийде ранок — ти весела,&lt;br /&gt;</w:t>
        <w:br/>
        <w:t>Других веселиш…&lt;br /&gt;</w:t>
        <w:br/>
        <w:t>Прийде нічка — ти в постелі,&lt;br /&gt;</w:t>
        <w:br/>
        <w:t>Як голубка, спиш…&lt;br /&gt;</w:t>
        <w:br/>
        <w:t>Живо-живо цілі ночки&lt;br /&gt;</w:t>
        <w:br/>
        <w:t>Оком не скинеш…&lt;br /&gt;</w:t>
        <w:br/>
        <w:t>Отоді ти, моя мила,&lt;br /&gt;</w:t>
        <w:br/>
        <w:t>Мене спом'янеш…</w:t>
      </w:r>
    </w:p>
    <w:p>
      <w:r>
        <w:br/>
        <w:t>КОЗАЧЕ-ГОЛУБЧЕ...</w:t>
      </w:r>
    </w:p>
    <w:p>
      <w:r>
        <w:br/>
        <w:t>"Козаче-голубче,&lt;br /&gt;</w:t>
        <w:br/>
        <w:t>Соколику мій!&lt;br /&gt;</w:t>
        <w:br/>
        <w:t>Дай білу рученьку,&lt;br /&gt;</w:t>
        <w:br/>
        <w:t>Зо мною постій!&lt;br /&gt;</w:t>
        <w:br/>
        <w:t>Най надивлюся,&lt;br /&gt;</w:t>
        <w:br/>
        <w:t>Слізьми заллюся,&lt;br /&gt;</w:t>
        <w:br/>
        <w:t>Заким з дороги&lt;br /&gt;</w:t>
        <w:br/>
        <w:t>Тебе діждуся!"&lt;br /&gt;</w:t>
        <w:br/>
        <w:t>"Дівчино-рибчино,&lt;br /&gt;</w:t>
        <w:br/>
        <w:t>Не плач, не ридай!&lt;br /&gt;</w:t>
        <w:br/>
        <w:t>За мною, молодим,&lt;br /&gt;</w:t>
        <w:br/>
        <w:t>Ручок не ламай:&lt;br /&gt;</w:t>
        <w:br/>
        <w:t>Як не загину,&lt;br /&gt;</w:t>
        <w:br/>
        <w:t>Я не покину,&lt;br /&gt;</w:t>
        <w:br/>
        <w:t>Я не покину&lt;br /&gt;</w:t>
        <w:br/>
        <w:t>Любу дівчину".&lt;br /&gt;</w:t>
        <w:br/>
        <w:t>"Ой доню Явдоню,&lt;br /&gt;</w:t>
        <w:br/>
        <w:t>Зіллячко моє!&lt;br /&gt;</w:t>
        <w:br/>
        <w:t>Чого ж так змарніло&lt;br /&gt;</w:t>
        <w:br/>
        <w:t>Личенько твоє?"&lt;br /&gt;</w:t>
        <w:br/>
        <w:t>"Ой мати-мати!&lt;br /&gt;</w:t>
        <w:br/>
        <w:t>Тяжко вмирати,&lt;br /&gt;</w:t>
        <w:br/>
        <w:t>Ой а ще важче&lt;br /&gt;</w:t>
        <w:br/>
        <w:t>Милого ждати!&lt;br /&gt;</w:t>
        <w:br/>
        <w:t>Давно я, давно я&lt;br /&gt;</w:t>
        <w:br/>
        <w:t>В милого була,&lt;br /&gt;</w:t>
        <w:br/>
        <w:t>Вже тая стежка&lt;br /&gt;</w:t>
        <w:br/>
        <w:t>Зіллям заросла.&lt;br /&gt;</w:t>
        <w:br/>
        <w:t>Піду я, мати,&lt;br /&gt;</w:t>
        <w:br/>
        <w:t>Зіллячко рвати,&lt;br /&gt;</w:t>
        <w:br/>
        <w:t>Зіллячко рвати,&lt;br /&gt;</w:t>
        <w:br/>
        <w:t>Милого ждати!..&lt;br /&gt;</w:t>
        <w:br/>
        <w:t>Рвуть зілля дівчата,&lt;br /&gt;</w:t>
        <w:br/>
        <w:t>Віночки плетуть,&lt;br /&gt;</w:t>
        <w:br/>
        <w:t>А мої оченьки&lt;br /&gt;</w:t>
        <w:br/>
        <w:t>Тільки сльози ллють.&lt;br /&gt;</w:t>
        <w:br/>
        <w:t>Ой зілля-зілля,&lt;br /&gt;</w:t>
        <w:br/>
        <w:t>Чуже весілля,&lt;br /&gt;</w:t>
        <w:br/>
        <w:t>А моя мука —&lt;br /&gt;</w:t>
        <w:br/>
        <w:t>З милим розлука!.."&lt;br /&gt;</w:t>
        <w:br/>
        <w:t>"Дівчино-рибчино,&lt;br /&gt;</w:t>
        <w:br/>
        <w:t>Здорова була!&lt;br /&gt;</w:t>
        <w:br/>
        <w:t>Чи вже ж ти, чи вже ж ти&lt;br /&gt;</w:t>
        <w:br/>
        <w:t>Мене забула?"&lt;br /&gt;</w:t>
        <w:br/>
        <w:t>"Я не забула,&lt;br /&gt;</w:t>
        <w:br/>
        <w:t>Я не забуду,&lt;br /&gt;</w:t>
        <w:br/>
        <w:t>Любила вірненько,&lt;br /&gt;</w:t>
        <w:br/>
        <w:t>Любити буду".</w:t>
      </w:r>
    </w:p>
    <w:p>
      <w:r>
        <w:br/>
        <w:t>НЕ ЗГАДАЮ ГАДКИ...</w:t>
      </w:r>
    </w:p>
    <w:p>
      <w:r>
        <w:br/>
        <w:t>Не згадаю гадки,&lt;br /&gt;</w:t>
        <w:br/>
        <w:t>Не змислю я мислі!..&lt;br /&gt;</w:t>
        <w:br/>
        <w:t>Як чорнії хмари,&lt;br /&gt;</w:t>
        <w:br/>
        <w:t>Чорні думи звисли!&lt;br /&gt;</w:t>
        <w:br/>
        <w:t>Порадь, мати, що діяти,&lt;br /&gt;</w:t>
        <w:br/>
        <w:t>Ой чи жити, чи вмирати?&lt;br /&gt;</w:t>
        <w:br/>
        <w:t>Порадь, моя мати!&lt;br /&gt;</w:t>
        <w:br/>
        <w:t>Розпукає серце,&lt;br /&gt;</w:t>
        <w:br/>
        <w:t>Каменіють груди.&lt;br /&gt;</w:t>
        <w:br/>
        <w:t>Скажи, моя нене,&lt;br /&gt;</w:t>
        <w:br/>
        <w:t>Що зо мною буде.&lt;br /&gt;</w:t>
        <w:br/>
        <w:t>Кажуть люди: "В світі чари;&lt;br /&gt;</w:t>
        <w:br/>
        <w:t>В світі люди, не татари —&lt;br /&gt;</w:t>
        <w:br/>
        <w:t>Не будеш без пари!"&lt;br /&gt;</w:t>
        <w:br/>
        <w:t>Ой світе мій, світе!&lt;br /&gt;</w:t>
        <w:br/>
        <w:t>Лушпина оріха!&lt;br /&gt;</w:t>
        <w:br/>
        <w:t>Де твої розкоші&lt;br /&gt;</w:t>
        <w:br/>
        <w:t>Та де твоя втіха?&lt;br /&gt;</w:t>
        <w:br/>
        <w:t>Нудно в тобі, як в неволі,&lt;br /&gt;</w:t>
        <w:br/>
        <w:t>Тілько мука, тілько болі,&lt;br /&gt;</w:t>
        <w:br/>
        <w:t>Ні волі, ні долі!&lt;br /&gt;</w:t>
        <w:br/>
        <w:t>І ви, мої люди,&lt;br /&gt;</w:t>
        <w:br/>
        <w:t>Люди — не татари,&lt;br /&gt;</w:t>
        <w:br/>
        <w:t>Чи хоч раз ви руку&lt;br /&gt;</w:t>
        <w:br/>
        <w:t>Сироті подали?&lt;br /&gt;</w:t>
        <w:br/>
        <w:t>Кому горе — горе й буде,&lt;br /&gt;</w:t>
        <w:br/>
        <w:t>Другим жалю не прибуде,&lt;br /&gt;</w:t>
        <w:br/>
        <w:t>Люди ж мої, люди!&lt;br /&gt;</w:t>
        <w:br/>
        <w:t>Наоколо глянеш —&lt;br /&gt;</w:t>
        <w:br/>
        <w:t>Та й каменем станеш,&lt;br /&gt;</w:t>
        <w:br/>
        <w:t>А на себе глянеш, —&lt;br /&gt;</w:t>
        <w:br/>
        <w:t>Як билина, в'янеш.&lt;br /&gt;</w:t>
        <w:br/>
        <w:t>Лист за листом опадає,&lt;br /&gt;</w:t>
        <w:br/>
        <w:t>Рік за роком упливає,&lt;br /&gt;</w:t>
        <w:br/>
        <w:t>Назад не вертає!&lt;br /&gt;</w:t>
        <w:br/>
        <w:t>Не згадаю гадки,&lt;br /&gt;</w:t>
        <w:br/>
        <w:t>Не змислю я мислі,&lt;br /&gt;</w:t>
        <w:br/>
        <w:t>Як чорнії хмари,&lt;br /&gt;</w:t>
        <w:br/>
        <w:t>Чорні думи звисли.&lt;br /&gt;</w:t>
        <w:br/>
        <w:t>Порадь, мати, що діяти:&lt;br /&gt;</w:t>
        <w:br/>
        <w:t>Ой чи жити, чи вмирати?&lt;br /&gt;</w:t>
        <w:br/>
        <w:t>Порадь, моя мати!</w:t>
      </w:r>
    </w:p>
    <w:p>
      <w:r>
        <w:br/>
        <w:t>ОЙ ВИЙДУ Я У САДОЧОК...</w:t>
      </w:r>
    </w:p>
    <w:p>
      <w:r>
        <w:br/>
        <w:t>Ой вийду я у садочок —&lt;br /&gt;</w:t>
        <w:br/>
        <w:t>В садочку калина,&lt;br /&gt;</w:t>
        <w:br/>
        <w:t>Край калини шовком шиє&lt;br /&gt;</w:t>
        <w:br/>
        <w:t>Любая дівчина.&lt;br /&gt;</w:t>
        <w:br/>
        <w:t>Подивлюся на калину —&lt;br /&gt;</w:t>
        <w:br/>
        <w:t>Вона розпукає!&lt;br /&gt;</w:t>
        <w:br/>
        <w:t>Подивлюся на дівчину —&lt;br /&gt;</w:t>
        <w:br/>
        <w:t>Дівча обіймає.&lt;br /&gt;</w:t>
        <w:br/>
        <w:t>Тая ж сама калинонька,&lt;br /&gt;</w:t>
        <w:br/>
        <w:t>Та вже завинулась;&lt;br /&gt;</w:t>
        <w:br/>
        <w:t>Тая ж сама дівчинонька,&lt;br /&gt;</w:t>
        <w:br/>
        <w:t>Та вже відвернулась.&lt;br /&gt;</w:t>
        <w:br/>
        <w:t>Завинулась калинонька&lt;br /&gt;</w:t>
        <w:br/>
        <w:t>Та й не розпукає;&lt;br /&gt;</w:t>
        <w:br/>
        <w:t>Відвернулась дівчинонька&lt;br /&gt;</w:t>
        <w:br/>
        <w:t>Та й не поглядає.&lt;br /&gt;</w:t>
        <w:br/>
        <w:t>Ой вийду я у садочок,&lt;br /&gt;</w:t>
        <w:br/>
        <w:t>Буду виглядати,&lt;br /&gt;</w:t>
        <w:br/>
        <w:t>Чи не вийде моя мила&lt;br /&gt;</w:t>
        <w:br/>
        <w:t>Рути підливати.&lt;br /&gt;</w:t>
        <w:br/>
        <w:t>Вийшла мила, походила,&lt;br /&gt;</w:t>
        <w:br/>
        <w:t>Рути не підлила,&lt;br /&gt;</w:t>
        <w:br/>
        <w:t>Тілько верхи позривала,&lt;br /&gt;</w:t>
        <w:br/>
        <w:t>На воду пустила!..&lt;br /&gt;</w:t>
        <w:br/>
        <w:t>Тая ж рута зеленая,&lt;br /&gt;</w:t>
        <w:br/>
        <w:t>Та цвіту немає;&lt;br /&gt;</w:t>
        <w:br/>
        <w:t>Та ж дівчина молодая,&lt;br /&gt;</w:t>
        <w:br/>
        <w:t>Та вже не кохає.&lt;br /&gt;</w:t>
        <w:br/>
        <w:t>Стоптав би я тебе, руто, —&lt;br /&gt;</w:t>
        <w:br/>
        <w:t>Та з жалю не можу;&lt;br /&gt;</w:t>
        <w:br/>
        <w:t>Забув би я тебе, мила, —&lt;br /&gt;</w:t>
        <w:br/>
        <w:t>Забути не можу!&lt;br /&gt;</w:t>
        <w:br/>
        <w:t>Ой вийду я у садочок,&lt;br /&gt;</w:t>
        <w:br/>
        <w:t>Стану край віконця,&lt;br /&gt;</w:t>
        <w:br/>
        <w:t>Чи не вийде моя мила&lt;br /&gt;</w:t>
        <w:br/>
        <w:t>Ще раз до схід сонця?&lt;br /&gt;</w:t>
        <w:br/>
        <w:t>А милая, як не тая,&lt;br /&gt;</w:t>
        <w:br/>
        <w:t>Спить собі, дрімає&lt;br /&gt;</w:t>
        <w:br/>
        <w:t>Та нового молодого&lt;br /&gt;</w:t>
        <w:br/>
        <w:t>К серцю пригортає.&lt;br /&gt;</w:t>
        <w:br/>
        <w:t>Тії ж очі, тії брови,&lt;br /&gt;</w:t>
        <w:br/>
        <w:t>Та не той хлопчина;&lt;br /&gt;</w:t>
        <w:br/>
        <w:t>Та ж голубка коло нього,&lt;br /&gt;</w:t>
        <w:br/>
        <w:t>Та вже не дівчина.&lt;br /&gt;</w:t>
        <w:br/>
        <w:t>Прострілив би я вас з лука!&lt;br /&gt;</w:t>
        <w:br/>
        <w:t>Та з лука не палко!&lt;br /&gt;</w:t>
        <w:br/>
        <w:t>Положив би вічно спати,&lt;br /&gt;</w:t>
        <w:br/>
        <w:t>Та все чогось жалко!</w:t>
      </w:r>
    </w:p>
    <w:p>
      <w:r>
        <w:br/>
        <w:t>БОГДАЙ ТЕБЕ</w:t>
      </w:r>
    </w:p>
    <w:p>
      <w:r>
        <w:br/>
        <w:t>Колись я із тяжкої туги&lt;br /&gt;</w:t>
        <w:br/>
        <w:t>На лаві дубовій лежав,&lt;br /&gt;</w:t>
        <w:br/>
        <w:t>Останній карбованець срібний&lt;br /&gt;</w:t>
        <w:br/>
        <w:t>В пустії калитці держав.&lt;br /&gt;</w:t>
        <w:br/>
        <w:t>Аж тут навинулась дівчина,&lt;br /&gt;</w:t>
        <w:br/>
        <w:t>І я свою тугу забув;&lt;br /&gt;</w:t>
        <w:br/>
        <w:t>Дівчино, моя ти дівчино,&lt;br /&gt;</w:t>
        <w:br/>
        <w:t>Богдай тебе бог не забув!&lt;br /&gt;</w:t>
        <w:br/>
        <w:t>І сів я на лаві дубовій,&lt;br /&gt;</w:t>
        <w:br/>
        <w:t>І сіла дівчина моя,&lt;br /&gt;</w:t>
        <w:br/>
        <w:t>Дівчина мене обійняла,&lt;br /&gt;</w:t>
        <w:br/>
        <w:t>Обняв же дівчину і я.&lt;br /&gt;</w:t>
        <w:br/>
        <w:t>Їден поцілунок гарячий —&lt;br /&gt;</w:t>
        <w:br/>
        <w:t>І я, як від чарів, ожив;&lt;br /&gt;</w:t>
        <w:br/>
        <w:t>Дівчино, моя ти дівчино,&lt;br /&gt;</w:t>
        <w:br/>
        <w:t>Богдай тебе бог оживив!&lt;br /&gt;</w:t>
        <w:br/>
        <w:t>Дівчина мене пригорнула,&lt;br /&gt;</w:t>
        <w:br/>
        <w:t>Дівчину і я пригорнув,&lt;br /&gt;</w:t>
        <w:br/>
        <w:t>Дівчина на лаві заснула,&lt;br /&gt;</w:t>
        <w:br/>
        <w:t>І я коло неї заснув.&lt;br /&gt;</w:t>
        <w:br/>
        <w:t>І снилось так мило та любо,&lt;br /&gt;</w:t>
        <w:br/>
        <w:t>І я через сон говорив:&lt;br /&gt;</w:t>
        <w:br/>
        <w:t>"Дівчино, моя ти дівчино,&lt;br /&gt;</w:t>
        <w:br/>
        <w:t>Богдай тебе господь любив!"&lt;br /&gt;</w:t>
        <w:br/>
        <w:t>Раненько дівчини не стало,&lt;br /&gt;</w:t>
        <w:br/>
        <w:t>І знов я на лаві лежав&lt;br /&gt;</w:t>
        <w:br/>
        <w:t>І міцно слабими руками&lt;br /&gt;</w:t>
        <w:br/>
        <w:t>Пустую калитку держав.&lt;br /&gt;</w:t>
        <w:br/>
        <w:t>Узяла, псявіра, узяла.&lt;br /&gt;</w:t>
        <w:br/>
        <w:t>І я собі тихо сказав:&lt;br /&gt;</w:t>
        <w:br/>
        <w:t>"Дівчино, моя ти дівчино,&lt;br /&gt;</w:t>
        <w:br/>
        <w:t>Богдай тебе дідько узяв!"&lt;br /&gt;</w:t>
        <w:br/>
        <w:t>26 сент[ября]</w:t>
      </w:r>
    </w:p>
    <w:p>
      <w:r>
        <w:br/>
        <w:t>ПОЛЮБИ МЕНЕ</w:t>
      </w:r>
    </w:p>
    <w:p>
      <w:r>
        <w:br/>
        <w:t>Лисий я, волосся спало,&lt;br /&gt;</w:t>
        <w:br/>
        <w:t>Решта білая, як сніг,&lt;br /&gt;</w:t>
        <w:br/>
        <w:t>Недалеко моя яма,&lt;br /&gt;</w:t>
        <w:br/>
        <w:t>Та я в яму ще не ліг;&lt;br /&gt;</w:t>
        <w:br/>
        <w:t>Що збіліло — замалюю&lt;br /&gt;</w:t>
        <w:br/>
        <w:t>Ще й нового накуплю —&lt;br /&gt;</w:t>
        <w:br/>
        <w:t>Полюби мене, дівчино,&lt;br /&gt;</w:t>
        <w:br/>
        <w:t>То-то я тебе люблю!&lt;br /&gt;</w:t>
        <w:br/>
        <w:t>Небагато в мене мізку,&lt;br /&gt;</w:t>
        <w:br/>
        <w:t>Та і пусто в голові,&lt;br /&gt;</w:t>
        <w:br/>
        <w:t>Та я змалку оженився&lt;br /&gt;</w:t>
        <w:br/>
        <w:t>На багатій удові;&lt;br /&gt;</w:t>
        <w:br/>
        <w:t>І я собі узяв гроші,&lt;br /&gt;</w:t>
        <w:br/>
        <w:t>А бог — милую мою —&lt;br /&gt;</w:t>
        <w:br/>
        <w:t>Полюби мене, дівчино,&lt;br /&gt;</w:t>
        <w:br/>
        <w:t>То-то срібла надаю!&lt;br /&gt;</w:t>
        <w:br/>
        <w:t>Не ложив я свої шиї&lt;br /&gt;</w:t>
        <w:br/>
        <w:t>На правдивії ваги,&lt;br /&gt;</w:t>
        <w:br/>
        <w:t>Погнув її не їдному&lt;br /&gt;</w:t>
        <w:br/>
        <w:t>Аж до самої ноги.&lt;br /&gt;</w:t>
        <w:br/>
        <w:t>Зато тепер, як биндами,&lt;br /&gt;</w:t>
        <w:br/>
        <w:t>Собі шию обів'єш —&lt;br /&gt;</w:t>
        <w:br/>
        <w:t>Полюби мене, дівчино,&lt;br /&gt;</w:t>
        <w:br/>
        <w:t>То-то слави нажиєш!&lt;br /&gt;</w:t>
        <w:br/>
        <w:t>Скаменіло моє серце,&lt;br /&gt;</w:t>
        <w:br/>
        <w:t>Хоч і м'якше не було,&lt;br /&gt;</w:t>
        <w:br/>
        <w:t>Як дитина — не гадає,&lt;br /&gt;</w:t>
        <w:br/>
        <w:t>Що добро і що то зло;&lt;br /&gt;</w:t>
        <w:br/>
        <w:t>Але зато як часами&lt;br /&gt;</w:t>
        <w:br/>
        <w:t>Кілька капельок прийму…&lt;br /&gt;</w:t>
        <w:br/>
        <w:t>Полюби мене, дівчино,&lt;br /&gt;</w:t>
        <w:br/>
        <w:t>То-то щиро обійму!&lt;br /&gt;</w:t>
        <w:br/>
        <w:t>26 сент[ября]</w:t>
      </w:r>
    </w:p>
    <w:p>
      <w:r>
        <w:br/>
        <w:t>ГЕЙ-ГЕЙ, ВОЛИ! ЧОГО Ж ВИ СТАЛИ?...</w:t>
      </w:r>
    </w:p>
    <w:p>
      <w:r>
        <w:br/>
        <w:t>Гей-гей, воли! Чого ж ви стали?&lt;br /&gt;</w:t>
        <w:br/>
        <w:t>Чи дуже поле заросло,&lt;br /&gt;</w:t>
        <w:br/>
        <w:t>Чи лемеша іржа поїла,&lt;br /&gt;</w:t>
        <w:br/>
        <w:t>Чи затупилось чересло?&lt;br /&gt;</w:t>
        <w:br/>
        <w:t>Бадилля зсохло, вже й валиться,&lt;br /&gt;</w:t>
        <w:br/>
        <w:t>Леміш я добре насталив,&lt;br /&gt;</w:t>
        <w:br/>
        <w:t>А чересло моє новеє…&lt;br /&gt;</w:t>
        <w:br/>
        <w:t>Чого ж ви стали? Гей, воли!&lt;br /&gt;</w:t>
        <w:br/>
        <w:t>Гей-гей, воли! Чи зсохло поле?&lt;br /&gt;</w:t>
        <w:br/>
        <w:t>Чи плуг у землю не іде?&lt;br /&gt;</w:t>
        <w:br/>
        <w:t>Чи дерев'яная полиця&lt;br /&gt;</w:t>
        <w:br/>
        <w:t>Тяжкої скиби не зведе?&lt;br /&gt;</w:t>
        <w:br/>
        <w:t>Земля пухкая, плуг не стогне&lt;br /&gt;</w:t>
        <w:br/>
        <w:t>І скибу добре відвалив,&lt;br /&gt;</w:t>
        <w:br/>
        <w:t>І борозна уже чорніє…&lt;br /&gt;</w:t>
        <w:br/>
        <w:t>Чого ж ви стали? Гей, воли!&lt;br /&gt;</w:t>
        <w:br/>
        <w:t>Гей-гей, воли! Зоремо поле,&lt;br /&gt;</w:t>
        <w:br/>
        <w:t>Насієм ярого зерна,&lt;br /&gt;</w:t>
        <w:br/>
        <w:t>Пройде разок тонкеє рало,&lt;br /&gt;</w:t>
        <w:br/>
        <w:t>І пробіжиться борона.&lt;br /&gt;</w:t>
        <w:br/>
        <w:t>А там, дивись, зібралась хмарка,&lt;br /&gt;</w:t>
        <w:br/>
        <w:t>Дрібненький дощичок полив —&lt;br /&gt;</w:t>
        <w:br/>
        <w:t>І нива шовком зеленіє…&lt;br /&gt;</w:t>
        <w:br/>
        <w:t>Чого ж ви стали? Гей, воли!&lt;br /&gt;</w:t>
        <w:br/>
        <w:t>Гей-гей, воли! Зерно поспіє,&lt;br /&gt;</w:t>
        <w:br/>
        <w:t>І заколосяться поля,&lt;br /&gt;</w:t>
        <w:br/>
        <w:t>І верне нам за піт кривавий&lt;br /&gt;</w:t>
        <w:br/>
        <w:t>Із лишкою свята земля.&lt;br /&gt;</w:t>
        <w:br/>
        <w:t>Тоді збирай колосся повне&lt;br /&gt;</w:t>
        <w:br/>
        <w:t>Та тільки господа хвали…&lt;br /&gt;</w:t>
        <w:br/>
        <w:t>Чого ж ви стали, мої діти?&lt;br /&gt;</w:t>
        <w:br/>
        <w:t>Пора настала! Гей, воли!</w:t>
      </w:r>
    </w:p>
    <w:p>
      <w:r>
        <w:br/>
        <w:t>НЕХАЙ ГНЕТЬСЯ ЛОЗА...</w:t>
      </w:r>
    </w:p>
    <w:p>
      <w:r>
        <w:br/>
        <w:t>Нехай гнеться лоза,&lt;br /&gt;</w:t>
        <w:br/>
        <w:t>Куди вітер пігне, —&lt;br /&gt;</w:t>
        <w:br/>
        <w:t>Не печалить вона&lt;br /&gt;</w:t>
        <w:br/>
        <w:t>Ні тебе, ні мене.&lt;br /&gt;</w:t>
        <w:br/>
        <w:t>Може, й тяжко її,&lt;br /&gt;</w:t>
        <w:br/>
        <w:t>Може, й спина болить,&lt;br /&gt;</w:t>
        <w:br/>
        <w:t>Але буря її&lt;br /&gt;</w:t>
        <w:br/>
        <w:t>З корінця не звалить;&lt;br /&gt;</w:t>
        <w:br/>
        <w:t>На болоті росте,&lt;br /&gt;</w:t>
        <w:br/>
        <w:t>І слабая сама —&lt;br /&gt;</w:t>
        <w:br/>
        <w:t>Вона гнеться собі,&lt;br /&gt;</w:t>
        <w:br/>
        <w:t>Бо в ній сили нема;&lt;br /&gt;</w:t>
        <w:br/>
        <w:t>Вона гнеться собі&lt;br /&gt;</w:t>
        <w:br/>
        <w:t>І так вік прожиє&lt;br /&gt;</w:t>
        <w:br/>
        <w:t>І без слави, в багні,&lt;br /&gt;</w:t>
        <w:br/>
        <w:t>Як трава, зогниє.&lt;br /&gt;</w:t>
        <w:br/>
        <w:t>Як трава осока&lt;br /&gt;</w:t>
        <w:br/>
        <w:t>Зогниє у багні,&lt;br /&gt;</w:t>
        <w:br/>
        <w:t>І хіба лиш комар&lt;br /&gt;</w:t>
        <w:br/>
        <w:t>Заспіває по ній.&lt;br /&gt;</w:t>
        <w:br/>
        <w:t>Нехай гнеться лоза,&lt;br /&gt;</w:t>
        <w:br/>
        <w:t>А ти, дубе, кріпись,&lt;br /&gt;</w:t>
        <w:br/>
        <w:t>Ти рости та рости,&lt;br /&gt;</w:t>
        <w:br/>
        <w:t>Не хились, не кривись;&lt;br /&gt;</w:t>
        <w:br/>
        <w:t>Ти глибоко углиб&lt;br /&gt;</w:t>
        <w:br/>
        <w:t>Твердий корінь пусти,&lt;br /&gt;</w:t>
        <w:br/>
        <w:t>Гілля вгору розкинь,&lt;br /&gt;</w:t>
        <w:br/>
        <w:t>Ти рости та рости!&lt;br /&gt;</w:t>
        <w:br/>
        <w:t>І до пекла дістань,&lt;br /&gt;</w:t>
        <w:br/>
        <w:t>І у пекло заглянь,&lt;br /&gt;</w:t>
        <w:br/>
        <w:t>І до хмари дістань,&lt;br /&gt;</w:t>
        <w:br/>
        <w:t>І на небо поглянь.&lt;br /&gt;</w:t>
        <w:br/>
        <w:t>І весь світ обдивись,&lt;br /&gt;</w:t>
        <w:br/>
        <w:t>І усе розпізнай;&lt;br /&gt;</w:t>
        <w:br/>
        <w:t>І що доброго є,&lt;br /&gt;</w:t>
        <w:br/>
        <w:t>Ти у себе впивай.&lt;br /&gt;</w:t>
        <w:br/>
        <w:t>І у силі, в добрі,&lt;br /&gt;</w:t>
        <w:br/>
        <w:t>Як скала, затвердій&lt;br /&gt;</w:t>
        <w:br/>
        <w:t>І, як сторож-силач,&lt;br /&gt;</w:t>
        <w:br/>
        <w:t>Над землею ти стій;&lt;br /&gt;</w:t>
        <w:br/>
        <w:t>І пташки світові&lt;br /&gt;</w:t>
        <w:br/>
        <w:t>Защебечуть тобі,&lt;br /&gt;</w:t>
        <w:br/>
        <w:t>І співак одпічне,&lt;br /&gt;</w:t>
        <w:br/>
        <w:t>Заспіває тобі.&lt;br /&gt;</w:t>
        <w:br/>
        <w:t>А як буря лиха&lt;br /&gt;</w:t>
        <w:br/>
        <w:t>Тебе з місця зіб'є&lt;br /&gt;</w:t>
        <w:br/>
        <w:t>Або хмара-гора&lt;br /&gt;</w:t>
        <w:br/>
        <w:t>Тебе громом уб'є —&lt;br /&gt;</w:t>
        <w:br/>
        <w:t>Світ почує ту смерть,&lt;br /&gt;</w:t>
        <w:br/>
        <w:t>І повітря здрижить,&lt;br /&gt;</w:t>
        <w:br/>
        <w:t>І ліси загудуть,&lt;br /&gt;</w:t>
        <w:br/>
        <w:t>І земля задвижить;&lt;br /&gt;</w:t>
        <w:br/>
        <w:t>І пташки пролетять,&lt;br /&gt;</w:t>
        <w:br/>
        <w:t>Спогадають тебе,&lt;br /&gt;</w:t>
        <w:br/>
        <w:t>І співак перейде,&lt;br /&gt;</w:t>
        <w:br/>
        <w:t>Не забуде тебе!</w:t>
      </w:r>
    </w:p>
    <w:p>
      <w:r>
        <w:br/>
        <w:t>ПІСНЯ</w:t>
      </w:r>
    </w:p>
    <w:p>
      <w:r>
        <w:br/>
        <w:t>Голе-голе моє поле!&lt;br /&gt;</w:t>
        <w:br/>
        <w:t>Де ж ви, ясні квітоньки?&lt;br /&gt;</w:t>
        <w:br/>
        <w:t>Позгасали, поспадали,&lt;br /&gt;</w:t>
        <w:br/>
        <w:t>Як на небі зіроньки.&lt;br /&gt;</w:t>
        <w:br/>
        <w:t>І стебло пересхло,&lt;br /&gt;</w:t>
        <w:br/>
        <w:t>Як билина, полягло.&lt;br /&gt;</w:t>
        <w:br/>
        <w:t>Діти-діти, мої квіти!&lt;br /&gt;</w:t>
        <w:br/>
        <w:t>Як погляну я на вас,&lt;br /&gt;</w:t>
        <w:br/>
        <w:t>Серце мліє, каменіє,&lt;br /&gt;</w:t>
        <w:br/>
        <w:t>Що цвіли ви тільки раз.&lt;br /&gt;</w:t>
        <w:br/>
        <w:t>Раз росли, раз цвіли&lt;br /&gt;</w:t>
        <w:br/>
        <w:t>І без долі опали.&lt;br /&gt;</w:t>
        <w:br/>
        <w:t>Не для ділка свого бджілка&lt;br /&gt;</w:t>
        <w:br/>
        <w:t>Вас ізссала, як дитя, —&lt;br /&gt;</w:t>
        <w:br/>
        <w:t>То жарою, як марою,&lt;br /&gt;</w:t>
        <w:br/>
        <w:t>Перервало вам життя.&lt;br /&gt;</w:t>
        <w:br/>
        <w:t>І роси ні сльози&lt;br /&gt;</w:t>
        <w:br/>
        <w:t>Не спадало для краси.&lt;br /&gt;</w:t>
        <w:br/>
        <w:t>І дівчина, як калина,&lt;br /&gt;</w:t>
        <w:br/>
        <w:t>Вас не рвала на косу —&lt;br /&gt;</w:t>
        <w:br/>
        <w:t>Вас зірвали-розірвали&lt;br /&gt;</w:t>
        <w:br/>
        <w:t>Вітри буйні без часу!&lt;br /&gt;</w:t>
        <w:br/>
        <w:t>І без літ на весь світ&lt;br /&gt;</w:t>
        <w:br/>
        <w:t>Розпустили в'ялий цвіт.&lt;br /&gt;</w:t>
        <w:br/>
        <w:t>Доле-доле, моя доле!&lt;br /&gt;</w:t>
        <w:br/>
        <w:t>Верни ж мої квітоньки,&lt;br /&gt;</w:t>
        <w:br/>
        <w:t>Верни діти, мої квіти,&lt;br /&gt;</w:t>
        <w:br/>
        <w:t>Верни ж мої зіроньки!&lt;br /&gt;</w:t>
        <w:br/>
        <w:t>Але ба — не сівба!&lt;br /&gt;</w:t>
        <w:br/>
        <w:t>Не мине моя журба!&lt;br /&gt;</w:t>
        <w:br/>
        <w:t>26 декабр[я]</w:t>
      </w:r>
    </w:p>
    <w:p>
      <w:r>
        <w:br/>
        <w:t>ЗВЕЛА МЕНЕ НЕ БІДА...</w:t>
      </w:r>
    </w:p>
    <w:p>
      <w:r>
        <w:br/>
        <w:t>Звела мене не біда,&lt;br /&gt;</w:t>
        <w:br/>
        <w:t>Звела мене,&lt;br /&gt;</w:t>
        <w:br/>
        <w:t>Моя нене,&lt;br /&gt;</w:t>
        <w:br/>
        <w:t>Звела мене не біда,&lt;br /&gt;</w:t>
        <w:br/>
        <w:t>А дівчина молода.&lt;br /&gt;</w:t>
        <w:br/>
        <w:t>А дівчина,&lt;br /&gt;</w:t>
        <w:br/>
        <w:t>Як калина,&lt;br /&gt;</w:t>
        <w:br/>
        <w:t>А дівчина молода.&lt;br /&gt;</w:t>
        <w:br/>
        <w:t>Брівоньками зв'ялила,&lt;br /&gt;</w:t>
        <w:br/>
        <w:t>Брівоньками,&lt;br /&gt;</w:t>
        <w:br/>
        <w:t>Чароньками.&lt;br /&gt;</w:t>
        <w:br/>
        <w:t>Брівоньками зв'ялила,&lt;br /&gt;</w:t>
        <w:br/>
        <w:t>Оченьками спалила.&lt;br /&gt;</w:t>
        <w:br/>
        <w:t>Оченьками,&lt;br /&gt;</w:t>
        <w:br/>
        <w:t>Зіроньками,&lt;br /&gt;</w:t>
        <w:br/>
        <w:t>Оченьками спалила.&lt;br /&gt;</w:t>
        <w:br/>
        <w:t>Ой дівчино, не в'яли,&lt;br /&gt;</w:t>
        <w:br/>
        <w:t>Ой дівчино,&lt;br /&gt;</w:t>
        <w:br/>
        <w:t>Ти, рибчино,&lt;br /&gt;</w:t>
        <w:br/>
        <w:t>Ой дівчино, не в'яли,&lt;br /&gt;</w:t>
        <w:br/>
        <w:t>Серця мого не пали!&lt;br /&gt;</w:t>
        <w:br/>
        <w:t>Серця мого&lt;br /&gt;</w:t>
        <w:br/>
        <w:t>Молодого,&lt;br /&gt;</w:t>
        <w:br/>
        <w:t>Серця мого не пали!&lt;br /&gt;</w:t>
        <w:br/>
        <w:t>Коли любиш — не жартуй!&lt;br /&gt;</w:t>
        <w:br/>
        <w:t>Коли любиш,&lt;br /&gt;</w:t>
        <w:br/>
        <w:t>Та не губиш,&lt;br /&gt;</w:t>
        <w:br/>
        <w:t>Коли любиш — не жартуй!&lt;br /&gt;</w:t>
        <w:br/>
        <w:t>Як не любиш — розчаруй!&lt;br /&gt;</w:t>
        <w:br/>
        <w:t>Як не любиш,&lt;br /&gt;</w:t>
        <w:br/>
        <w:t>Тільки губиш,&lt;br /&gt;</w:t>
        <w:br/>
        <w:t>Як не любиш — розчаруй!</w:t>
      </w:r>
    </w:p>
    <w:p>
      <w:r>
        <w:br/>
        <w:t>ПІСНЯ</w:t>
      </w:r>
    </w:p>
    <w:p>
      <w:r>
        <w:br/>
        <w:t>Згадай мене, мила,&lt;br /&gt;</w:t>
        <w:br/>
        <w:t>Ранньою весною,&lt;br /&gt;</w:t>
        <w:br/>
        <w:t>Як зав'яне квітка&lt;br /&gt;</w:t>
        <w:br/>
        <w:t>В тебе під ногою&lt;br /&gt;</w:t>
        <w:br/>
        <w:t>І засохне до весни, —&lt;br /&gt;</w:t>
        <w:br/>
        <w:t>Тоді мене, мила, спом'яни!&lt;br /&gt;</w:t>
        <w:br/>
        <w:t>Згадай мене, мила,&lt;br /&gt;</w:t>
        <w:br/>
        <w:t>Як пташка заб'ється&lt;br /&gt;</w:t>
        <w:br/>
        <w:t>В залізную клітку,&lt;br /&gt;</w:t>
        <w:br/>
        <w:t>Сама розіб'ється&lt;br /&gt;</w:t>
        <w:br/>
        <w:t>І загине без вини, —&lt;br /&gt;</w:t>
        <w:br/>
        <w:t>Тоді мене, мила, спом'яни!&lt;br /&gt;</w:t>
        <w:br/>
        <w:t>Згадай мене, мила,&lt;br /&gt;</w:t>
        <w:br/>
        <w:t>В тяжкую пригоду,&lt;br /&gt;</w:t>
        <w:br/>
        <w:t>Як твоя обручка&lt;br /&gt;</w:t>
        <w:br/>
        <w:t>Звалиться на воду&lt;br /&gt;</w:t>
        <w:br/>
        <w:t>І не вийде з глибини, —&lt;br /&gt;</w:t>
        <w:br/>
        <w:t>Тобі мене, мила, спом'яни!&lt;br /&gt;</w:t>
        <w:br/>
        <w:t>15 августа</w:t>
      </w:r>
    </w:p>
    <w:p>
      <w:r>
        <w:br/>
        <w:t>НЕ КИДАЙ МЕНЕ...</w:t>
      </w:r>
    </w:p>
    <w:p>
      <w:r>
        <w:br/>
        <w:t>Не кидай мене,&lt;br /&gt;</w:t>
        <w:br/>
        <w:t>Моя чарочко!&lt;br /&gt;</w:t>
        <w:br/>
        <w:t>Не жени мене&lt;br /&gt;</w:t>
        <w:br/>
        <w:t>Ти, шинкарочко!&lt;br /&gt;</w:t>
        <w:br/>
        <w:t>Не жени мене,&lt;br /&gt;</w:t>
        <w:br/>
        <w:t>Дай упитися.&lt;br /&gt;</w:t>
        <w:br/>
        <w:t>В тебе, бридкую,&lt;br /&gt;</w:t>
        <w:br/>
        <w:t>Улюбитися!&lt;br /&gt;</w:t>
        <w:br/>
        <w:t>Не без жінки я,&lt;br /&gt;</w:t>
        <w:br/>
        <w:t>Не без хати я,&lt;br /&gt;</w:t>
        <w:br/>
        <w:t>Все у мене є,&lt;br /&gt;</w:t>
        <w:br/>
        <w:t>Відьмо клятая!&lt;br /&gt;</w:t>
        <w:br/>
        <w:t>Хліба досита&lt;br /&gt;</w:t>
        <w:br/>
        <w:t>Маю в засіку,&lt;br /&gt;</w:t>
        <w:br/>
        <w:t>Маю волика,&lt;br /&gt;</w:t>
        <w:br/>
        <w:t>Маю й пасіку.&lt;br /&gt;</w:t>
        <w:br/>
        <w:t>Моя хаточку —&lt;br /&gt;</w:t>
        <w:br/>
        <w:t>Повна чашечка;&lt;br /&gt;</w:t>
        <w:br/>
        <w:t>Моя жіночка —&lt;br /&gt;</w:t>
        <w:br/>
        <w:t>Мов та пташечка;&lt;br /&gt;</w:t>
        <w:br/>
        <w:t>Та тяжкі мої&lt;br /&gt;</w:t>
        <w:br/>
        <w:t>Болі більнії,&lt;br /&gt;</w:t>
        <w:br/>
        <w:t>Бо не маю я&lt;br /&gt;</w:t>
        <w:br/>
        <w:t>Волі вільної!..&lt;br /&gt;</w:t>
        <w:br/>
        <w:t>Запряжу воли —&lt;br /&gt;</w:t>
        <w:br/>
        <w:t>Потом миюся;&lt;br /&gt;</w:t>
        <w:br/>
        <w:t>Розпряжу воли —&lt;br /&gt;</w:t>
        <w:br/>
        <w:t>Набік хилюся;&lt;br /&gt;</w:t>
        <w:br/>
        <w:t>Повалюсь на бік —&lt;br /&gt;</w:t>
        <w:br/>
        <w:t>Не здрімаюся;&lt;br /&gt;</w:t>
        <w:br/>
        <w:t>Знов на панщину&lt;br /&gt;</w:t>
        <w:br/>
        <w:t>Підіймаюся.&lt;br /&gt;</w:t>
        <w:br/>
        <w:t>Відроблю чуже:&lt;br /&gt;</w:t>
        <w:br/>
        <w:t>"Жінко-душечко!&lt;br /&gt;</w:t>
        <w:br/>
        <w:t>Приголуб мене,&lt;br /&gt;</w:t>
        <w:br/>
        <w:t>Щебетушечко!"&lt;br /&gt;</w:t>
        <w:br/>
        <w:t>А вона у плач,&lt;br /&gt;</w:t>
        <w:br/>
        <w:t>Розголоситься,&lt;br /&gt;</w:t>
        <w:br/>
        <w:t>На своє жене,&lt;br /&gt;</w:t>
        <w:br/>
        <w:t>Бо й не проситься…&lt;br /&gt;</w:t>
        <w:br/>
        <w:t>Робиш — сил нема,&lt;br /&gt;</w:t>
        <w:br/>
        <w:t>Спина кривиться,&lt;br /&gt;</w:t>
        <w:br/>
        <w:t>А вона на те&lt;br /&gt;</w:t>
        <w:br/>
        <w:t>Та й не дивиться.&lt;br /&gt;</w:t>
        <w:br/>
        <w:t>Робиш — сил нема,&lt;br /&gt;</w:t>
        <w:br/>
        <w:t>Похиляєшся,&lt;br /&gt;</w:t>
        <w:br/>
        <w:t>А вона у плач:&lt;br /&gt;</w:t>
        <w:br/>
        <w:t>"Запиваєшся!"&lt;br /&gt;</w:t>
        <w:br/>
        <w:t>О, я п'ю тепер,&lt;br /&gt;</w:t>
        <w:br/>
        <w:t>Жінко любая,&lt;br /&gt;</w:t>
        <w:br/>
        <w:t>Не кидай мене,&lt;br /&gt;</w:t>
        <w:br/>
        <w:t>Чарко грубая!&lt;br /&gt;</w:t>
        <w:br/>
        <w:t>Не кидай мене,&lt;br /&gt;</w:t>
        <w:br/>
        <w:t>Моя чарочко;&lt;br /&gt;</w:t>
        <w:br/>
        <w:t>Не жени мене&lt;br /&gt;</w:t>
        <w:br/>
        <w:t>Ти, шинкарочко!&lt;br /&gt;</w:t>
        <w:br/>
        <w:t>Не жени мене —&lt;br /&gt;</w:t>
        <w:br/>
        <w:t>Дай упитися,&lt;br /&gt;</w:t>
        <w:br/>
        <w:t>В тебе, бридкую,&lt;br /&gt;</w:t>
        <w:br/>
        <w:t>Улюбитися!</w:t>
      </w:r>
    </w:p>
    <w:p>
      <w:r>
        <w:br/>
        <w:t>НАУКА</w:t>
      </w:r>
    </w:p>
    <w:p>
      <w:r>
        <w:br/>
        <w:t>Дочекався я&lt;br /&gt;</w:t>
        <w:br/>
        <w:t>Свого святонька&lt;br /&gt;</w:t>
        <w:br/>
        <w:t>Виряджала в світ&lt;br /&gt;</w:t>
        <w:br/>
        <w:t>Мене матінка.&lt;br /&gt;</w:t>
        <w:br/>
        <w:t>Виряджала в світ&lt;br /&gt;</w:t>
        <w:br/>
        <w:t>Мати рідная&lt;br /&gt;</w:t>
        <w:br/>
        <w:t>І промовила&lt;br /&gt;</w:t>
        <w:br/>
        <w:t>Мені, бідная:&lt;br /&gt;</w:t>
        <w:br/>
        <w:t>"Нехай, сину мій,&lt;br /&gt;</w:t>
        <w:br/>
        <w:t>Ми працюємо.&lt;br /&gt;</w:t>
        <w:br/>
        <w:t>Нехай цілий вік&lt;br /&gt;</w:t>
        <w:br/>
        <w:t>Ми горюємо;&lt;br /&gt;</w:t>
        <w:br/>
        <w:t>Нехай сохну я,&lt;br /&gt;</w:t>
        <w:br/>
        <w:t>Тато горбиться,&lt;br /&gt;</w:t>
        <w:br/>
        <w:t>Ти на світ поглянь,&lt;br /&gt;</w:t>
        <w:br/>
        <w:t>Що там робиться, —&lt;br /&gt;</w:t>
        <w:br/>
        <w:t>Та не всі ж, як ми,&lt;br /&gt;</w:t>
        <w:br/>
        <w:t>В землі риються, —&lt;br /&gt;</w:t>
        <w:br/>
        <w:t>Може, є такі,&lt;br /&gt;</w:t>
        <w:br/>
        <w:t>Що і миються;&lt;br /&gt;</w:t>
        <w:br/>
        <w:t>Та не всі ж, як ми,&lt;br /&gt;</w:t>
        <w:br/>
        <w:t>Димом куряться, —&lt;br /&gt;</w:t>
        <w:br/>
        <w:t>Може, є такі,&lt;br /&gt;</w:t>
        <w:br/>
        <w:t>Що й не журяться.&lt;br /&gt;</w:t>
        <w:br/>
        <w:t>Коли знайдеш їх,&lt;br /&gt;</w:t>
        <w:br/>
        <w:t>Милий синочку,&lt;br /&gt;</w:t>
        <w:br/>
        <w:t>Ти склони себе,&lt;br /&gt;</w:t>
        <w:br/>
        <w:t>Як билиночку,&lt;br /&gt;</w:t>
        <w:br/>
        <w:t>Ти склони себе,&lt;br /&gt;</w:t>
        <w:br/>
        <w:t>Як билиночку, простели себе,&lt;br /&gt;</w:t>
        <w:br/>
        <w:t>Як рядниночку.&lt;br /&gt;</w:t>
        <w:br/>
        <w:t>Спина з похилу&lt;br /&gt;</w:t>
        <w:br/>
        <w:t>Не іскорчиться,&lt;br /&gt;</w:t>
        <w:br/>
        <w:t>Чоло з пороху&lt;br /&gt;</w:t>
        <w:br/>
        <w:t>Не ізморщиться.&lt;br /&gt;</w:t>
        <w:br/>
        <w:t>Спина з похилу&lt;br /&gt;</w:t>
        <w:br/>
        <w:t>Не ізкривиться,&lt;br /&gt;</w:t>
        <w:br/>
        <w:t>Зато ступить пан&lt;br /&gt;</w:t>
        <w:br/>
        <w:t>Та й подивиться;&lt;br /&gt;</w:t>
        <w:br/>
        <w:t>Зато ступить пан&lt;br /&gt;</w:t>
        <w:br/>
        <w:t>На покірного&lt;br /&gt;</w:t>
        <w:br/>
        <w:t>І прийме тебе,&lt;br /&gt;</w:t>
        <w:br/>
        <w:t>Як добірного.&lt;br /&gt;</w:t>
        <w:br/>
        <w:t>І в годиночку —&lt;br /&gt;</w:t>
        <w:br/>
        <w:t>На драбиночку.&lt;br /&gt;</w:t>
        <w:br/>
        <w:t>І підеш тоді,&lt;br /&gt;</w:t>
        <w:br/>
        <w:t>Милий синочку,&lt;br /&gt;</w:t>
        <w:br/>
        <w:t>І з панами сам&lt;br /&gt;</w:t>
        <w:br/>
        <w:t>Порівняєшся,&lt;br /&gt;</w:t>
        <w:br/>
        <w:t>В сріблі-золоті&lt;br /&gt;</w:t>
        <w:br/>
        <w:t>Закупаєшся;&lt;br /&gt;</w:t>
        <w:br/>
        <w:t>В сріблі-золоті&lt;br /&gt;</w:t>
        <w:br/>
        <w:t>Закупаєшся,&lt;br /&gt;</w:t>
        <w:br/>
        <w:t>З полем батьковим&lt;br /&gt;</w:t>
        <w:br/>
        <w:t>Розпрощаєшся!"&lt;br /&gt;</w:t>
        <w:br/>
        <w:t>Але сталося&lt;br /&gt;</w:t>
        <w:br/>
        <w:t>Друге святонько:&lt;br /&gt;</w:t>
        <w:br/>
        <w:t>Виряджав у світ&lt;br /&gt;</w:t>
        <w:br/>
        <w:t>Мене батенько.&lt;br /&gt;</w:t>
        <w:br/>
        <w:t>Виряджав мене,&lt;br /&gt;</w:t>
        <w:br/>
        <w:t>Путь показував,&lt;br /&gt;</w:t>
        <w:br/>
        <w:t>Говорив мен&lt;br /&gt;</w:t>
        <w:br/>
        <w:t>І приказував:&lt;br /&gt;</w:t>
        <w:br/>
        <w:t>"Видиш, сину мій,&lt;br /&gt;</w:t>
        <w:br/>
        <w:t>Як працюємо,&lt;br /&gt;</w:t>
        <w:br/>
        <w:t>Видиш, сину мій,&lt;br /&gt;</w:t>
        <w:br/>
        <w:t>Як горюємо.&lt;br /&gt;</w:t>
        <w:br/>
        <w:t>Кождий на світі&lt;br /&gt;</w:t>
        <w:br/>
        <w:t>На то родиться…&lt;br /&gt;</w:t>
        <w:br/>
        <w:t>Не дивись на світ,&lt;br /&gt;</w:t>
        <w:br/>
        <w:t>Що там робиться!&lt;br /&gt;</w:t>
        <w:br/>
        <w:t>І на пчіл поглянь:&lt;br /&gt;</w:t>
        <w:br/>
        <w:t>Є робучії,&lt;br /&gt;</w:t>
        <w:br/>
        <w:t>Але й трутні є&lt;br /&gt;</w:t>
        <w:br/>
        <w:t>Неминучії.&lt;br /&gt;</w:t>
        <w:br/>
        <w:t>Так і на світі:&lt;br /&gt;</w:t>
        <w:br/>
        <w:t>Їдні риються,&lt;br /&gt;</w:t>
        <w:br/>
        <w:t>Другі потом їх&lt;br /&gt;</w:t>
        <w:br/>
        <w:t>Тілько миються.&lt;br /&gt;</w:t>
        <w:br/>
        <w:t>Будь ти проклятий,&lt;br /&gt;</w:t>
        <w:br/>
        <w:t>Милий синочку,&lt;br /&gt;</w:t>
        <w:br/>
        <w:t>Як пігнеш таким&lt;br /&gt;</w:t>
        <w:br/>
        <w:t>Свою спиночку;&lt;br /&gt;</w:t>
        <w:br/>
        <w:t>Як пігнеш таким&lt;br /&gt;</w:t>
        <w:br/>
        <w:t>Свою спиночку,&lt;br /&gt;</w:t>
        <w:br/>
        <w:t>Як простелишся&lt;br /&gt;</w:t>
        <w:br/>
        <w:t>На рядниночку.&lt;br /&gt;</w:t>
        <w:br/>
        <w:t>І чоло тобі&lt;br /&gt;</w:t>
        <w:br/>
        <w:t>Нехай зморщиться,&lt;br /&gt;</w:t>
        <w:br/>
        <w:t>І хребет тобі&lt;br /&gt;</w:t>
        <w:br/>
        <w:t>Нехай скорчиться!&lt;br /&gt;</w:t>
        <w:br/>
        <w:t>Ти тікай від них,&lt;br /&gt;</w:t>
        <w:br/>
        <w:t>Як від гадини,&lt;br /&gt;</w:t>
        <w:br/>
        <w:t>Ти не жди від них&lt;br /&gt;</w:t>
        <w:br/>
        <w:t>Перекладини;&lt;br /&gt;</w:t>
        <w:br/>
        <w:t>Ти не жди від них&lt;br /&gt;</w:t>
        <w:br/>
        <w:t>Перекладини,&lt;br /&gt;</w:t>
        <w:br/>
        <w:t>Ти у світ іди&lt;br /&gt;</w:t>
        <w:br/>
        <w:t>На оглядини.&lt;br /&gt;</w:t>
        <w:br/>
        <w:t>Ти у світ іди,&lt;br /&gt;</w:t>
        <w:br/>
        <w:t>Милий синочку,&lt;br /&gt;</w:t>
        <w:br/>
        <w:t>Ти усе спізнай —&lt;br /&gt;</w:t>
        <w:br/>
        <w:t>І билиночку.&lt;br /&gt;</w:t>
        <w:br/>
        <w:t>Тоді з світом ти&lt;br /&gt;</w:t>
        <w:br/>
        <w:t>Порівняєшся,&lt;br /&gt;</w:t>
        <w:br/>
        <w:t>В добрі-розумі&lt;br /&gt;</w:t>
        <w:br/>
        <w:t>Закупаєшся,&lt;br /&gt;</w:t>
        <w:br/>
        <w:t>В добрі-розумі&lt;br /&gt;</w:t>
        <w:br/>
        <w:t>Закупаєшся,&lt;br /&gt;</w:t>
        <w:br/>
        <w:t>З полем батьковим&lt;br /&gt;</w:t>
        <w:br/>
        <w:t>Привітаєшся!"&lt;br /&gt;</w:t>
        <w:br/>
        <w:t>16 августа</w:t>
      </w:r>
    </w:p>
    <w:p>
      <w:r>
        <w:br/>
        <w:t>МОЯ СМЕРТЬ</w:t>
      </w:r>
    </w:p>
    <w:p>
      <w:r>
        <w:br/>
        <w:t>Прийшла смерть моя,&lt;br /&gt;</w:t>
        <w:br/>
        <w:t>Легке точиться…&lt;br /&gt;</w:t>
        <w:br/>
        <w:t>Ти мори, маро,&lt;br /&gt;</w:t>
        <w:br/>
        <w:t>Коли хочеться.&lt;br /&gt;</w:t>
        <w:br/>
        <w:t>Я віддам землі&lt;br /&gt;</w:t>
        <w:br/>
        <w:t>Всі кісткі мої,&lt;br /&gt;</w:t>
        <w:br/>
        <w:t>А на світ пушу&lt;br /&gt;</w:t>
        <w:br/>
        <w:t>Лиш щілки мої!&lt;br /&gt;</w:t>
        <w:br/>
        <w:t>Не умруть вони:&lt;br /&gt;</w:t>
        <w:br/>
        <w:t>Кожна щілочка&lt;br /&gt;</w:t>
        <w:br/>
        <w:t>Полетить жива,&lt;br /&gt;</w:t>
        <w:br/>
        <w:t>Як та пчілочка;&lt;br /&gt;</w:t>
        <w:br/>
        <w:t>Полетить жива&lt;br /&gt;</w:t>
        <w:br/>
        <w:t>І покотиться,&lt;br /&gt;</w:t>
        <w:br/>
        <w:t>В сотні, тисячі&lt;br /&gt;</w:t>
        <w:br/>
        <w:t>Переплодиться.&lt;br /&gt;</w:t>
        <w:br/>
        <w:t>І я знов живий&lt;br /&gt;</w:t>
        <w:br/>
        <w:t>Світ оглядую,&lt;br /&gt;</w:t>
        <w:br/>
        <w:t>Смерті першої&lt;br /&gt;</w:t>
        <w:br/>
        <w:t>Не пригадую.&lt;br /&gt;</w:t>
        <w:br/>
        <w:t>Прийде друга смерть —&lt;br /&gt;</w:t>
        <w:br/>
        <w:t>Світ зчорніється,&lt;br /&gt;</w:t>
        <w:br/>
        <w:t>Земля вся в снігу&lt;br /&gt;</w:t>
        <w:br/>
        <w:t>Забіліється.&lt;br /&gt;</w:t>
        <w:br/>
        <w:t>І весь світ мара&lt;br /&gt;</w:t>
        <w:br/>
        <w:t>Зморить голодом&lt;br /&gt;</w:t>
        <w:br/>
        <w:t>І щілки мої&lt;br /&gt;</w:t>
        <w:br/>
        <w:t>Зціпить холодом.&lt;br /&gt;</w:t>
        <w:br/>
        <w:t>Але холод той&lt;br /&gt;</w:t>
        <w:br/>
        <w:t>Не уб'є життя.&lt;br /&gt;</w:t>
        <w:br/>
        <w:t>Перейдуть віки,&lt;br /&gt;</w:t>
        <w:br/>
        <w:t>Ожиє дитя.&lt;br /&gt;</w:t>
        <w:br/>
        <w:t>Перейдуть віки,&lt;br /&gt;</w:t>
        <w:br/>
        <w:t>Світ завалиться,&lt;br /&gt;</w:t>
        <w:br/>
        <w:t>Вогнем-стовогнем&lt;br /&gt;</w:t>
        <w:br/>
        <w:t>Весь розпалиться.&lt;br /&gt;</w:t>
        <w:br/>
        <w:t>І сніги тоді&lt;br /&gt;</w:t>
        <w:br/>
        <w:t>Паром кинуться,&lt;br /&gt;</w:t>
        <w:br/>
        <w:t>І щілки мої&lt;br /&gt;</w:t>
        <w:br/>
        <w:t>Знов прокинуться.&lt;br /&gt;</w:t>
        <w:br/>
        <w:t>І щілки мої&lt;br /&gt;</w:t>
        <w:br/>
        <w:t>Знов прокинуться,&lt;br /&gt;</w:t>
        <w:br/>
        <w:t>Найдуть землю знов,&lt;br /&gt;</w:t>
        <w:br/>
        <w:t>Знову кинуться.&lt;br /&gt;</w:t>
        <w:br/>
        <w:t>Найдуть землю знов,&lt;br /&gt;</w:t>
        <w:br/>
        <w:t>Знову кинуться,&lt;br /&gt;</w:t>
        <w:br/>
        <w:t>В сотні душ живих&lt;br /&gt;</w:t>
        <w:br/>
        <w:t>Перекинуться.&lt;br /&gt;</w:t>
        <w:br/>
        <w:t>І піде життя&lt;br /&gt;</w:t>
        <w:br/>
        <w:t>Знов драбиною,&lt;br /&gt;</w:t>
        <w:br/>
        <w:t>І я вигляну&lt;br /&gt;</w:t>
        <w:br/>
        <w:t>Знов дитиною.&lt;br /&gt;</w:t>
        <w:br/>
        <w:t>А ти ждеш, маро!&lt;br /&gt;</w:t>
        <w:br/>
        <w:t>Легке точиться,&lt;br /&gt;</w:t>
        <w:br/>
        <w:t>Ти не жди — мори,&lt;br /&gt;</w:t>
        <w:br/>
        <w:t>Коли хочеться.&lt;br /&gt;</w:t>
        <w:br/>
        <w:t>Місяць, рік піждеш —&lt;br /&gt;</w:t>
        <w:br/>
        <w:t>Що уводити?&lt;br /&gt;</w:t>
        <w:br/>
        <w:t>Трудно думи всі&lt;br /&gt;</w:t>
        <w:br/>
        <w:t>Разом сплодити.&lt;br /&gt;</w:t>
        <w:br/>
        <w:t>Трудно думи всі&lt;br /&gt;</w:t>
        <w:br/>
        <w:t>Разом сплодити;&lt;br /&gt;</w:t>
        <w:br/>
        <w:t>Чого ж ждеш, маро?&lt;br /&gt;</w:t>
        <w:br/>
        <w:t>Що уводити?&lt;br /&gt;</w:t>
        <w:br/>
        <w:t>17 августа</w:t>
      </w:r>
    </w:p>
    <w:p>
      <w:r>
        <w:br/>
        <w:t>ОЙ ТИ, КАЛИНО, ОЙ ТИ, МАЛИНО...</w:t>
      </w:r>
    </w:p>
    <w:p>
      <w:r>
        <w:br/>
        <w:t>Ой ти, калино, ой ти, малино,&lt;br /&gt;</w:t>
        <w:br/>
        <w:t>Ой чому ти не росла?&lt;br /&gt;</w:t>
        <w:br/>
        <w:t>Ой либонь-бо тебе, червона калино,&lt;br /&gt;</w:t>
        <w:br/>
        <w:t>Ой либонь-бо тебе, червона калино,&lt;br /&gt;</w:t>
        <w:br/>
        <w:t>Бистра вода зайняла.&lt;br /&gt;</w:t>
        <w:br/>
        <w:t>Ой ти, калино, ой ти, малино,&lt;br /&gt;</w:t>
        <w:br/>
        <w:t>Ой чому ти не цвіла?&lt;br /&gt;</w:t>
        <w:br/>
        <w:t>Ой либонь-бо тебе, червона калино,&lt;br /&gt;</w:t>
        <w:br/>
        <w:t>Ой либонь-бо тебе, червона калино,&lt;br /&gt;</w:t>
        <w:br/>
        <w:t>Бистра вода занесла.&lt;br /&gt;</w:t>
        <w:br/>
        <w:t>"Ой вода грала, мене не займала,&lt;br /&gt;</w:t>
        <w:br/>
        <w:t>Не тим-бо ж я не цвіла.&lt;br /&gt;</w:t>
        <w:br/>
        <w:t>Не цвіла я з горя, що мого явора&lt;br /&gt;</w:t>
        <w:br/>
        <w:t>Не цвіла я з горя, що мого явора&lt;br /&gt;</w:t>
        <w:br/>
        <w:t>Бистра вода зайняла.&lt;br /&gt;</w:t>
        <w:br/>
        <w:t>Зайняла вода, зайняла бистра,&lt;br /&gt;</w:t>
        <w:br/>
        <w:t>Покотила на Дунай,&lt;br /&gt;</w:t>
        <w:br/>
        <w:t>А мені, калині, бідній сиротині,&lt;br /&gt;</w:t>
        <w:br/>
        <w:t>А мені, калині, бідній сиротині,&lt;br /&gt;</w:t>
        <w:br/>
        <w:t>Тяжка туга та печаль.&lt;br /&gt;</w:t>
        <w:br/>
        <w:t>Зайняла вода, зайняла бистра,&lt;br /&gt;</w:t>
        <w:br/>
        <w:t>Покотила на ріку,&lt;br /&gt;</w:t>
        <w:br/>
        <w:t>А мені, калині, бідній сиротині,&lt;br /&gt;</w:t>
        <w:br/>
        <w:t>А мені, калині, бідній сиротині,&lt;br /&gt;</w:t>
        <w:br/>
        <w:t>Тяжка туга довіку!"</w:t>
      </w:r>
    </w:p>
    <w:p>
      <w:r>
        <w:br/>
        <w:t>СЕРБСЬКА ПІСНЯ</w:t>
      </w:r>
    </w:p>
    <w:p>
      <w:r>
        <w:br/>
        <w:t>Моя хата — чорні гори,&lt;br /&gt;</w:t>
        <w:br/>
        <w:t>А постеля — камінь голий;&lt;br /&gt;</w:t>
        <w:br/>
        <w:t>Мої браття — кому горе,&lt;br /&gt;</w:t>
        <w:br/>
        <w:t>Мої браття всі соколи.&lt;br /&gt;</w:t>
        <w:br/>
        <w:t>Де ворога завважають,&lt;br /&gt;</w:t>
        <w:br/>
        <w:t>Як блискавка, налітають.&lt;br /&gt;</w:t>
        <w:br/>
        <w:t>Моє серце веселиться,&lt;br /&gt;</w:t>
        <w:br/>
        <w:t>Як запукає рушниця,&lt;br /&gt;</w:t>
        <w:br/>
        <w:t>Як турецькую скотину&lt;br /&gt;</w:t>
        <w:br/>
        <w:t>Неживою з коня скину&lt;br /&gt;</w:t>
        <w:br/>
        <w:t>Та голову його псячу&lt;br /&gt;</w:t>
        <w:br/>
        <w:t>На колі своїм побачу.&lt;br /&gt;</w:t>
        <w:br/>
        <w:t>Квітчу гору не квітками —&lt;br /&gt;</w:t>
        <w:br/>
        <w:t>Турецькими головами;&lt;br /&gt;</w:t>
        <w:br/>
        <w:t>Квітчу плечі свої сербські&lt;br /&gt;</w:t>
        <w:br/>
        <w:t>Турецькими жупанами.&lt;br /&gt;</w:t>
        <w:br/>
        <w:t>Турки кулі виливають,&lt;br /&gt;</w:t>
        <w:br/>
        <w:t>Кулі турків побивають.&lt;br /&gt;</w:t>
        <w:br/>
        <w:t>Здоров буду — то прибуду&lt;br /&gt;</w:t>
        <w:br/>
        <w:t>І до твої, аго, хати&lt;br /&gt;</w:t>
        <w:br/>
        <w:t>І з жінкою твою буду&lt;br /&gt;</w:t>
        <w:br/>
        <w:t>Цілу нічку ночувати,&lt;br /&gt;</w:t>
        <w:br/>
        <w:t>Твій тютюн буду курити,&lt;br /&gt;</w:t>
        <w:br/>
        <w:t>А кораном борщ варити.&lt;br /&gt;</w:t>
        <w:br/>
        <w:t>Візьму, аго, коня твого,&lt;br /&gt;</w:t>
        <w:br/>
        <w:t>Тогді босий ти поскачеш;&lt;br /&gt;</w:t>
        <w:br/>
        <w:t>Візьму, аго, меча твого,&lt;br /&gt;</w:t>
        <w:br/>
        <w:t>Тогді прасницю побачиш.&lt;br /&gt;</w:t>
        <w:br/>
        <w:t>Та ще тебе, вражий діду,&lt;br /&gt;</w:t>
        <w:br/>
        <w:t>Осідлаю та й поїду.&lt;br /&gt;</w:t>
        <w:br/>
        <w:t>Тогді свого доконаю,&lt;br /&gt;</w:t>
        <w:br/>
        <w:t>Псячу голову зрубаю.&lt;br /&gt;</w:t>
        <w:br/>
        <w:t>Твоє м'ясо буде в полі,&lt;br /&gt;</w:t>
        <w:br/>
        <w:t>Голова на частоколі,&lt;br /&gt;</w:t>
        <w:br/>
        <w:t>І голову черви сточать,&lt;br /&gt;</w:t>
        <w:br/>
        <w:t>А пси псину розволочать.&lt;br /&gt;</w:t>
        <w:br/>
        <w:t>Тобі горе, сербе-брате!&lt;br /&gt;</w:t>
        <w:br/>
        <w:t>Ніхто не йде помагати.&lt;br /&gt;</w:t>
        <w:br/>
        <w:t>Тілько сам ти між горами&lt;br /&gt;</w:t>
        <w:br/>
        <w:t>Справляєшся з ворогами.&lt;br /&gt;</w:t>
        <w:br/>
        <w:t>Сербин крикне — б'є рушниця,&lt;br /&gt;</w:t>
        <w:br/>
        <w:t>Тим Сербія і держиться!</w:t>
      </w:r>
    </w:p>
    <w:p>
      <w:r>
        <w:br/>
        <w:t>ІЩЕ ВЧОРА ІЗВЕЧОРА</w:t>
      </w:r>
    </w:p>
    <w:p>
      <w:r>
        <w:br/>
        <w:t>Іще вчора ізвечора&lt;br /&gt;</w:t>
        <w:br/>
        <w:t>По заході сонця&lt;br /&gt;</w:t>
        <w:br/>
        <w:t>Поглядав я на улицю&lt;br /&gt;</w:t>
        <w:br/>
        <w:t>Край свого віконця.&lt;br /&gt;</w:t>
        <w:br/>
        <w:t>Поглядав я на улицю —&lt;br /&gt;</w:t>
        <w:br/>
        <w:t>Бучно було всюди,&lt;br /&gt;</w:t>
        <w:br/>
        <w:t>І мигали мимо вікон&lt;br /&gt;</w:t>
        <w:br/>
        <w:t>Знакомії люди.&lt;br /&gt;</w:t>
        <w:br/>
        <w:t>І сьогодні іще до дня&lt;br /&gt;</w:t>
        <w:br/>
        <w:t>До моєї хати&lt;br /&gt;</w:t>
        <w:br/>
        <w:t>Збиралися товариші&lt;br /&gt;</w:t>
        <w:br/>
        <w:t>Тугу розважати.&lt;br /&gt;</w:t>
        <w:br/>
        <w:t>Розважали, розмовляли,&lt;br /&gt;</w:t>
        <w:br/>
        <w:t>Щиро обіймались,&lt;br /&gt;</w:t>
        <w:br/>
        <w:t>Виливали душу в душу&lt;br /&gt;</w:t>
        <w:br/>
        <w:t>І не оглядались.&lt;br /&gt;</w:t>
        <w:br/>
        <w:t>Півгодини до машини,&lt;br /&gt;</w:t>
        <w:br/>
        <w:t>Як мала рушати,&lt;br /&gt;</w:t>
        <w:br/>
        <w:t>Виходила і ти, мила,&lt;br /&gt;</w:t>
        <w:br/>
        <w:t>Мене виряджати.&lt;br /&gt;</w:t>
        <w:br/>
        <w:t>Вийшла, стала на помості,&lt;br /&gt;</w:t>
        <w:br/>
        <w:t>Хусткою закрилась,&lt;br /&gt;</w:t>
        <w:br/>
        <w:t>Дивилася-дивилася…&lt;br /&gt;</w:t>
        <w:br/>
        <w:t>Так і розлучилась.&lt;br /&gt;</w:t>
        <w:br/>
        <w:t>1 сентября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