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Пісні західних слов'ян</w:t>
      </w:r>
    </w:p>
    <w:p>
      <w:r>
        <w:br/>
        <w:t xml:space="preserve"> Пісні західних слов'ян</w:t>
      </w:r>
    </w:p>
    <w:p>
      <w:r>
        <w:br/>
        <w:t>І</w:t>
      </w:r>
    </w:p>
    <w:p>
      <w:r>
        <w:br/>
        <w:t>Видіння короля1</w:t>
      </w:r>
    </w:p>
    <w:p>
      <w:r>
        <w:br/>
        <w:t>Король ходить важкою ходою&lt;br /&gt;</w:t>
        <w:br/>
        <w:t>Взад і вперед по палатах;&lt;br /&gt;</w:t>
        <w:br/>
        <w:t>Люди сплять — королю лиш не спиться;&lt;br /&gt;</w:t>
        <w:br/>
        <w:t>Короля султан облягає,&lt;br /&gt;</w:t>
        <w:br/>
        <w:t>Голову грозить йому відтяти&lt;br /&gt;</w:t>
        <w:br/>
        <w:t>І в Стамбул відіслать її хоче.</w:t>
      </w:r>
    </w:p>
    <w:p>
      <w:r>
        <w:br/>
        <w:t>Часто він підходить до віконця,&lt;br /&gt;</w:t>
        <w:br/>
        <w:t>Чи не чути там якогось шуму?&lt;br /&gt;</w:t>
        <w:br/>
        <w:t>Чує, птиця нічна десь виє,&lt;br /&gt;</w:t>
        <w:br/>
        <w:t>Провіщає біду неминучу,&lt;br /&gt;</w:t>
        <w:br/>
        <w:t>Скоро їй шукать нової стріхи&lt;br /&gt;</w:t>
        <w:br/>
        <w:t>Для своїх пташат бідолашних.</w:t>
      </w:r>
    </w:p>
    <w:p>
      <w:r>
        <w:br/>
        <w:t>Не сова виє в Ключі-граді,&lt;br /&gt;</w:t>
        <w:br/>
        <w:t>То не місяць на Ключ-город світить,&lt;br /&gt;</w:t>
        <w:br/>
        <w:t>В церкві божій гримлять барабани.&lt;br /&gt;</w:t>
        <w:br/>
        <w:t>Вся свічками осяяна церква.</w:t>
      </w:r>
    </w:p>
    <w:p>
      <w:r>
        <w:br/>
        <w:t>Та ніхто барабанів не чує,&lt;br /&gt;</w:t>
        <w:br/>
        <w:t>Ніхто світла в церкві божій не бачить,&lt;br /&gt;</w:t>
        <w:br/>
        <w:t>Лиш король те чув і те бачив;&lt;br /&gt;</w:t>
        <w:br/>
        <w:t>Із палат своїх він виходить&lt;br /&gt;</w:t>
        <w:br/>
        <w:t>Та й іде він сам в церкву божу.</w:t>
      </w:r>
    </w:p>
    <w:p>
      <w:r>
        <w:br/>
        <w:t>Став на паперті, двері відчиняє...&lt;br /&gt;</w:t>
        <w:br/>
        <w:t>Серце стислося йому від жаху,&lt;br /&gt;</w:t>
        <w:br/>
        <w:t>Та велику він творить молитву&lt;br /&gt;</w:t>
        <w:br/>
        <w:t>І спокійно в церкву божу ввіходить.</w:t>
      </w:r>
    </w:p>
    <w:p>
      <w:r>
        <w:br/>
        <w:t>Тут він бачить дивне видіння:&lt;br /&gt;</w:t>
        <w:br/>
        <w:t>На помості валяються трупи,&lt;br /&gt;</w:t>
        <w:br/>
        <w:t>Поміж них кров струмками хлюпоще,&lt;br /&gt;</w:t>
        <w:br/>
        <w:t>Як потоки дощові осінні,&lt;br /&gt;</w:t>
        <w:br/>
        <w:t>Кров по кісточки йому доходить.</w:t>
      </w:r>
    </w:p>
    <w:p>
      <w:r>
        <w:br/>
        <w:t>Горе! В церкві турки і татари,&lt;br /&gt;</w:t>
        <w:br/>
        <w:t>Та ще й зрадники ті, богуміли2.&lt;br /&gt;</w:t>
        <w:br/>
        <w:t>На амвоні сам султан безбожний,&lt;br /&gt;</w:t>
        <w:br/>
        <w:t>Держить він наголо шаблю,&lt;br /&gt;</w:t>
        <w:br/>
        <w:t>Кров по шаблі свіжа струмує&lt;br /&gt;</w:t>
        <w:br/>
        <w:t>Од вістря по саму рукоятку.</w:t>
      </w:r>
    </w:p>
    <w:p>
      <w:r>
        <w:br/>
        <w:t>Короля пойняв раптовий холод:&lt;br /&gt;</w:t>
        <w:br/>
        <w:t>Тут же бачить він отця і брата.&lt;br /&gt;</w:t>
        <w:br/>
        <w:t>Що отець від султана праворуч,&lt;br /&gt;</w:t>
        <w:br/>
        <w:t>Опустився старий на коліна,</w:t>
      </w:r>
    </w:p>
    <w:p>
      <w:r>
        <w:br/>
        <w:t>Подає йому свою корону;&lt;br /&gt;</w:t>
        <w:br/>
        <w:t>А ліворуч, теж на колінах,&lt;br /&gt;</w:t>
        <w:br/>
        <w:t>Його син, Радивой окаянний,&lt;br /&gt;</w:t>
        <w:br/>
        <w:t>Бусурманською чалмою повитий&lt;br /&gt;</w:t>
        <w:br/>
        <w:t>(З тою самою мотузкою, що нею&lt;br /&gt;</w:t>
        <w:br/>
        <w:t>Задушив він нещасного батька),&lt;br /&gt;</w:t>
        <w:br/>
        <w:t>Край поли у султана цілує,&lt;br /&gt;</w:t>
        <w:br/>
        <w:t>Мов холоп той, фалангою3 битий.</w:t>
      </w:r>
    </w:p>
    <w:p>
      <w:r>
        <w:br/>
        <w:t>І султан безбожний усміхнувся,&lt;br /&gt;</w:t>
        <w:br/>
        <w:t>Взяв корону, розтоптав ногами&lt;br /&gt;</w:t>
        <w:br/>
        <w:t>Та й промовив тоді Радивою:&lt;br /&gt;</w:t>
        <w:br/>
        <w:t>"Будь у Боснії моїй можновладцем,&lt;br /&gt;</w:t>
        <w:br/>
        <w:t>Для гяур-християн беглербеєм"4.&lt;br /&gt;</w:t>
        <w:br/>
        <w:t>І відступник б'є чолом султану,&lt;br /&gt;</w:t>
        <w:br/>
        <w:t>Тричі діл скривавлений цілує.</w:t>
      </w:r>
    </w:p>
    <w:p>
      <w:r>
        <w:br/>
        <w:t>І султан своїх слуг покликав&lt;br /&gt;</w:t>
        <w:br/>
        <w:t>І сказав: "Дать каптан Радивою5,&lt;br /&gt;</w:t>
        <w:br/>
        <w:t>Та не з бархату каптан, не парчевий,&lt;br /&gt;</w:t>
        <w:br/>
        <w:t>А здеріть на каптан Радивою&lt;br /&gt;</w:t>
        <w:br/>
        <w:t>Шкуру з рідного його брата".&lt;br /&gt;</w:t>
        <w:br/>
        <w:t>Бусурмани короля оточили,&lt;br /&gt;</w:t>
        <w:br/>
        <w:t>Роздягли догола його всього,&lt;br /&gt;</w:t>
        <w:br/>
        <w:t>Ятаганом йому шкіру розпороли,</w:t>
      </w:r>
    </w:p>
    <w:p>
      <w:r>
        <w:br/>
        <w:t>Стали дерти руками й зубами.&lt;br /&gt;</w:t>
        <w:br/>
        <w:t>Оголили м'ясо і жили&lt;br /&gt;</w:t>
        <w:br/>
        <w:t>І до самих костей обідрали,&lt;br /&gt;</w:t>
        <w:br/>
        <w:t>Одягли вони шкурою Радивоя.&lt;br /&gt;</w:t>
        <w:br/>
        <w:t>Заволав тоді мученик до бога:&lt;br /&gt;</w:t>
        <w:br/>
        <w:t>"Правий боже, заслужив я кари!&lt;br /&gt;</w:t>
        <w:br/>
        <w:t>Плоть мою віддай на розтерзання,&lt;br /&gt;</w:t>
        <w:br/>
        <w:t>Тільки душу помилуй, Іісусе!"</w:t>
      </w:r>
    </w:p>
    <w:p>
      <w:r>
        <w:br/>
        <w:t>При тім імені церква задрижала,&lt;br /&gt;</w:t>
        <w:br/>
        <w:t>Все зненацька затихнуло, померкло,—&lt;br /&gt;</w:t>
        <w:br/>
        <w:t>Зникло все — немов і не бувало.</w:t>
      </w:r>
    </w:p>
    <w:p>
      <w:r>
        <w:br/>
        <w:t>І король навпомацки із церкви&lt;br /&gt;</w:t>
        <w:br/>
        <w:t>Якось вибрався в тьмі глибокій&lt;br /&gt;</w:t>
        <w:br/>
        <w:t>І з молитвою на вулицю вийшов.</w:t>
      </w:r>
    </w:p>
    <w:p>
      <w:r>
        <w:br/>
        <w:t>Було тихо. З високого неба&lt;br /&gt;</w:t>
        <w:br/>
        <w:t>Місяць біле освітлював місто.&lt;br /&gt;</w:t>
        <w:br/>
        <w:t>Враз метнулась із-за міста бомба6,&lt;br /&gt;</w:t>
        <w:br/>
        <w:t>І пішли бусурмани на приступ.</w:t>
      </w:r>
    </w:p>
    <w:p>
      <w:r>
        <w:br/>
        <w:t>Примітки*</w:t>
      </w:r>
    </w:p>
    <w:p>
      <w:r>
        <w:br/>
        <w:t>1. Хома І був таємно убитий своїми двома синами&lt;br /&gt;</w:t>
        <w:br/>
        <w:t>Стефаном і Радивоєм у 1460 році. Стефан йому наслідував.&lt;br /&gt;</w:t>
        <w:br/>
        <w:t>Радивой, гніваючись на брата за захоплення влади,&lt;br /&gt;</w:t>
        <w:br/>
        <w:t>розголосив жахливу таємницю і втік у Туреччину до&lt;br /&gt;</w:t>
        <w:br/>
        <w:t>Магомета II. Стефан з намови папського легата вирішив&lt;br /&gt;</w:t>
        <w:br/>
        <w:t>воювати з турками. Він був розбитий і втік у Ключ-город,&lt;br /&gt;</w:t>
        <w:br/>
        <w:t>де Магомет обложив його. Захоплений у полон,&lt;br /&gt;</w:t>
        <w:br/>
        <w:t>він не погодився прийняти магометанську віру,&lt;br /&gt;</w:t>
        <w:br/>
        <w:t>і з нього здерли шкіру.&lt;br /&gt;</w:t>
        <w:br/>
        <w:t>2. Так називають себе деякі іллірійські розкольники.&lt;br /&gt;</w:t>
        <w:br/>
        <w:t>3. Фаланга — палочні удари по п'ятах.&lt;br /&gt;</w:t>
        <w:br/>
        <w:t>4. Радивой ніколи не мав цього сану, і всі члени&lt;br /&gt;</w:t>
        <w:br/>
        <w:t>королівської родини були знищені султаном.&lt;br /&gt;</w:t>
        <w:br/>
        <w:t>5. Каптан — звичайний подарунок султанів.&lt;br /&gt;</w:t>
        <w:br/>
        <w:t>6. Анахронізм.&lt;br /&gt;</w:t>
        <w:br/>
        <w:t>* Належить Пушкіну.— М.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Пісні західних слов'ян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