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ізгоя</w:t>
      </w:r>
    </w:p>
    <w:p>
      <w:r>
        <w:br/>
        <w:t xml:space="preserve"> Чи ви знаєте пісню вигнанчу,&lt;br /&gt;</w:t>
        <w:br/>
        <w:t>чи ви чули коли вже її?&lt;br /&gt;</w:t>
        <w:br/>
        <w:t>Наболілу, бунтарську й підданчу,&lt;br /&gt;</w:t>
        <w:br/>
        <w:t>що в ній туга, розпука і їдь.</w:t>
      </w:r>
    </w:p>
    <w:p>
      <w:r>
        <w:br/>
        <w:t>Ох, зворушення в серці заплаче,&lt;br /&gt;</w:t>
        <w:br/>
        <w:t>не дає говорити мені.&lt;br /&gt;</w:t>
        <w:br/>
        <w:t>Чи ви знаєте думи бурлачі,&lt;br /&gt;</w:t>
        <w:br/>
        <w:t>з криком болю замовклим на дні?</w:t>
      </w:r>
    </w:p>
    <w:p>
      <w:r>
        <w:br/>
        <w:t>Безпощадні, отруйні, зловісні,&lt;br /&gt;</w:t>
        <w:br/>
        <w:t>крик зневіри лунає із дна.&lt;br /&gt;</w:t>
        <w:br/>
        <w:t>Та моєї не бійтеся пісні,&lt;br /&gt;</w:t>
        <w:br/>
        <w:t>хай до серця промовить вона.</w:t>
      </w:r>
    </w:p>
    <w:p>
      <w:r>
        <w:br/>
        <w:t>Хоч ці строфи похмурі, зловісні,&lt;br /&gt;</w:t>
        <w:br/>
        <w:t>та одначе не збавлять вас сну.&lt;br /&gt;</w:t>
        <w:br/>
        <w:t>О, моєї не бійтеся пісні,&lt;br /&gt;</w:t>
        <w:br/>
        <w:t>хоч словами-бичами вас тну.</w:t>
      </w:r>
    </w:p>
    <w:p>
      <w:r>
        <w:br/>
        <w:t>Світ великий, безмежний, широкий,&lt;br /&gt;</w:t>
        <w:br/>
        <w:t>не обняти думками його.&lt;br /&gt;</w:t>
        <w:br/>
        <w:t>Де задержить утомлені кроки&lt;br /&gt;</w:t>
        <w:br/>
        <w:t>всім байдужий, недужий ізгой?</w:t>
      </w:r>
    </w:p>
    <w:p>
      <w:r>
        <w:br/>
        <w:t>Світ безкраїй, безмежний, широкий,&lt;br /&gt;</w:t>
        <w:br/>
        <w:t>має тисячі, тисячі міст.&lt;br /&gt;</w:t>
        <w:br/>
        <w:t>Де задержить утомлені кроки&lt;br /&gt;</w:t>
        <w:br/>
        <w:t>занімілий, задуманий гість?</w:t>
      </w:r>
    </w:p>
    <w:p>
      <w:r>
        <w:br/>
        <w:t>Світ багатий, розкішний, привітний&lt;br /&gt;</w:t>
        <w:br/>
        <w:t>має тисячі, тисячі міст.&lt;br /&gt;</w:t>
        <w:br/>
        <w:t>Та одначе є люди самітні,&lt;br /&gt;</w:t>
        <w:br/>
        <w:t>мов заблукані птахи без гнізд.</w:t>
      </w:r>
    </w:p>
    <w:p>
      <w:r>
        <w:br/>
        <w:t>О, не витримав стільки би другий,&lt;br /&gt;</w:t>
        <w:br/>
        <w:t>він надію поніс у душі.&lt;br /&gt;</w:t>
        <w:br/>
        <w:t>Хай його відцуралися други&lt;br /&gt;</w:t>
        <w:br/>
        <w:t>та покинули товариші.</w:t>
      </w:r>
    </w:p>
    <w:p>
      <w:r>
        <w:br/>
        <w:t>Відійшли, не лишився з них жаден,&lt;br /&gt;</w:t>
        <w:br/>
        <w:t>залишили самого в журбі.&lt;br /&gt;</w:t>
        <w:br/>
        <w:t>Кожний день, кожна ніч силу краде…&lt;br /&gt;</w:t>
        <w:br/>
        <w:t>І все сам, і все сам у юрбі.</w:t>
      </w:r>
    </w:p>
    <w:p>
      <w:r>
        <w:br/>
        <w:t>Хоч надія у серці не гине,&lt;br /&gt;</w:t>
        <w:br/>
        <w:t>на чолі незатерте тавро:&lt;br /&gt;</w:t>
        <w:br/>
        <w:t>це чужинець, чужинець, чужинець,&lt;br /&gt;</w:t>
        <w:br/>
        <w:t>хто його привітає добром?</w:t>
      </w:r>
    </w:p>
    <w:p>
      <w:r>
        <w:br/>
        <w:t>Хто його привітає як друга,&lt;br /&gt;</w:t>
        <w:br/>
        <w:t>хто поможе, поможе йому?&lt;br /&gt;</w:t>
        <w:br/>
        <w:t>Тільки посміх, погорда, наруга…&lt;br /&gt;</w:t>
        <w:br/>
        <w:t>Лиш байдужність він знайде німу.</w:t>
      </w:r>
    </w:p>
    <w:p>
      <w:r>
        <w:br/>
        <w:t>Стільки правд, стільки діл є оманних.&lt;br /&gt;</w:t>
        <w:br/>
        <w:t>Хоч на світі багато людей&lt;br /&gt;</w:t>
        <w:br/>
        <w:t>нещасливих, сумних, безталанних,&lt;br /&gt;</w:t>
        <w:br/>
        <w:t>він між ними самітно все йде.</w:t>
      </w:r>
    </w:p>
    <w:p>
      <w:r>
        <w:br/>
        <w:t>Лиш затиснені з впертістю жмені,&lt;br /&gt;</w:t>
        <w:br/>
        <w:t>в них ще сила палка, молода.&lt;br /&gt;</w:t>
        <w:br/>
        <w:t>Щораз слабші та слабші легені…&lt;br /&gt;</w:t>
        <w:br/>
        <w:t>І заглянула в очі нужда.</w:t>
      </w:r>
    </w:p>
    <w:p>
      <w:r>
        <w:br/>
        <w:t>У гарячці чоло, у пожарі,&lt;br /&gt;</w:t>
        <w:br/>
        <w:t>повне гострих, відкривних думок.&lt;br /&gt;</w:t>
        <w:br/>
        <w:t>На чужиннім, гладкім тротуарі&lt;br /&gt;</w:t>
        <w:br/>
        <w:t>заломився паломника крок.</w:t>
      </w:r>
    </w:p>
    <w:p>
      <w:r>
        <w:br/>
        <w:t>Туги серця слова не повторять,&lt;br /&gt;</w:t>
        <w:br/>
        <w:t>все даремне, даремне на біль.&lt;br /&gt;</w:t>
        <w:br/>
        <w:t>Чуже місто, чужа санаторія…&lt;br /&gt;</w:t>
        <w:br/>
        <w:t>І лиш подув далекий із піль.</w:t>
      </w:r>
    </w:p>
    <w:p>
      <w:r>
        <w:br/>
        <w:t>Тільки подув далекий приносить&lt;br /&gt;</w:t>
        <w:br/>
        <w:t>свіжий запах німої землі.&lt;br /&gt;</w:t>
        <w:br/>
        <w:t>Вже цієї мандрівки є досить,&lt;br /&gt;</w:t>
        <w:br/>
        <w:t>цих блукань в безпросвітній імлі.</w:t>
      </w:r>
    </w:p>
    <w:p>
      <w:r>
        <w:br/>
        <w:t>Вже спочине, спочине, спочине,&lt;br /&gt;</w:t>
        <w:br/>
        <w:t>наближається всьому кінець.&lt;br /&gt;</w:t>
        <w:br/>
        <w:t>Привітання з його батьківщини&lt;br /&gt;</w:t>
        <w:br/>
        <w:t>принесе легкокрилий гонець.</w:t>
      </w:r>
    </w:p>
    <w:p>
      <w:r>
        <w:br/>
        <w:t>Привітання землі материне&lt;br /&gt;</w:t>
        <w:br/>
        <w:t>хай почує останній ще раз.&lt;br /&gt;</w:t>
        <w:br/>
        <w:t>Хай думками в минуле порине,&lt;br /&gt;</w:t>
        <w:br/>
        <w:t>бо забути, заснути вже час.</w:t>
      </w:r>
    </w:p>
    <w:p>
      <w:r>
        <w:br/>
        <w:t>Давлять груди німі, білі стіни&lt;br /&gt;</w:t>
        <w:br/>
        <w:t>та шпитальна, примар повна ніч.&lt;br /&gt;</w:t>
        <w:br/>
        <w:t>Хтось надходить, хтось стукає в сіні…&lt;br /&gt;</w:t>
        <w:br/>
        <w:t>Глухий кашель і з уст кровотіч.</w:t>
      </w:r>
    </w:p>
    <w:p>
      <w:r>
        <w:br/>
        <w:t>Вже прийшла чорна ніч в темнім крепі,&lt;br /&gt;</w:t>
        <w:br/>
        <w:t>відітхнула глибоко земля.&lt;br /&gt;</w:t>
        <w:br/>
        <w:t>Ще останній, придавлений шепіт:&lt;br /&gt;</w:t>
        <w:br/>
        <w:t>— Я вертаюсь, Вкраїно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ізгоя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