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віщого Олега</w:t>
      </w:r>
    </w:p>
    <w:p>
      <w:r>
        <w:br/>
        <w:t xml:space="preserve"> Збирається віщий Олег-войовник&lt;br /&gt;</w:t>
        <w:br/>
        <w:t>З хозарами знов воювати;&lt;br /&gt;</w:t>
        <w:br/>
        <w:t>За напад — мечам і пожарам прирік&lt;br /&gt;</w:t>
        <w:br/>
        <w:t>Він ниви хозарські і хати.&lt;br /&gt;</w:t>
        <w:br/>
        <w:t>Із військом своїм, в царгородській броні,&lt;br /&gt;</w:t>
        <w:br/>
        <w:t>Князь їде полями на вірнім коні.</w:t>
      </w:r>
    </w:p>
    <w:p>
      <w:r>
        <w:br/>
        <w:t>Із темного лісу старий чарівник&lt;br /&gt;</w:t>
        <w:br/>
        <w:t>Виходить назустріч поволі,&lt;br /&gt;</w:t>
        <w:br/>
        <w:t>Перунові тільки покірний старик,&lt;br /&gt;</w:t>
        <w:br/>
        <w:t>Провісник він лю?дської долі.&lt;br /&gt;</w:t>
        <w:br/>
        <w:t>В мольбах, в ворожбі все життя він провів.&lt;br /&gt;</w:t>
        <w:br/>
        <w:t>І князь біля нього коня зупинив.</w:t>
      </w:r>
    </w:p>
    <w:p>
      <w:r>
        <w:br/>
        <w:t>"Повідай, улюбленцю вічних богів,&lt;br /&gt;</w:t>
        <w:br/>
        <w:t>Чи скоро я землю покину?&lt;br /&gt;</w:t>
        <w:br/>
        <w:t>Чи скоро, на радість моїх ворогів,&lt;br /&gt;</w:t>
        <w:br/>
        <w:t>Мене покладуть в домовину?&lt;br /&gt;</w:t>
        <w:br/>
        <w:t>Не бійся, будь чесний в своїй ворожбі —&lt;br /&gt;</w:t>
        <w:br/>
        <w:t>Баского коня подарую тобі".</w:t>
      </w:r>
    </w:p>
    <w:p>
      <w:r>
        <w:br/>
        <w:t>"Волхви не бояться земних владарів,&lt;br /&gt;</w:t>
        <w:br/>
        <w:t>Волхвам — за пророче їх слово —&lt;br /&gt;</w:t>
        <w:br/>
        <w:t>Не треба багатих князівських дарів,-&lt;br /&gt;</w:t>
        <w:br/>
        <w:t>Правдива і вільна їх мова.&lt;br /&gt;</w:t>
        <w:br/>
        <w:t>Хоч роки майбутні таяться в імлі,&lt;br /&gt;</w:t>
        <w:br/>
        <w:t>Та бачу я долю твою на чолі.</w:t>
      </w:r>
    </w:p>
    <w:p>
      <w:r>
        <w:br/>
        <w:t>Послухай, що скаже тобі ворожбит:&lt;br /&gt;</w:t>
        <w:br/>
        <w:t>Ти славний своїми боями,&lt;br /&gt;</w:t>
        <w:br/>
        <w:t>І твій ворогами не здоланий щит&lt;br /&gt;</w:t>
        <w:br/>
        <w:t>Царграда оздоблює брами;&lt;br /&gt;</w:t>
        <w:br/>
        <w:t>І хвилі, і землю скорив ти в бою,&lt;br /&gt;</w:t>
        <w:br/>
        <w:t>І недруги заздрять на долю твою.</w:t>
      </w:r>
    </w:p>
    <w:p>
      <w:r>
        <w:br/>
        <w:t>І моря бурхливого зрадницький вал&lt;br /&gt;</w:t>
        <w:br/>
        <w:t>Твої не пошкодив вітрила,&lt;br /&gt;</w:t>
        <w:br/>
        <w:t>Тебе не поранив лукавий кинджал,&lt;br /&gt;</w:t>
        <w:br/>
        <w:t>Ворожа стріла не вразила...&lt;br /&gt;</w:t>
        <w:br/>
        <w:t>Не відаєш ран ти у грізній броні,&lt;br /&gt;</w:t>
        <w:br/>
        <w:t>Бо є охоронець у тебе в війні.</w:t>
      </w:r>
    </w:p>
    <w:p>
      <w:r>
        <w:br/>
        <w:t>Твій кінь бойових не лякається діл,&lt;br /&gt;</w:t>
        <w:br/>
        <w:t>Він, пановій волі покірний,&lt;br /&gt;</w:t>
        <w:br/>
        <w:t>То смирний стоїть перед хмарами стріл,&lt;br /&gt;</w:t>
        <w:br/>
        <w:t>То скаче, товариш твій вірний.&lt;br /&gt;</w:t>
        <w:br/>
        <w:t>Його не лякає жорстока броня...&lt;br /&gt;</w:t>
        <w:br/>
        <w:t>Але від свого ти загинеш коня".</w:t>
      </w:r>
    </w:p>
    <w:p>
      <w:r>
        <w:br/>
        <w:t>Олег усміхнувся; одначе чоло&lt;br /&gt;</w:t>
        <w:br/>
        <w:t>Прорізала думка журлива.&lt;br /&gt;</w:t>
        <w:br/>
        <w:t>Він, спершись рукою на бранне сідло,&lt;br /&gt;</w:t>
        <w:br/>
        <w:t>Злізає з коня мовчазливо;&lt;br /&gt;</w:t>
        <w:br/>
        <w:t>І вірного друга князівська рука&lt;br /&gt;</w:t>
        <w:br/>
        <w:t>Востаннє голубить, ласкава й легка.</w:t>
      </w:r>
    </w:p>
    <w:p>
      <w:r>
        <w:br/>
        <w:t>"З тобою, мій друже, мій вірний слуга,&lt;br /&gt;</w:t>
        <w:br/>
        <w:t>Пройшов я походи великі;&lt;br /&gt;</w:t>
        <w:br/>
        <w:t>В стремено твоє вже не ступить нога,&lt;br /&gt;</w:t>
        <w:br/>
        <w:t>Нам час розлучитись навіки.&lt;br /&gt;</w:t>
        <w:br/>
        <w:t>Прощай, утішайся у лузі щодня!&lt;br /&gt;</w:t>
        <w:br/>
        <w:t>Ви, отроки-друзі, візьміть-но коня,</w:t>
      </w:r>
    </w:p>
    <w:p>
      <w:r>
        <w:br/>
        <w:t>У луг одведіть, де трава запашна,&lt;br /&gt;</w:t>
        <w:br/>
        <w:t>Попоною спину вкривайте,&lt;br /&gt;</w:t>
        <w:br/>
        <w:t>Добірного завжди давайте зерна,&lt;br /&gt;</w:t>
        <w:br/>
        <w:t>Водою з джерел напувайте".&lt;br /&gt;</w:t>
        <w:br/>
        <w:t>І отроки миттю з конем одійшли,&lt;br /&gt;</w:t>
        <w:br/>
        <w:t>І князю нового коня підвели.</w:t>
      </w:r>
    </w:p>
    <w:p>
      <w:r>
        <w:br/>
        <w:t>Олег бенкетує між друзів своїх&lt;br /&gt;</w:t>
        <w:br/>
        <w:t>В гаю, на зеленому схилі;&lt;br /&gt;</w:t>
        <w:br/>
        <w:t>Їх кучері білі, як ранішній сніг&lt;br /&gt;</w:t>
        <w:br/>
        <w:t>На предківській славній могилі.&lt;br /&gt;</w:t>
        <w:br/>
        <w:t>Дружинники згадують юність свою,&lt;br /&gt;</w:t>
        <w:br/>
        <w:t>Коли з ворогами рубались в бою.</w:t>
      </w:r>
    </w:p>
    <w:p>
      <w:r>
        <w:br/>
        <w:t>"А де мій товариш, де кінь мій баский? —&lt;br /&gt;</w:t>
        <w:br/>
        <w:t>Промовив Олег своїм слугам. —&lt;br /&gt;</w:t>
        <w:br/>
        <w:t>Скажіть, чи здоровий, чи досі, легкий,&lt;br /&gt;</w:t>
        <w:br/>
        <w:t>Розкішним він бігає лугом?"&lt;br /&gt;</w:t>
        <w:br/>
        <w:t>І чує слова: на крутому горбі&lt;br /&gt;</w:t>
        <w:br/>
        <w:t>Давно відпочинок знайшов він собі.</w:t>
      </w:r>
    </w:p>
    <w:p>
      <w:r>
        <w:br/>
        <w:t>І голову буйну Олег похилив&lt;br /&gt;</w:t>
        <w:br/>
        <w:t>І думає: "Що ж чарування?&lt;br /&gt;</w:t>
        <w:br/>
        <w:t>Коли б не послухав брехливих я слів,&lt;br /&gt;</w:t>
        <w:br/>
        <w:t>Відкинув дурне віщування,&lt;br /&gt;</w:t>
        <w:br/>
        <w:t>Носив мене б кінь до останнього дня!"&lt;br /&gt;</w:t>
        <w:br/>
        <w:t>І хоче він бачить останки коня.</w:t>
      </w:r>
    </w:p>
    <w:p>
      <w:r>
        <w:br/>
        <w:t>Ось їде могутній Олег до ріки,&lt;br /&gt;</w:t>
        <w:br/>
        <w:t>З ним гості його посивілі,&lt;br /&gt;</w:t>
        <w:br/>
        <w:t>І бачить: коня благородні кістки&lt;br /&gt;</w:t>
        <w:br/>
        <w:t>Лежать на дніпровому схилі;&lt;br /&gt;</w:t>
        <w:br/>
        <w:t>Їх миє негода, їх порох вкрива,&lt;br /&gt;</w:t>
        <w:br/>
        <w:t>Над ними шумує шовкова трава.</w:t>
      </w:r>
    </w:p>
    <w:p>
      <w:r>
        <w:br/>
        <w:t>І, тихо ступивши на череп німий,&lt;br /&gt;</w:t>
        <w:br/>
        <w:t>Князь мовив: "Спи, друг одинокий!&lt;br /&gt;</w:t>
        <w:br/>
        <w:t>Тебе пережив твій хазяїн старий,&lt;br /&gt;</w:t>
        <w:br/>
        <w:t>І от, як скінчу свої роки,-&lt;br /&gt;</w:t>
        <w:br/>
        <w:t>Не ти на траву упадеш запашну&lt;br /&gt;</w:t>
        <w:br/>
        <w:t>І кров'ю жаркою напоїш труну!"</w:t>
      </w:r>
    </w:p>
    <w:p>
      <w:r>
        <w:br/>
        <w:t>І мовив Олег тоді друзям своїм:&lt;br /&gt;</w:t>
        <w:br/>
        <w:t>"Чи кістка страшна мені тлінна?"&lt;br /&gt;</w:t>
        <w:br/>
        <w:t>Із жовтого черепа тихо між тим&lt;br /&gt;</w:t>
        <w:br/>
        <w:t>Гадюка повзла домовинна,&lt;br /&gt;</w:t>
        <w:br/>
        <w:t>Круг ніг його чорним кільцем обвилась,&lt;br /&gt;</w:t>
        <w:br/>
        <w:t>І крикнув зненацька ужалений князь.</w:t>
      </w:r>
    </w:p>
    <w:p>
      <w:r>
        <w:br/>
        <w:t>Схиляються гості над тілом в журбі,&lt;br /&gt;</w:t>
        <w:br/>
        <w:t>У келихах піняться вина;&lt;br /&gt;</w:t>
        <w:br/>
        <w:t>Князь Ігор і Ольга сидять на горбі;&lt;br /&gt;</w:t>
        <w:br/>
        <w:t>Хмільна бенкетує дружина.&lt;br /&gt;</w:t>
        <w:br/>
        <w:t>Дружинники згадують юність свою,&lt;br /&gt;</w:t>
        <w:br/>
        <w:t>Коли з ворогами рубались в бою.</w:t>
      </w:r>
    </w:p>
    <w:p>
      <w:r>
        <w:br/>
      </w:r>
    </w:p>
    <w:p>
      <w:r>
        <w:br/>
        <w:t>Переклад Ю. Карського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віщого Олега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