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Північні елегії</w:t>
      </w:r>
    </w:p>
    <w:p>
      <w:r>
        <w:br/>
        <w:t xml:space="preserve"> Все в жертву пам'яті твоїй...&lt;br /&gt;</w:t>
        <w:br/>
        <w:t>Пушкін</w:t>
      </w:r>
    </w:p>
    <w:p>
      <w:r>
        <w:br/>
        <w:t>&amp;lt;ПЕРША&amp;gt;&lt;br /&gt;</w:t>
        <w:br/>
        <w:t>Передісторія</w:t>
      </w:r>
    </w:p>
    <w:p>
      <w:r>
        <w:br/>
        <w:t>Я тепер живу не там...&lt;br /&gt;</w:t>
        <w:br/>
        <w:t>Пушкін</w:t>
      </w:r>
    </w:p>
    <w:p>
      <w:r>
        <w:br/>
        <w:t>Росія Достоєвського. Дзвіниця&lt;br /&gt;</w:t>
        <w:br/>
        <w:t>Собою майже заступила місяць.&lt;br /&gt;</w:t>
        <w:br/>
        <w:t>Торгують кабаки, летять пролдотки,&lt;br /&gt;</w:t>
        <w:br/>
        <w:t>Росте громаддя п'ятиповерхове&lt;br /&gt;</w:t>
        <w:br/>
        <w:t>В Гороховій, на Знаменні, під Смольним.&lt;br /&gt;</w:t>
        <w:br/>
        <w:t>І скрізь — танцкласи, вивіски міняйл,&lt;br /&gt;</w:t>
        <w:br/>
        <w:t>А поряд: "Henriette", "Basile", "Andr?";&lt;br /&gt;</w:t>
        <w:br/>
        <w:t>"Шумилов-старший": пишні домовини.&lt;br /&gt;</w:t>
        <w:br/>
        <w:t>Та місто, зрештою, змінилось мало.&lt;br /&gt;</w:t>
        <w:br/>
        <w:t>Не я одна лиш, помічали й інші:&lt;br /&gt;</w:t>
        <w:br/>
        <w:t>Воно прикинутись уміє часом —&lt;br /&gt;</w:t>
        <w:br/>
        <w:t>От чисто літографія стара,&lt;br /&gt;</w:t>
        <w:br/>
        <w:t>Не першокласна, та цілком пристойна,&lt;br /&gt;</w:t>
        <w:br/>
        <w:t>Здається, десь років семидесятих.&lt;br /&gt;</w:t>
        <w:br/>
        <w:t>А надто взимку, ще перед світанком&lt;br /&gt;</w:t>
        <w:br/>
        <w:t>Чи в сутінки — тоді за ворітьми&lt;br /&gt;</w:t>
        <w:br/>
        <w:t>Темніє ген жорсткий, прямий Літейний,&lt;br /&gt;</w:t>
        <w:br/>
        <w:t>В ту пору ще не зганьблений модерном,&lt;br /&gt;</w:t>
        <w:br/>
        <w:t>Зі мною візаві живуть — Некрасов&lt;br /&gt;</w:t>
        <w:br/>
        <w:t>І Салтиков... Тепер обом — по дошці&lt;br /&gt;</w:t>
        <w:br/>
        <w:t>Меморіальній. О, як було б страшно&lt;br /&gt;</w:t>
        <w:br/>
        <w:t>Їм бачити ці дошки! Я проходжу.</w:t>
      </w:r>
    </w:p>
    <w:p>
      <w:r>
        <w:br/>
        <w:t>А в Старій Руссі — і канави пишні,&lt;br /&gt;</w:t>
        <w:br/>
        <w:t>І по садах альтанки вже підгнилі,&lt;br /&gt;</w:t>
        <w:br/>
        <w:t>І вікна — мовби чорні ополонки:&lt;br /&gt;</w:t>
        <w:br/>
        <w:t>Здається, щось таке там відбулося,&lt;br /&gt;</w:t>
        <w:br/>
        <w:t>Що ліпше і не зазирай, ходім.&lt;br /&gt;</w:t>
        <w:br/>
        <w:t>Не з кожним можна змовитися місцем,&lt;br /&gt;</w:t>
        <w:br/>
        <w:t>Аби воно свою відкрило тайну&lt;br /&gt;</w:t>
        <w:br/>
        <w:t>(А в Оптиній — не бути вже мені...).</w:t>
      </w:r>
    </w:p>
    <w:p>
      <w:r>
        <w:br/>
        <w:t>Картаті пледи, шурхотіння суконь&lt;br /&gt;</w:t>
        <w:br/>
        <w:t>І рами із горіха на дзеркалах,&lt;br /&gt;</w:t>
        <w:br/>
        <w:t>Каренінською вражених красою,&lt;br /&gt;</w:t>
        <w:br/>
        <w:t>I в коридорах — ті самі шпалери,&lt;br /&gt;</w:t>
        <w:br/>
        <w:t>Що ми в дитинстві милувались ними,&lt;br /&gt;</w:t>
        <w:br/>
        <w:t>Під гасовою лампою тьмянкою,&lt;br /&gt;</w:t>
        <w:br/>
        <w:t>І той же плюш на кріслах...&lt;br /&gt;</w:t>
        <w:br/>
        <w:t>Все різночинно, все нашвидкуруч...&lt;br /&gt;</w:t>
        <w:br/>
        <w:t>Батьки й діди незрозумілі. Землі&lt;br /&gt;</w:t>
        <w:br/>
        <w:t>Заставлені. І в Бадені — рулетка.</w:t>
      </w:r>
    </w:p>
    <w:p>
      <w:r>
        <w:br/>
        <w:t>І жінка із прозорими очима&lt;br /&gt;</w:t>
        <w:br/>
        <w:t>(Така глибока синява, що море&lt;br /&gt;</w:t>
        <w:br/>
        <w:t>Згадаєш мимоволі, зазирнувши),&lt;br /&gt;</w:t>
        <w:br/>
        <w:t>З ім'ям найрідкіснішим і руками&lt;br /&gt;</w:t>
        <w:br/>
        <w:t>Щонайбілішими,— від неї, кажуть,&lt;br /&gt;</w:t>
        <w:br/>
        <w:t>У спадок я дістала доброту —&lt;br /&gt;</w:t>
        <w:br/>
        <w:t>Життю жорстокому даремний дар...</w:t>
      </w:r>
    </w:p>
    <w:p>
      <w:r>
        <w:br/>
        <w:t>Країну лихоманить, але все&lt;br /&gt;</w:t>
        <w:br/>
        <w:t>Вже зрозумів, на всьому хрест поставив&lt;br /&gt;</w:t>
        <w:br/>
        <w:t>Той каторжанин омський. Зараз він&lt;br /&gt;</w:t>
        <w:br/>
        <w:t>Змішає все, й над хаосом первісним,&lt;br /&gt;</w:t>
        <w:br/>
        <w:t>Неначе дух, зів'ється. Північ б'є.&lt;br /&gt;</w:t>
        <w:br/>
        <w:t>Перо скрипить; чимало сторінок&lt;br /&gt;</w:t>
        <w:br/>
        <w:t>Семенівським уже відгонить плацом.</w:t>
      </w:r>
    </w:p>
    <w:p>
      <w:r>
        <w:br/>
        <w:t>В цей час надумали ми народитись&lt;br /&gt;</w:t>
        <w:br/>
        <w:t>І, вибравши безпомилково мить,—&lt;br /&gt;</w:t>
        <w:br/>
        <w:t>Не пропустити жодного з видовищ&lt;br /&gt;</w:t>
        <w:br/>
        <w:t>Небачених,— прийшли із небуття.</w:t>
      </w:r>
    </w:p>
    <w:p>
      <w:r>
        <w:br/>
        <w:t>3 вересня 1940&lt;br /&gt;</w:t>
        <w:br/>
        <w:t>Жовтень 1943</w:t>
      </w:r>
    </w:p>
    <w:p>
      <w:r>
        <w:br/>
        <w:t>&amp;lt;ДРУГА&amp;gt;</w:t>
      </w:r>
    </w:p>
    <w:p>
      <w:r>
        <w:br/>
        <w:t>Ось він і є — осінній той пейзаж,&lt;br /&gt;</w:t>
        <w:br/>
        <w:t>Якого так я все життя боялась:&lt;br /&gt;</w:t>
        <w:br/>
        <w:t>І небо — мов палаюча безодня,&lt;br /&gt;</w:t>
        <w:br/>
        <w:t>І звуки міста — ніби з того світу&lt;br /&gt;</w:t>
        <w:br/>
        <w:t>Почуті і такі чужі навіки,&lt;br /&gt;</w:t>
        <w:br/>
        <w:t>Немовби все, із чим я у собі&lt;br /&gt;</w:t>
        <w:br/>
        <w:t>Щомиті воювала, ожило&lt;br /&gt;</w:t>
        <w:br/>
        <w:t>Десь поза мною, втілившись окремо&lt;br /&gt;</w:t>
        <w:br/>
        <w:t>В сліпі ці стіни, в чорний сад оцей...&lt;br /&gt;</w:t>
        <w:br/>
        <w:t>І тої миті з-за плеча мого&lt;br /&gt;</w:t>
        <w:br/>
        <w:t>Колишній дім ще слідкував за мною&lt;br /&gt;</w:t>
        <w:br/>
        <w:t>Прищуленим і неприхильним оком,&lt;br /&gt;</w:t>
        <w:br/>
        <w:t>Отим до скону пам'ятним вікном.&lt;br /&gt;</w:t>
        <w:br/>
        <w:t>П'ятнадцять літ — п'ятнадцятьма віками&lt;br /&gt;</w:t>
        <w:br/>
        <w:t>Гранітними прикинулись неначе,&lt;br /&gt;</w:t>
        <w:br/>
        <w:t>Але й сама була я мов граніт:&lt;br /&gt;</w:t>
        <w:br/>
        <w:t>Тепер моли, терзай себе, зови&lt;br /&gt;</w:t>
        <w:br/>
        <w:t>Царівною морською. Все намарне...&lt;br /&gt;</w:t>
        <w:br/>
        <w:t>Та я себе переконати мала,&lt;br /&gt;</w:t>
        <w:br/>
        <w:t>Що все це вже траплялося не раз,&lt;br /&gt;</w:t>
        <w:br/>
        <w:t>І не зі мною тільки — з багатьма.&lt;br /&gt;</w:t>
        <w:br/>
        <w:t>І навіть гірше. Ні, не гірше — краще.&lt;br /&gt;</w:t>
        <w:br/>
        <w:t>І голос мій — достоту, це було&lt;br /&gt;</w:t>
        <w:br/>
        <w:t>Страшніше над усе — із темряви сказав:&lt;br /&gt;</w:t>
        <w:br/>
        <w:t>"Якою піснею п'ятнадцять літ тому&lt;br /&gt;</w:t>
        <w:br/>
        <w:t>Стрічала ти цей день, і небеса,&lt;br /&gt;</w:t>
        <w:br/>
        <w:t>І хори зір, і хори вод молила,&lt;br /&gt;</w:t>
        <w:br/>
        <w:t>Аби вітали зустріч урочисту&lt;br /&gt;</w:t>
        <w:br/>
        <w:t>Із тим, від кого ти сьогодні йдеш...</w:t>
      </w:r>
    </w:p>
    <w:p>
      <w:r>
        <w:br/>
        <w:t>Так ось воно — твоє весілля срібне:&lt;br /&gt;</w:t>
        <w:br/>
        <w:t>Зови ж гостей, красуйся, торжествуй!"</w:t>
      </w:r>
    </w:p>
    <w:p>
      <w:r>
        <w:br/>
        <w:t>Березень 1942</w:t>
      </w:r>
    </w:p>
    <w:p>
      <w:r>
        <w:br/>
        <w:t>&amp;lt;ТРЕТЯ&amp;gt;</w:t>
      </w:r>
    </w:p>
    <w:p>
      <w:r>
        <w:br/>
        <w:t>Мене, як річку, повернув&lt;br /&gt;</w:t>
        <w:br/>
        <w:t>Суворий вік. Моє життя єдине&lt;br /&gt;</w:t>
        <w:br/>
        <w:t>Мені підмінено. Чужим руслом —&lt;br /&gt;</w:t>
        <w:br/>
        <w:t>Повз інше зовсім — потекло життя,&lt;br /&gt;</w:t>
        <w:br/>
        <w:t>І я своїх не знаю берегів.&lt;br /&gt;</w:t>
        <w:br/>
        <w:t>О, безліч пропустила я видовищ —&lt;br /&gt;</w:t>
        <w:br/>
        <w:t>Без мене підіймалася завіса&lt;br /&gt;</w:t>
        <w:br/>
        <w:t>І падала так само. Стільки друзів&lt;br /&gt;</w:t>
        <w:br/>
        <w:t>Своїх ні разу я в житті не стріла,&lt;br /&gt;</w:t>
        <w:br/>
        <w:t>І стільки міст небачених могли б&lt;br /&gt;</w:t>
        <w:br/>
        <w:t>Ці очі затуманити сльозами,&lt;br /&gt;</w:t>
        <w:br/>
        <w:t>А я одне на світі місто знаю,&lt;br /&gt;</w:t>
        <w:br/>
        <w:t>Навпомацки вві сні його знайду.&lt;br /&gt;</w:t>
        <w:br/>
        <w:t>І стільки віршів я не написала,&lt;br /&gt;</w:t>
        <w:br/>
        <w:t>І їхній хор таємний ще блукає&lt;br /&gt;</w:t>
        <w:br/>
        <w:t>Навколо мене і колись, можливо,&lt;br /&gt;</w:t>
        <w:br/>
        <w:t>Мене задушить...&lt;br /&gt;</w:t>
        <w:br/>
        <w:t>Я відаю начала і кінці,&lt;br /&gt;</w:t>
        <w:br/>
        <w:t>Життя після кінця, і щось таке,&lt;br /&gt;</w:t>
        <w:br/>
        <w:t>Чого не треба згадувати нині.&lt;br /&gt;</w:t>
        <w:br/>
        <w:t>Якась там жінка зайняла моє&lt;br /&gt;</w:t>
        <w:br/>
        <w:t>Одним-єдине в цьому світі місце,&lt;br /&gt;</w:t>
        <w:br/>
        <w:t>Присвоїла моє законне ймення,&lt;br /&gt;</w:t>
        <w:br/>
        <w:t>Залишивши мені лиш кличку, з неї&lt;br /&gt;</w:t>
        <w:br/>
        <w:t>Зробила я, здається, все, що можна.&lt;br /&gt;</w:t>
        <w:br/>
        <w:t>Я не в свою, о ні, могилу ляжу.&lt;br /&gt;</w:t>
        <w:br/>
        <w:t>. . . . . . . . . . . . . . . . . . . . . . . . .&lt;br /&gt;</w:t>
        <w:br/>
        <w:t>Але якби я звідкись подивилась&lt;br /&gt;</w:t>
        <w:br/>
        <w:t>На те своє теперішнє життя —&lt;br /&gt;</w:t>
        <w:br/>
        <w:t>Нарешті взнала б заздрощі і я...</w:t>
      </w:r>
    </w:p>
    <w:p>
      <w:r>
        <w:br/>
        <w:t>2 вересня 1945</w:t>
      </w:r>
    </w:p>
    <w:p>
      <w:r>
        <w:br/>
        <w:t>&amp;lt;ЧЕТВЕРТА&amp;gt;</w:t>
      </w:r>
    </w:p>
    <w:p>
      <w:r>
        <w:br/>
        <w:t>У споминів є три епохи. Перша —&lt;br /&gt;</w:t>
        <w:br/>
        <w:t>Немовби ще триває день вчорашній.&lt;br /&gt;</w:t>
        <w:br/>
        <w:t>Душа під зводом тим благословенним,&lt;br /&gt;</w:t>
        <w:br/>
        <w:t>І тіло в споминах, як у раю.&lt;br /&gt;</w:t>
        <w:br/>
        <w:t>Ще сміх лунає, ще не сохнуть сльози,&lt;br /&gt;</w:t>
        <w:br/>
        <w:t>Чорнильна пляма й досі на столі,&lt;br /&gt;</w:t>
        <w:br/>
        <w:t>І, як тавро на серці, поцілунок,—&lt;br /&gt;</w:t>
        <w:br/>
        <w:t>Єдиний той, прощальний, незабутній...&lt;br /&gt;</w:t>
        <w:br/>
        <w:t>Та все оце триватиме недовго...&lt;br /&gt;</w:t>
        <w:br/>
        <w:t>І ось уже не звід над головою —&lt;br /&gt;</w:t>
        <w:br/>
        <w:t>Десь на околиці самотній дім,&lt;br /&gt;</w:t>
        <w:br/>
        <w:t>Де взимку холодно, а влітку — жарко,&lt;br /&gt;</w:t>
        <w:br/>
        <w:t>Де є павук і все припало пилом,&lt;br /&gt;</w:t>
        <w:br/>
        <w:t>І дотлівають там листи жагучі,&lt;br /&gt;</w:t>
        <w:br/>
        <w:t>І нишком заміняються портрети.&lt;br /&gt;</w:t>
        <w:br/>
        <w:t>Туди як на могилу ходять люди,&lt;br /&gt;</w:t>
        <w:br/>
        <w:t>А повернувшись — миють милом руки&lt;br /&gt;</w:t>
        <w:br/>
        <w:t>І витирають ще одну сльозинку&lt;br /&gt;</w:t>
        <w:br/>
        <w:t>Із віч натомлених, зітхнувши тяжко.&lt;br /&gt;</w:t>
        <w:br/>
        <w:t>Та цокає годинник, і весна&lt;br /&gt;</w:t>
        <w:br/>
        <w:t>Йде за весною, рожевіє небо,&lt;br /&gt;</w:t>
        <w:br/>
        <w:t>І назви міст міняються, і вже&lt;br /&gt;</w:t>
        <w:br/>
        <w:t>У проминулого немає свідків,&lt;br /&gt;</w:t>
        <w:br/>
        <w:t>І ні з ким плакати і споминати.&lt;br /&gt;</w:t>
        <w:br/>
        <w:t>І нас повільно покидають тіні,&lt;br /&gt;</w:t>
        <w:br/>
        <w:t>Яких ми вже не кличемо, вони&lt;br /&gt;</w:t>
        <w:br/>
        <w:t>Своїм поверненням злякали б нас.&lt;br /&gt;</w:t>
        <w:br/>
        <w:t>І ось, прокинувшись, зізнаємося:&lt;br /&gt;</w:t>
        <w:br/>
        <w:t>Забута й стежка в той самотній дім.&lt;br /&gt;</w:t>
        <w:br/>
        <w:t>І гнів, і сором душать нас — мерщій&lt;br /&gt;</w:t>
        <w:br/>
        <w:t>Туди мчимо, але (як уві сні)&lt;br /&gt;</w:t>
        <w:br/>
        <w:t>Усе там інше: люди, речі, стіни,&lt;br /&gt;</w:t>
        <w:br/>
        <w:t>І нас ніхто не знає — ми чужі.&lt;br /&gt;</w:t>
        <w:br/>
        <w:t>Ми не туди потрапили... О Боже!&lt;br /&gt;</w:t>
        <w:br/>
        <w:t>І ось тоді приходить найгіркіше —&lt;br /&gt;</w:t>
        <w:br/>
        <w:t>Ми усвідомлюємо: не вмістити&lt;br /&gt;</w:t>
        <w:br/>
        <w:t>Минуле в межі нашого життя,&lt;br /&gt;</w:t>
        <w:br/>
        <w:t>І те минуле — нам чуже достоту&lt;br /&gt;</w:t>
        <w:br/>
        <w:t>Як нашому сусіду по квартирі;&lt;br /&gt;</w:t>
        <w:br/>
        <w:t>А тих, що вмерли, не впізнали б ми,&lt;br /&gt;</w:t>
        <w:br/>
        <w:t>А ті, з ким нам розлуку Бог послав,&lt;br /&gt;</w:t>
        <w:br/>
        <w:t>Чудово обійшлись без нас — і навіть&lt;br /&gt;</w:t>
        <w:br/>
        <w:t>На краще все було...</w:t>
      </w:r>
    </w:p>
    <w:p>
      <w:r>
        <w:br/>
        <w:t>5 лютого 1945</w:t>
      </w:r>
    </w:p>
    <w:p>
      <w:r>
        <w:br/>
        <w:t>&amp;lt;П'ЯТА&amp;gt;&lt;br /&gt;</w:t>
        <w:br/>
        <w:t>(Про десяті роки)</w:t>
      </w:r>
    </w:p>
    <w:p>
      <w:r>
        <w:br/>
        <w:t>Ніякого рожевого дитинства...&lt;br /&gt;</w:t>
        <w:br/>
        <w:t>Ні кучерів, веснянок, ведмежаток,&lt;br /&gt;</w:t>
        <w:br/>
        <w:t>Ні добрих тітоньок і дядечків страшних,&lt;br /&gt;</w:t>
        <w:br/>
        <w:t>Ні друзів десь між річковою рінню.&lt;br /&gt;</w:t>
        <w:br/>
        <w:t>Собі самій здавалась ще спочатку&lt;br /&gt;</w:t>
        <w:br/>
        <w:t>То сном чиїмсь, то маренням або&lt;br /&gt;</w:t>
        <w:br/>
        <w:t>Зображенням у дзеркалі чужім.&lt;br /&gt;</w:t>
        <w:br/>
        <w:t>Без імені, без плоті, без причини.&lt;br /&gt;</w:t>
        <w:br/>
        <w:t>І цілий список злочинів я знала,&lt;br /&gt;</w:t>
        <w:br/>
        <w:t>Що їх належить скоїти мені.&lt;br /&gt;</w:t>
        <w:br/>
        <w:t>І ось я лунатичною ходою&lt;br /&gt;</w:t>
        <w:br/>
        <w:t>Ввійшла в життя, життя перелякавши:&lt;br /&gt;</w:t>
        <w:br/>
        <w:t>Воно стелилося мені, як луки,—&lt;br /&gt;</w:t>
        <w:br/>
        <w:t>Це там колись гуляла Прозерпіна.&lt;br /&gt;</w:t>
        <w:br/>
        <w:t>Хоч я була невміла та безрідна,&lt;br /&gt;</w:t>
        <w:br/>
        <w:t>Мені неждані двері відчинились,&lt;br /&gt;</w:t>
        <w:br/>
        <w:t>І люди повиходили й гукали:&lt;br /&gt;</w:t>
        <w:br/>
        <w:t>"Вона прийшла, вона прийшла сама!"&lt;br /&gt;</w:t>
        <w:br/>
        <w:t>А я здивовано дивилася на них&lt;br /&gt;</w:t>
        <w:br/>
        <w:t>І думала: "Либонь, якісь безумці!"&lt;br /&gt;</w:t>
        <w:br/>
        <w:t>І що сильніш вони мене хвалили,&lt;br /&gt;</w:t>
        <w:br/>
        <w:t>І що сильніш захоплювались мною,&lt;br /&gt;</w:t>
        <w:br/>
        <w:t>То все страшніш мені ставало жити&lt;br /&gt;</w:t>
        <w:br/>
        <w:t>І все сильніш хотілось пробудитись,&lt;br /&gt;</w:t>
        <w:br/>
        <w:t>І знала я: сторицею сплачу&lt;br /&gt;</w:t>
        <w:br/>
        <w:t>В могилі, у в'язниці, в божевільні,—&lt;br /&gt;</w:t>
        <w:br/>
        <w:t>Де прокидатися таким, як я, належить,—&lt;br /&gt;</w:t>
        <w:br/>
        <w:t>Та все тривали ці тортури щастям.</w:t>
      </w:r>
    </w:p>
    <w:p>
      <w:r>
        <w:br/>
        <w:t>4 липня 1955</w:t>
      </w:r>
    </w:p>
    <w:p>
      <w:r>
        <w:br/>
        <w:t>&amp;lt;ШОСТА&amp;gt;</w:t>
      </w:r>
    </w:p>
    <w:p>
      <w:r>
        <w:br/>
        <w:t>У домі тім було так страшно жити,&lt;br /&gt;</w:t>
        <w:br/>
        <w:t>Ніщо — ані камін патріархальний.&lt;br /&gt;</w:t>
        <w:br/>
        <w:t>Ані колиска із моїм дитям,&lt;br /&gt;</w:t>
        <w:br/>
        <w:t>Ні те, що ми обоє молоді&lt;br /&gt;</w:t>
        <w:br/>
        <w:t>Були і повні задумів...&lt;br /&gt;</w:t>
        <w:br/>
        <w:t>Ніщо, ніщо не зменшувало страху.&lt;br /&gt;</w:t>
        <w:br/>
        <w:t>І я над ним навчилася сміятись,&lt;br /&gt;</w:t>
        <w:br/>
        <w:t>І залишала крапельку вина&lt;br /&gt;</w:t>
        <w:br/>
        <w:t>І крихти хліба — тому, хто вночі&lt;br /&gt;</w:t>
        <w:br/>
        <w:t>Псом дряпався у наші двері&lt;br /&gt;</w:t>
        <w:br/>
        <w:t>Або в низьке віконце зазирав&lt;br /&gt;</w:t>
        <w:br/>
        <w:t>Тоді, як ми, замовклі, намагались&lt;br /&gt;</w:t>
        <w:br/>
        <w:t>Не бачити, що діється в свічаді.&lt;br /&gt;</w:t>
        <w:br/>
        <w:t>Не думати, чиї важезні кроки&lt;br /&gt;</w:t>
        <w:br/>
        <w:t>Примушують отак стогнати східці,&lt;br /&gt;</w:t>
        <w:br/>
        <w:t>Мов жалібно молив пощади хтось.&lt;br /&gt;</w:t>
        <w:br/>
        <w:t>І ти казав, непевно усміхнувшись:&lt;br /&gt;</w:t>
        <w:br/>
        <w:t>"Кого вони по сходах понесли?"</w:t>
      </w:r>
    </w:p>
    <w:p>
      <w:r>
        <w:br/>
        <w:t>Тепер ти там, де знають все,— скажи:&lt;br /&gt;</w:t>
        <w:br/>
        <w:t>Що, окрім нас, у домі тім жило?</w:t>
      </w:r>
    </w:p>
    <w:p>
      <w:r>
        <w:br/>
        <w:t>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Північні елегії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