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Півцарства за сльозу</w:t>
      </w:r>
    </w:p>
    <w:p>
      <w:r>
        <w:br/>
        <w:t xml:space="preserve"> &lt;p&gt;Коли вона зайшла в його квартиру агента держстраху з брудним запахом ванної і численними всипальницями мух і комарів на стінах, усе було, як і спершу. Вона пом'ялась на порозі, розстебнула навіщось босоніжки, він тихо сказав:</w:t>
      </w:r>
    </w:p>
    <w:p>
      <w:r>
        <w:br/>
        <w:t>— Навіщо? Хіба не бачиш, яка тут підлога?</w:t>
      </w:r>
    </w:p>
    <w:p>
      <w:r>
        <w:br/>
        <w:t>Вона пройшла, сіла на одній-однісінькій табуретці і пошукала, де б притулити сумочку.</w:t>
      </w:r>
    </w:p>
    <w:p>
      <w:r>
        <w:br/>
        <w:t>— Отак і живу, — знітився чомусь він.</w:t>
      </w:r>
    </w:p>
    <w:p>
      <w:r>
        <w:br/>
        <w:t>— Як тут співають голуби на даху…</w:t>
      </w:r>
    </w:p>
    <w:p>
      <w:r>
        <w:br/>
        <w:t>— Це старий будинок. Його мають знести.</w:t>
      </w:r>
    </w:p>
    <w:p>
      <w:r>
        <w:br/>
        <w:t>Вона дивилась на ліжко, стару, заїжджену шкапу, і думала, що, певне, й упряж буде не краща. Може, він якесь простирадло напне і кине поспіхом виснажену подушку, як десять років тому. Може, в нього знайдеться навіть ватяна ковдра з вилізлими нутрощами.</w:t>
      </w:r>
    </w:p>
    <w:p>
      <w:r>
        <w:br/>
        <w:t>— Каву будеш?</w:t>
      </w:r>
    </w:p>
    <w:p>
      <w:r>
        <w:br/>
        <w:t>— Без цукру, — поспіхом відказала вона.</w:t>
      </w:r>
    </w:p>
    <w:p>
      <w:r>
        <w:br/>
        <w:t>Він вийшов на кухню, довго й нервово чиркав сирими сірниками, доки запалив газ. Потім перекопирсав у тумбочці всякий мотлох, шукаючи другу склянку.</w:t>
      </w:r>
    </w:p>
    <w:p>
      <w:r>
        <w:br/>
        <w:t>Вона тим часом вийняла люстерко-пудреницю і щедро мастила губи золотавим перламутром, перекупленим із десятих рук за божевільну ціну. "Хі-хі", — подумав він і підбив долонею окуляри.</w:t>
      </w:r>
    </w:p>
    <w:p>
      <w:r>
        <w:br/>
        <w:t>Стіл, за яким сиділи, був такий маленький, що він упізнав її парфуми "Рижская сирень", чистий просяний чубчик і руки з горішками-нігтиками. Потім помітив дві стривожені зморшки біля рота і хворобливу смужку над бровами. "Недаремно ти хоробришся і пакуєшся під дівчинку", — подумав, але вже якось не так.</w:t>
      </w:r>
    </w:p>
    <w:p>
      <w:r>
        <w:br/>
        <w:t>Вона водила поглядом по його спортивній куртці далеко не першої свіжості, тій самій куртці, яку вирвали вдвох у "Культтоварах" далекого весняного ранку.</w:t>
      </w:r>
    </w:p>
    <w:p>
      <w:r>
        <w:br/>
        <w:t>— Звиняй, тістечка вивелись.</w:t>
      </w:r>
    </w:p>
    <w:p>
      <w:r>
        <w:br/>
        <w:t>— На чомусь розтратився?</w:t>
      </w:r>
    </w:p>
    <w:p>
      <w:r>
        <w:br/>
        <w:t>— Таж костюм до одруження справив. Дві зарплати вгепав. Не віриш? Одчини гардероб.</w:t>
      </w:r>
    </w:p>
    <w:p>
      <w:r>
        <w:br/>
        <w:t>— Чудний. А на наше весілля, пам’ятаєш? Позичили тобі костюм, а мені сукню в прокаті взяли. І обійшлося.</w:t>
      </w:r>
    </w:p>
    <w:p>
      <w:r>
        <w:br/>
        <w:t>— Тож колись. Тепер я хочу, щоб усе було довговічним.</w:t>
      </w:r>
    </w:p>
    <w:p>
      <w:r>
        <w:br/>
        <w:t>Надворі все ще не темніло.</w:t>
      </w:r>
    </w:p>
    <w:p>
      <w:r>
        <w:br/>
        <w:t>— Хочеш вина?</w:t>
      </w:r>
    </w:p>
    <w:p>
      <w:r>
        <w:br/>
        <w:t>— Ні. Не заставляй газетами вікон. Сумно, мов забинтовані хворі. Ну, я піду. Ну, я піду?</w:t>
      </w:r>
    </w:p>
    <w:p>
      <w:r>
        <w:br/>
        <w:t>— Вже?</w:t>
      </w:r>
    </w:p>
    <w:p>
      <w:r>
        <w:br/>
        <w:t>Вони підвелися, ледь переступаючи затерплими ногами. Спробуй за таким столом не торкатися колінами.</w:t>
      </w:r>
    </w:p>
    <w:p>
      <w:r>
        <w:br/>
        <w:t>Раптом стало так темно, мов завалилася десь гора і засипала вікна. І коли вона вийшла, він довго чув її підбори на сходах.</w:t>
      </w:r>
    </w:p>
    <w:p>
      <w:r>
        <w:br/>
        <w:t>Нижче.</w:t>
      </w:r>
    </w:p>
    <w:p>
      <w:r>
        <w:br/>
        <w:t>Нижче.</w:t>
      </w:r>
    </w:p>
    <w:p>
      <w:r>
        <w:br/>
        <w:t>Нижче.</w:t>
      </w:r>
    </w:p>
    <w:p>
      <w:r>
        <w:br/>
        <w:t>І навіть на мокрому асфальті, на підніжках тролейбусів, у ліфті її будинку і біля її квартири. Тоді він зрозумів, у чому справа — двері кімнати були відчинені. Схопився, грякнув ними щосили. Упав на виснажену подушку, зарився в потворну ковдру, але кроки не стихли.</w:t>
      </w:r>
    </w:p>
    <w:p>
      <w:r>
        <w:br/>
        <w:t>Ніби вилетіло з дверей вічко і котиться вниз.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Півцарства за сльозу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