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Пліточка</w:t>
      </w:r>
    </w:p>
    <w:p>
      <w:r>
        <w:br/>
        <w:t xml:space="preserve"> Хоч я і не пророк,&lt;br /&gt;</w:t>
        <w:br/>
        <w:t>Та як метелика, що біля свічки в'ється,&lt;br /&gt;</w:t>
        <w:br/>
        <w:t>Побачу, то мені пророцтво удається:&lt;br /&gt;</w:t>
        <w:br/>
        <w:t>Обпалить крильця він в найближчий строк.&lt;br /&gt;</w:t>
        <w:br/>
        <w:t>Це приклад, друже мій, для тебе і урок:&lt;br /&gt;</w:t>
        <w:br/>
        <w:t>Усім би згадувать про нього хоч і зрідка.&lt;br /&gt;</w:t>
        <w:br/>
        <w:t>Невже вся байка тут? — спитаєш; відповім:&lt;br /&gt;</w:t>
        <w:br/>
        <w:t>Ні, це ще тільки приповідка,&lt;br /&gt;</w:t>
        <w:br/>
        <w:t>А байка буде вслід за цим,&lt;br /&gt;</w:t>
        <w:br/>
        <w:t>І я мораль її заздалегідь розкрию.&lt;br /&gt;</w:t>
        <w:br/>
        <w:t>Та сумнів твій новий я добре розумію:&lt;br /&gt;</w:t>
        <w:br/>
        <w:t>Боявсь короткості, тепер же ти&lt;br /&gt;</w:t>
        <w:br/>
        <w:t>Боїшся довготи.&lt;br /&gt;</w:t>
        <w:br/>
        <w:t>Що ж, друже, потерпи і май надію!&lt;br /&gt;</w:t>
        <w:br/>
        <w:t>Хоча не потаю,&lt;br /&gt;</w:t>
        <w:br/>
        <w:t>Що я на старості базікалом стаю;&lt;br /&gt;</w:t>
        <w:br/>
        <w:t>Густішають на осінь тучі,&lt;br /&gt;</w:t>
        <w:br/>
        <w:t>А сиві люди — балакучі.&lt;br /&gt;</w:t>
        <w:br/>
        <w:t>Але щоб не забуть важливих дуже справ,&lt;br /&gt;</w:t>
        <w:br/>
        <w:t>Ти вислухай: я від людей чував,&lt;br /&gt;</w:t>
        <w:br/>
        <w:t>Що, забуваючи малі провини,&lt;br /&gt;</w:t>
        <w:br/>
        <w:t>За них себе прощає всяк&lt;br /&gt;</w:t>
        <w:br/>
        <w:t>І каже так:&lt;br /&gt;</w:t>
        <w:br/>
        <w:t>Це ж пустощі, як у дитини!&lt;br /&gt;</w:t>
        <w:br/>
        <w:t>Та до падіння нас ті пустощі ведуть,&lt;br /&gt;</w:t>
        <w:br/>
        <w:t>Стають нам звичкою, а далі, крок по кроку,&lt;br /&gt;</w:t>
        <w:br/>
        <w:t>Зростають пристрасно і тягнуть до пороку,&lt;br /&gt;</w:t>
        <w:br/>
        <w:t>І ми ступаємо на згубну путь.&lt;br /&gt;</w:t>
        <w:br/>
        <w:t>Щоб ясно міг ти уявити,&lt;br /&gt;</w:t>
        <w:br/>
        <w:t>Чим самопевність нам бува страшна,&lt;br /&gt;</w:t>
        <w:br/>
        <w:t>Дозволь мені себе ти байкою розважить.&lt;br /&gt;</w:t>
        <w:br/>
        <w:t>Тепер із-під пера сама іде вона,&lt;br /&gt;</w:t>
        <w:br/>
        <w:t>І може стать в пригоді, як то кажуть.</w:t>
      </w:r>
    </w:p>
    <w:p>
      <w:r>
        <w:br/>
        <w:t>Колись на березі ріки,&lt;br /&gt;</w:t>
        <w:br/>
        <w:t>Гроза для царства водяного,&lt;br /&gt;</w:t>
        <w:br/>
        <w:t>Притулок мали рибаки.&lt;br /&gt;</w:t>
        <w:br/>
        <w:t>В воді, близесенько від берега крутого,&lt;br /&gt;</w:t>
        <w:br/>
        <w:t>Весела Пліточка жила.&lt;br /&gt;</w:t>
        <w:br/>
        <w:t>Моторна і на вдачу гриста.&lt;br /&gt;</w:t>
        <w:br/>
        <w:t>Не боязка була та Пліточка сріблиста:&lt;br /&gt;</w:t>
        <w:br/>
        <w:t>Круг вудочок вона крутилась, як бджола,&lt;br /&gt;</w:t>
        <w:br/>
        <w:t>Отож не раз її, а з нею й чисті води.&lt;br /&gt;</w:t>
        <w:br/>
        <w:t>Рибалка гнівно кляв, бо, ждавши нагороди&lt;br /&gt;</w:t>
        <w:br/>
        <w:t>За довгий свій терпець, очей від поплавка&lt;br /&gt;</w:t>
        <w:br/>
        <w:t>Не відриваючи, вже думав: О! береться!&lt;br /&gt;</w:t>
        <w:br/>
        <w:t>Взялася! — Що ж? Смикнув — гачок без&lt;br /&gt;</w:t>
        <w:br/>
        <w:t>черв'яка.&lt;br /&gt;</w:t>
        <w:br/>
        <w:t>Пустунка, річ ясна, із рибака сміється,&lt;br /&gt;</w:t>
        <w:br/>
        <w:t>Наживку з'їла, далі в'ється,&lt;br /&gt;</w:t>
        <w:br/>
        <w:t>І, хоч би що, одурить рибака.&lt;br /&gt;</w:t>
        <w:br/>
        <w:t>"Послухай,— каже їй Краснопірка-сестриця,-&lt;br /&gt;</w:t>
        <w:br/>
        <w:t>Таке, їй-богу, не годиться!&lt;br /&gt;</w:t>
        <w:br/>
        <w:t>Чи ж мало є тобі води,&lt;br /&gt;</w:t>
        <w:br/>
        <w:t>Що ти все крутишся поміж вудками?&lt;br /&gt;</w:t>
        <w:br/>
        <w:t>Боюсь, що скоро ти розлучишся із нами,&lt;br /&gt;</w:t>
        <w:br/>
        <w:t>Що ближче до вудок, то ближче до біди.&lt;br /&gt;</w:t>
        <w:br/>
        <w:t>Чи вийде завтра так, як пощастило вчора?"&lt;br /&gt;</w:t>
        <w:br/>
        <w:t>Та умовлять дурних — це ж діло-бо пусте!&lt;br /&gt;</w:t>
        <w:br/>
        <w:t>"Ет! — каже Пліточка на те,-&lt;br /&gt;</w:t>
        <w:br/>
        <w:t>Чи я ж короткозора?&lt;br /&gt;</w:t>
        <w:br/>
        <w:t>Хоч хитрі рибаки, але відкинь ти страх!&lt;br /&gt;</w:t>
        <w:br/>
        <w:t>Читаю все я в їх очах.&lt;br /&gt;</w:t>
        <w:br/>
        <w:t>Он бачиш вудку? Он і друга там, сестриці!&lt;br /&gt;</w:t>
        <w:br/>
        <w:t>А он іще, іще! Тепер лише дивіться,&lt;br /&gt;</w:t>
        <w:br/>
        <w:t>Свою вам спритність доведу!"&lt;br /&gt;</w:t>
        <w:br/>
        <w:t>І круг вудок заметушилась;&lt;br /&gt;</w:t>
        <w:br/>
        <w:t>Рвонула там і там, на третій зачепилась&lt;br /&gt;</w:t>
        <w:br/>
        <w:t>І, ах, потрапила в біду!&lt;br /&gt;</w:t>
        <w:br/>
        <w:t>Далось запізно їй дізнати,&lt;br /&gt;</w:t>
        <w:br/>
        <w:t>Що краще б небезпек раніше уникати.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Пліточка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